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5149FD" w14:paraId="6656DEEF" w14:textId="77777777">
        <w:trPr>
          <w:trHeight w:val="5953"/>
          <w:jc w:val="center"/>
        </w:trPr>
        <w:tc>
          <w:tcPr>
            <w:tcW w:w="9865" w:type="dxa"/>
            <w:shd w:val="clear" w:color="auto" w:fill="0F5C6E"/>
          </w:tcPr>
          <w:p w14:paraId="6089539E" w14:textId="77777777" w:rsidR="005149FD" w:rsidRDefault="005149FD"/>
          <w:p w14:paraId="0F59B775" w14:textId="77777777" w:rsidR="005149FD" w:rsidRDefault="005149FD">
            <w:pPr>
              <w:spacing w:after="0" w:line="200" w:lineRule="exact"/>
              <w:jc w:val="both"/>
            </w:pPr>
          </w:p>
          <w:p w14:paraId="7FDFBBEC" w14:textId="77777777" w:rsidR="005149FD" w:rsidRDefault="00915C18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Ministry of Higher Education and Scientific Research</w:t>
            </w:r>
          </w:p>
          <w:p w14:paraId="45394452" w14:textId="77777777" w:rsidR="005149FD" w:rsidRDefault="00915C18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University Name</w:t>
            </w:r>
          </w:p>
          <w:p w14:paraId="40FED3BB" w14:textId="77777777" w:rsidR="005149FD" w:rsidRDefault="00915C18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College Name</w:t>
            </w:r>
          </w:p>
          <w:p w14:paraId="0B0D93E3" w14:textId="77777777" w:rsidR="005149FD" w:rsidRDefault="00915C18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Department Name</w:t>
            </w:r>
          </w:p>
          <w:p w14:paraId="22EF34F9" w14:textId="77777777" w:rsidR="005149FD" w:rsidRDefault="005149FD">
            <w:pPr>
              <w:spacing w:after="0" w:line="720" w:lineRule="exact"/>
              <w:jc w:val="both"/>
            </w:pPr>
          </w:p>
          <w:p w14:paraId="4DCFEF33" w14:textId="77777777" w:rsidR="005149FD" w:rsidRDefault="00915C18">
            <w:pPr>
              <w:spacing w:after="80" w:line="380" w:lineRule="exact"/>
              <w:jc w:val="center"/>
            </w:pPr>
            <w:r>
              <w:rPr>
                <w:rFonts w:ascii="Century Gothic" w:eastAsia="Century Gothic" w:hAnsi="Century Gothic" w:cs="Times New Roman"/>
                <w:color w:val="FFFFFF"/>
                <w:sz w:val="28"/>
                <w:szCs w:val="28"/>
              </w:rPr>
              <w:t>Report / Research Paper</w:t>
            </w:r>
          </w:p>
          <w:p w14:paraId="3D1860F4" w14:textId="77777777" w:rsidR="005149FD" w:rsidRDefault="00915C18">
            <w:pPr>
              <w:spacing w:line="64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  <w:sz w:val="48"/>
                <w:szCs w:val="48"/>
              </w:rPr>
              <w:t>Write a Clear and Concise Report Title Here</w:t>
            </w:r>
          </w:p>
          <w:p w14:paraId="6B4C39EB" w14:textId="77777777" w:rsidR="005149FD" w:rsidRDefault="00915C18">
            <w:pPr>
              <w:spacing w:after="40" w:line="320" w:lineRule="exact"/>
              <w:jc w:val="center"/>
            </w:pPr>
            <w:r>
              <w:rPr>
                <w:rFonts w:eastAsia="Calibri"/>
                <w:color w:val="FFFFFF"/>
              </w:rPr>
              <w:t>Course: Course Name</w:t>
            </w:r>
          </w:p>
        </w:tc>
      </w:tr>
    </w:tbl>
    <w:p w14:paraId="2DB36CB0" w14:textId="77777777" w:rsidR="005149FD" w:rsidRDefault="005149FD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5149FD" w14:paraId="174DCAC2" w14:textId="77777777">
        <w:trPr>
          <w:jc w:val="center"/>
        </w:trPr>
        <w:tc>
          <w:tcPr>
            <w:tcW w:w="1984" w:type="dxa"/>
          </w:tcPr>
          <w:p w14:paraId="575D6B10" w14:textId="77777777" w:rsidR="005149FD" w:rsidRDefault="00915C18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091FE52" wp14:editId="2BD68055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5E11776" w14:textId="77777777" w:rsidR="005149FD" w:rsidRDefault="00915C18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F06101F" wp14:editId="06A56DE6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8337E" w14:textId="77777777" w:rsidR="005149FD" w:rsidRDefault="005149FD">
      <w:pPr>
        <w:spacing w:line="320" w:lineRule="exact"/>
        <w:jc w:val="both"/>
      </w:pPr>
    </w:p>
    <w:p w14:paraId="1E8C3966" w14:textId="77777777" w:rsidR="005149FD" w:rsidRDefault="005149FD">
      <w:pPr>
        <w:spacing w:after="0" w:line="800" w:lineRule="exact"/>
        <w:jc w:val="both"/>
      </w:pPr>
    </w:p>
    <w:p w14:paraId="0482C29E" w14:textId="77777777" w:rsidR="005149FD" w:rsidRDefault="00915C18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Prepared by: </w:t>
      </w:r>
      <w:r>
        <w:rPr>
          <w:rFonts w:eastAsia="Calibri"/>
          <w:b/>
          <w:bCs/>
          <w:color w:val="152326"/>
        </w:rPr>
        <w:t>Student's Full Name</w:t>
      </w:r>
    </w:p>
    <w:p w14:paraId="2770E298" w14:textId="77777777" w:rsidR="005149FD" w:rsidRDefault="00915C18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Stage: </w:t>
      </w:r>
      <w:r>
        <w:rPr>
          <w:rFonts w:eastAsia="Calibri"/>
          <w:b/>
          <w:bCs/>
          <w:color w:val="152326"/>
        </w:rPr>
        <w:t xml:space="preserve">……   </w:t>
      </w:r>
      <w:r>
        <w:rPr>
          <w:rFonts w:eastAsia="Calibri"/>
          <w:b/>
          <w:bCs/>
          <w:color w:val="152326"/>
        </w:rPr>
        <w:t>Section: ……</w:t>
      </w:r>
    </w:p>
    <w:p w14:paraId="30B1A7BA" w14:textId="77777777" w:rsidR="005149FD" w:rsidRDefault="00915C18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Supervised by: </w:t>
      </w:r>
      <w:r>
        <w:rPr>
          <w:rFonts w:eastAsia="Calibri"/>
          <w:b/>
          <w:bCs/>
          <w:color w:val="152326"/>
        </w:rPr>
        <w:t>Supervisor's Name and Title</w:t>
      </w:r>
    </w:p>
    <w:p w14:paraId="2A7C617D" w14:textId="77777777" w:rsidR="005149FD" w:rsidRDefault="00915C18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Date: </w:t>
      </w:r>
      <w:r>
        <w:rPr>
          <w:rFonts w:eastAsia="Calibri"/>
          <w:b/>
          <w:bCs/>
          <w:color w:val="152326"/>
        </w:rPr>
        <w:t>……/……/……</w:t>
      </w:r>
    </w:p>
    <w:p w14:paraId="00B4C6DD" w14:textId="77777777" w:rsidR="005149FD" w:rsidRDefault="00915C18">
      <w:pPr>
        <w:spacing w:before="360" w:line="280" w:lineRule="exact"/>
        <w:jc w:val="center"/>
      </w:pPr>
      <w:r>
        <w:rPr>
          <w:rFonts w:eastAsia="Calibri"/>
          <w:color w:val="4A5E63"/>
          <w:sz w:val="20"/>
          <w:szCs w:val="20"/>
        </w:rPr>
        <w:t>Academic Year 2026 – 2027</w:t>
      </w:r>
    </w:p>
    <w:p w14:paraId="323DC695" w14:textId="77777777" w:rsidR="005149FD" w:rsidRDefault="00915C18">
      <w:pPr>
        <w:keepNext/>
        <w:pageBreakBefore/>
        <w:pBdr>
          <w:bottom w:val="single" w:sz="8" w:space="4" w:color="0F5C6E"/>
        </w:pBdr>
        <w:spacing w:before="320"/>
      </w:pPr>
      <w:r>
        <w:rPr>
          <w:rFonts w:ascii="Century Gothic" w:eastAsia="Century Gothic" w:hAnsi="Century Gothic" w:cs="Times New Roman"/>
          <w:b/>
          <w:bCs/>
          <w:color w:val="0F5C6E"/>
          <w:sz w:val="32"/>
          <w:szCs w:val="32"/>
        </w:rPr>
        <w:lastRenderedPageBreak/>
        <w:t>Contents</w:t>
      </w:r>
    </w:p>
    <w:p w14:paraId="5E236B6E" w14:textId="777FC668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5813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1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FDD4510" w14:textId="7525C787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14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2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AF3215" w14:textId="2804DFD1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15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3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A211D1A" w14:textId="2719A768" w:rsidR="00915C18" w:rsidRDefault="00915C18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16" w:history="1"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366679A" w14:textId="657C42F2" w:rsidR="00915C18" w:rsidRDefault="00915C18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17" w:history="1"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AA17435" w14:textId="632678AF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18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4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EF3F95C" w14:textId="50408A3D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19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5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B20BAD" w14:textId="73AEF176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20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6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976A9BD" w14:textId="4724C2B5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21" w:history="1">
        <w:r w:rsidRPr="00E26E53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7 </w:t>
        </w:r>
        <w:r w:rsidRPr="00E26E53">
          <w:rPr>
            <w:rStyle w:val="Hyperlink"/>
            <w:rFonts w:eastAsia="Calibri"/>
            <w:noProof/>
          </w:rPr>
          <w:t xml:space="preserve">  </w:t>
        </w:r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5A92D9" w14:textId="62E13368" w:rsidR="00915C18" w:rsidRDefault="00915C1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22" w:history="1">
        <w:r w:rsidRPr="00E26E53">
          <w:rPr>
            <w:rStyle w:val="Hyperlink"/>
            <w:rFonts w:ascii="Century Gothic" w:eastAsia="Century Gothic" w:hAnsi="Century Gothic" w:cs="Times New Roman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F801BF" w14:textId="75C0764E" w:rsidR="005149FD" w:rsidRDefault="00915C18">
      <w:r>
        <w:rPr>
          <w:rFonts w:eastAsia="Calibri"/>
        </w:rPr>
        <w:fldChar w:fldCharType="end"/>
      </w:r>
    </w:p>
    <w:p w14:paraId="7367C387" w14:textId="77777777" w:rsidR="005149FD" w:rsidRDefault="005149FD">
      <w:pPr>
        <w:sectPr w:rsidR="005149FD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dashed" w:sz="8" w:space="0" w:color="0F5C6E"/>
          <w:left w:val="dashed" w:sz="8" w:space="0" w:color="0F5C6E"/>
          <w:bottom w:val="dashed" w:sz="8" w:space="0" w:color="0F5C6E"/>
          <w:right w:val="dashed" w:sz="8" w:space="0" w:color="0F5C6E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5149FD" w14:paraId="0983E007" w14:textId="77777777">
        <w:trPr>
          <w:jc w:val="center"/>
        </w:trPr>
        <w:tc>
          <w:tcPr>
            <w:tcW w:w="9071" w:type="dxa"/>
          </w:tcPr>
          <w:p w14:paraId="6EC51102" w14:textId="77777777" w:rsidR="005149FD" w:rsidRDefault="00915C18">
            <w:pPr>
              <w:jc w:val="both"/>
            </w:pPr>
            <w:r>
              <w:rPr>
                <w:rFonts w:eastAsia="Calibri"/>
                <w:b/>
                <w:bCs/>
                <w:color w:val="0F5C6E"/>
              </w:rPr>
              <w:lastRenderedPageBreak/>
              <w:t>How to use this template — delete this box before printing</w:t>
            </w:r>
          </w:p>
          <w:p w14:paraId="192A5ECF" w14:textId="77777777" w:rsidR="005149FD" w:rsidRDefault="00915C18">
            <w:pPr>
              <w:jc w:val="both"/>
            </w:pPr>
            <w:r>
              <w:rPr>
                <w:rFonts w:eastAsia="Calibri"/>
                <w:color w:val="152326"/>
              </w:rPr>
              <w:t xml:space="preserve">Grey text is guidance: read it, delete it </w:t>
            </w:r>
            <w:r>
              <w:rPr>
                <w:rFonts w:eastAsia="Calibri"/>
                <w:color w:val="152326"/>
              </w:rPr>
              <w:t>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23362232" w14:textId="77777777" w:rsidR="005149FD" w:rsidRDefault="005149FD">
      <w:pPr>
        <w:spacing w:after="40"/>
        <w:jc w:val="both"/>
      </w:pPr>
    </w:p>
    <w:p w14:paraId="6ECA8DBC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0" w:name="_Toc241685813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1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Introduction</w:t>
      </w:r>
      <w:bookmarkEnd w:id="0"/>
    </w:p>
    <w:p w14:paraId="6BAC60A0" w14:textId="77777777" w:rsidR="005149FD" w:rsidRDefault="00915C18">
      <w:pPr>
        <w:jc w:val="both"/>
      </w:pPr>
      <w:r>
        <w:rPr>
          <w:rFonts w:eastAsia="Calibri"/>
          <w:i/>
          <w:color w:val="4A5E63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4F03D9BA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1" w:name="_Toc241685814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2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Problem Statement and Objectives</w:t>
      </w:r>
      <w:bookmarkEnd w:id="1"/>
    </w:p>
    <w:p w14:paraId="61C49B4C" w14:textId="77777777" w:rsidR="005149FD" w:rsidRDefault="00915C18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State the problem as one clear question or sentence, then list measurable objectives.</w:t>
      </w:r>
    </w:p>
    <w:p w14:paraId="4E868D92" w14:textId="77777777" w:rsidR="005149FD" w:rsidRDefault="00915C18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t>1.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>First objective.</w:t>
      </w:r>
    </w:p>
    <w:p w14:paraId="1AF20783" w14:textId="77777777" w:rsidR="005149FD" w:rsidRDefault="00915C18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t>2.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 xml:space="preserve">Second </w:t>
      </w:r>
      <w:r>
        <w:rPr>
          <w:rFonts w:eastAsia="Calibri"/>
          <w:color w:val="152326"/>
        </w:rPr>
        <w:t>objective.</w:t>
      </w:r>
    </w:p>
    <w:p w14:paraId="5216EE87" w14:textId="77777777" w:rsidR="005149FD" w:rsidRDefault="00915C18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t>3.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>Third objective.</w:t>
      </w:r>
    </w:p>
    <w:p w14:paraId="54C984E3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2" w:name="_Toc241685815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3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Literature Review</w:t>
      </w:r>
      <w:bookmarkEnd w:id="2"/>
    </w:p>
    <w:p w14:paraId="51FBDC1E" w14:textId="77777777" w:rsidR="005149FD" w:rsidRDefault="00915C18">
      <w:pPr>
        <w:jc w:val="both"/>
      </w:pPr>
      <w:r>
        <w:rPr>
          <w:rFonts w:eastAsia="Calibri"/>
          <w:i/>
          <w:color w:val="4A5E63"/>
          <w:sz w:val="22"/>
          <w:szCs w:val="22"/>
        </w:rPr>
        <w:t>Split this part into themes, each with its own heading. Paraphrase and cite sources in square brackets [1].</w:t>
      </w:r>
    </w:p>
    <w:p w14:paraId="46385B11" w14:textId="77777777" w:rsidR="005149FD" w:rsidRDefault="00915C18">
      <w:pPr>
        <w:pStyle w:val="Heading2"/>
        <w:spacing w:after="120"/>
      </w:pPr>
      <w:bookmarkStart w:id="3" w:name="_Toc241685816"/>
      <w:r>
        <w:rPr>
          <w:rFonts w:ascii="Century Gothic" w:eastAsia="Century Gothic" w:hAnsi="Century Gothic" w:cs="Times New Roman"/>
          <w:sz w:val="28"/>
          <w:szCs w:val="28"/>
        </w:rPr>
        <w:t>3.1   First Theme</w:t>
      </w:r>
      <w:bookmarkEnd w:id="3"/>
    </w:p>
    <w:p w14:paraId="7B0A71CA" w14:textId="77777777" w:rsidR="005149FD" w:rsidRDefault="00915C18">
      <w:pPr>
        <w:jc w:val="both"/>
      </w:pPr>
      <w:r>
        <w:rPr>
          <w:rFonts w:eastAsia="Calibri"/>
          <w:i/>
          <w:color w:val="4A5E63"/>
          <w:sz w:val="22"/>
          <w:szCs w:val="22"/>
        </w:rPr>
        <w:t>Write the paragraphs of the first theme here.</w:t>
      </w:r>
    </w:p>
    <w:p w14:paraId="5ABC51AF" w14:textId="77777777" w:rsidR="005149FD" w:rsidRDefault="00915C18">
      <w:pPr>
        <w:pStyle w:val="Heading2"/>
        <w:spacing w:after="120"/>
      </w:pPr>
      <w:bookmarkStart w:id="4" w:name="_Toc241685817"/>
      <w:r>
        <w:rPr>
          <w:rFonts w:ascii="Century Gothic" w:eastAsia="Century Gothic" w:hAnsi="Century Gothic" w:cs="Times New Roman"/>
          <w:sz w:val="28"/>
          <w:szCs w:val="28"/>
        </w:rPr>
        <w:t>3.2   Second Theme</w:t>
      </w:r>
      <w:bookmarkEnd w:id="4"/>
    </w:p>
    <w:p w14:paraId="059697CB" w14:textId="77777777" w:rsidR="005149FD" w:rsidRDefault="00915C18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 xml:space="preserve">Write </w:t>
      </w:r>
      <w:r>
        <w:rPr>
          <w:rFonts w:eastAsia="Calibri"/>
          <w:i/>
          <w:color w:val="4A5E63"/>
          <w:sz w:val="22"/>
          <w:szCs w:val="22"/>
        </w:rPr>
        <w:t>the paragraphs of the second theme here. If you need an equation, here is an editable example (the arithmetic mean):</w:t>
      </w:r>
    </w:p>
    <w:p w14:paraId="7D4A0BD4" w14:textId="77777777" w:rsidR="005149FD" w:rsidRDefault="00915C18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Calibri"/>
          <w:color w:val="152326"/>
        </w:rPr>
        <w:tab/>
        <w:t>(1)</w:t>
      </w:r>
    </w:p>
    <w:p w14:paraId="1CB4AFFD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lastRenderedPageBreak/>
        <w:t xml:space="preserve"> </w:t>
      </w:r>
      <w:bookmarkStart w:id="5" w:name="_Toc241685818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4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Methodology</w:t>
      </w:r>
      <w:bookmarkEnd w:id="5"/>
    </w:p>
    <w:p w14:paraId="5AD04D02" w14:textId="77777777" w:rsidR="005149FD" w:rsidRDefault="00915C18">
      <w:pPr>
        <w:jc w:val="both"/>
      </w:pPr>
      <w:r>
        <w:rPr>
          <w:rFonts w:eastAsia="Calibri"/>
          <w:i/>
          <w:color w:val="4A5E63"/>
          <w:sz w:val="22"/>
          <w:szCs w:val="22"/>
        </w:rPr>
        <w:t>The approach used, data sources or sample, tools, and how the data were analysed.</w:t>
      </w:r>
    </w:p>
    <w:p w14:paraId="0427263D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6" w:name="_Toc241685819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5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Results</w:t>
      </w:r>
      <w:bookmarkEnd w:id="6"/>
    </w:p>
    <w:p w14:paraId="6CF2A3D6" w14:textId="77777777" w:rsidR="005149FD" w:rsidRDefault="00915C18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Present the results in tables and figures and refer to each one by number in the text.</w:t>
      </w:r>
    </w:p>
    <w:p w14:paraId="338432FE" w14:textId="77777777" w:rsidR="005149FD" w:rsidRDefault="00915C18">
      <w:pPr>
        <w:keepNext/>
        <w:spacing w:before="40" w:after="80"/>
        <w:jc w:val="center"/>
      </w:pPr>
      <w:r>
        <w:rPr>
          <w:rFonts w:eastAsia="Calibri"/>
          <w:b/>
          <w:bCs/>
          <w:color w:val="152326"/>
          <w:sz w:val="20"/>
          <w:szCs w:val="20"/>
        </w:rPr>
        <w:t xml:space="preserve">Table 1. </w:t>
      </w:r>
      <w:r>
        <w:rPr>
          <w:rFonts w:eastAsia="Calibri"/>
          <w:color w:val="152326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nil"/>
          <w:left w:val="nil"/>
          <w:bottom w:val="single" w:sz="8" w:space="0" w:color="0F5C6E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5149FD" w14:paraId="47A523FA" w14:textId="77777777">
        <w:trPr>
          <w:cantSplit/>
          <w:tblHeader/>
          <w:jc w:val="center"/>
        </w:trPr>
        <w:tc>
          <w:tcPr>
            <w:tcW w:w="737" w:type="dxa"/>
            <w:shd w:val="clear" w:color="auto" w:fill="0F5C6E"/>
          </w:tcPr>
          <w:p w14:paraId="71A503A0" w14:textId="77777777" w:rsidR="005149FD" w:rsidRDefault="00915C18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0F5C6E"/>
          </w:tcPr>
          <w:p w14:paraId="62890AA8" w14:textId="77777777" w:rsidR="005149FD" w:rsidRDefault="00915C18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0F5C6E"/>
          </w:tcPr>
          <w:p w14:paraId="3E6AC0D9" w14:textId="77777777" w:rsidR="005149FD" w:rsidRDefault="00915C18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0F5C6E"/>
          </w:tcPr>
          <w:p w14:paraId="20751B4D" w14:textId="77777777" w:rsidR="005149FD" w:rsidRDefault="00915C18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5149FD" w14:paraId="5CE50017" w14:textId="77777777">
        <w:trPr>
          <w:cantSplit/>
          <w:jc w:val="center"/>
        </w:trPr>
        <w:tc>
          <w:tcPr>
            <w:tcW w:w="737" w:type="dxa"/>
          </w:tcPr>
          <w:p w14:paraId="256200D8" w14:textId="77777777" w:rsidR="005149FD" w:rsidRDefault="00915C18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3BC71BD6" w14:textId="77777777" w:rsidR="005149FD" w:rsidRDefault="005149F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083B183" w14:textId="77777777" w:rsidR="005149FD" w:rsidRDefault="005149F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73DE773" w14:textId="77777777" w:rsidR="005149FD" w:rsidRDefault="005149FD">
            <w:pPr>
              <w:keepNext/>
              <w:spacing w:before="20" w:after="20"/>
              <w:jc w:val="center"/>
            </w:pPr>
          </w:p>
        </w:tc>
      </w:tr>
      <w:tr w:rsidR="005149FD" w14:paraId="1869BAF0" w14:textId="77777777">
        <w:trPr>
          <w:cantSplit/>
          <w:jc w:val="center"/>
        </w:trPr>
        <w:tc>
          <w:tcPr>
            <w:tcW w:w="737" w:type="dxa"/>
            <w:shd w:val="clear" w:color="auto" w:fill="EDF6F8"/>
          </w:tcPr>
          <w:p w14:paraId="58415FF9" w14:textId="77777777" w:rsidR="005149FD" w:rsidRDefault="00915C18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2</w:t>
            </w:r>
          </w:p>
        </w:tc>
        <w:tc>
          <w:tcPr>
            <w:tcW w:w="2778" w:type="dxa"/>
            <w:shd w:val="clear" w:color="auto" w:fill="EDF6F8"/>
          </w:tcPr>
          <w:p w14:paraId="5F0BC9B1" w14:textId="77777777" w:rsidR="005149FD" w:rsidRDefault="005149F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DF6F8"/>
          </w:tcPr>
          <w:p w14:paraId="62457D44" w14:textId="77777777" w:rsidR="005149FD" w:rsidRDefault="005149F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DF6F8"/>
          </w:tcPr>
          <w:p w14:paraId="1EE37E1C" w14:textId="77777777" w:rsidR="005149FD" w:rsidRDefault="005149FD">
            <w:pPr>
              <w:keepNext/>
              <w:spacing w:before="20" w:after="20"/>
              <w:jc w:val="center"/>
            </w:pPr>
          </w:p>
        </w:tc>
      </w:tr>
      <w:tr w:rsidR="005149FD" w14:paraId="138F169A" w14:textId="77777777">
        <w:trPr>
          <w:cantSplit/>
          <w:jc w:val="center"/>
        </w:trPr>
        <w:tc>
          <w:tcPr>
            <w:tcW w:w="737" w:type="dxa"/>
          </w:tcPr>
          <w:p w14:paraId="2B353698" w14:textId="77777777" w:rsidR="005149FD" w:rsidRDefault="00915C18">
            <w:pPr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337C41E8" w14:textId="77777777" w:rsidR="005149FD" w:rsidRDefault="005149FD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40F92F35" w14:textId="77777777" w:rsidR="005149FD" w:rsidRDefault="005149FD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3294DA7F" w14:textId="77777777" w:rsidR="005149FD" w:rsidRDefault="005149FD">
            <w:pPr>
              <w:spacing w:before="20" w:after="20"/>
              <w:jc w:val="center"/>
            </w:pPr>
          </w:p>
        </w:tc>
      </w:tr>
    </w:tbl>
    <w:p w14:paraId="7362CAF7" w14:textId="77777777" w:rsidR="005149FD" w:rsidRDefault="005149FD">
      <w:pPr>
        <w:spacing w:after="40"/>
        <w:jc w:val="both"/>
      </w:pPr>
    </w:p>
    <w:p w14:paraId="30114856" w14:textId="77777777" w:rsidR="005149FD" w:rsidRDefault="00915C18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375D4F8" wp14:editId="2A77DB5A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0E695" w14:textId="77777777" w:rsidR="005149FD" w:rsidRDefault="00915C18">
      <w:pPr>
        <w:spacing w:before="40" w:after="160"/>
        <w:jc w:val="center"/>
      </w:pPr>
      <w:r>
        <w:rPr>
          <w:rFonts w:eastAsia="Calibri"/>
          <w:b/>
          <w:bCs/>
          <w:color w:val="152326"/>
          <w:sz w:val="20"/>
          <w:szCs w:val="20"/>
        </w:rPr>
        <w:t xml:space="preserve">Figure 1. </w:t>
      </w:r>
      <w:r>
        <w:rPr>
          <w:rFonts w:eastAsia="Calibri"/>
          <w:color w:val="152326"/>
          <w:sz w:val="20"/>
          <w:szCs w:val="20"/>
        </w:rPr>
        <w:t>A title that describes the figure</w:t>
      </w:r>
    </w:p>
    <w:p w14:paraId="7D6AA5B6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7" w:name="_Toc241685820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6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Discussion</w:t>
      </w:r>
      <w:bookmarkEnd w:id="7"/>
    </w:p>
    <w:p w14:paraId="7F64312C" w14:textId="77777777" w:rsidR="005149FD" w:rsidRDefault="00915C18">
      <w:pPr>
        <w:jc w:val="both"/>
      </w:pPr>
      <w:r>
        <w:rPr>
          <w:rFonts w:eastAsia="Calibri"/>
          <w:i/>
          <w:color w:val="4A5E63"/>
          <w:sz w:val="22"/>
          <w:szCs w:val="22"/>
        </w:rPr>
        <w:t xml:space="preserve">Interpret the </w:t>
      </w:r>
      <w:r>
        <w:rPr>
          <w:rFonts w:eastAsia="Calibri"/>
          <w:i/>
          <w:color w:val="4A5E63"/>
          <w:sz w:val="22"/>
          <w:szCs w:val="22"/>
        </w:rPr>
        <w:t>results and link them to the literature: where they agree, where they differ, and why.</w:t>
      </w:r>
    </w:p>
    <w:p w14:paraId="41BF6124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8" w:name="_Toc241685821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7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Conclusions and Recommendations</w:t>
      </w:r>
      <w:bookmarkEnd w:id="8"/>
    </w:p>
    <w:p w14:paraId="65FE7B2A" w14:textId="77777777" w:rsidR="005149FD" w:rsidRDefault="00915C18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Summarise the main findings, then give practical recommendations.</w:t>
      </w:r>
    </w:p>
    <w:p w14:paraId="6EC7F955" w14:textId="77777777" w:rsidR="005149FD" w:rsidRDefault="00915C18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>First recommendation.</w:t>
      </w:r>
    </w:p>
    <w:p w14:paraId="08B5347C" w14:textId="77777777" w:rsidR="005149FD" w:rsidRDefault="00915C18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>Second recommendation.</w:t>
      </w:r>
    </w:p>
    <w:p w14:paraId="2AAB1D3D" w14:textId="77777777" w:rsidR="005149FD" w:rsidRDefault="00915C18">
      <w:pPr>
        <w:pStyle w:val="Heading1"/>
        <w:pBdr>
          <w:bottom w:val="single" w:sz="8" w:space="4" w:color="0F5C6E"/>
        </w:pBdr>
        <w:spacing w:before="320" w:after="120"/>
      </w:pPr>
      <w:bookmarkStart w:id="9" w:name="_Toc241685822"/>
      <w:r>
        <w:rPr>
          <w:rFonts w:ascii="Century Gothic" w:eastAsia="Century Gothic" w:hAnsi="Century Gothic" w:cs="Times New Roman"/>
          <w:sz w:val="32"/>
          <w:szCs w:val="32"/>
        </w:rPr>
        <w:lastRenderedPageBreak/>
        <w:t>References</w:t>
      </w:r>
      <w:bookmarkEnd w:id="9"/>
    </w:p>
    <w:p w14:paraId="018D7CBD" w14:textId="77777777" w:rsidR="005149FD" w:rsidRDefault="00915C18">
      <w:pPr>
        <w:keepNext/>
        <w:spacing w:after="80"/>
        <w:ind w:left="510" w:hanging="510"/>
      </w:pPr>
      <w:r>
        <w:rPr>
          <w:rFonts w:eastAsia="Calibri"/>
          <w:color w:val="152326"/>
          <w:sz w:val="22"/>
          <w:szCs w:val="22"/>
        </w:rPr>
        <w:t xml:space="preserve">[1] A. Author, </w:t>
      </w:r>
      <w:r>
        <w:rPr>
          <w:rFonts w:eastAsia="Calibri"/>
          <w:i/>
          <w:color w:val="152326"/>
          <w:sz w:val="22"/>
          <w:szCs w:val="22"/>
        </w:rPr>
        <w:t>Title of the Book</w:t>
      </w:r>
      <w:r>
        <w:rPr>
          <w:rFonts w:eastAsia="Calibri"/>
          <w:color w:val="152326"/>
          <w:sz w:val="22"/>
          <w:szCs w:val="22"/>
        </w:rPr>
        <w:t>, 2nd ed. City, Country: Publisher, Year, pp. 40–45.</w:t>
      </w:r>
    </w:p>
    <w:p w14:paraId="2BF70E64" w14:textId="77777777" w:rsidR="005149FD" w:rsidRDefault="00915C18">
      <w:pPr>
        <w:keepNext/>
        <w:spacing w:after="80"/>
        <w:ind w:left="510" w:hanging="510"/>
      </w:pPr>
      <w:r>
        <w:rPr>
          <w:rFonts w:eastAsia="Calibri"/>
          <w:color w:val="152326"/>
          <w:sz w:val="22"/>
          <w:szCs w:val="22"/>
        </w:rPr>
        <w:t xml:space="preserve">[2] A. Author and B. Author, “Title of the article,” </w:t>
      </w:r>
      <w:r>
        <w:rPr>
          <w:rFonts w:eastAsia="Calibri"/>
          <w:i/>
          <w:color w:val="152326"/>
          <w:sz w:val="22"/>
          <w:szCs w:val="22"/>
        </w:rPr>
        <w:t>Journal Name</w:t>
      </w:r>
      <w:r>
        <w:rPr>
          <w:rFonts w:eastAsia="Calibri"/>
          <w:color w:val="152326"/>
          <w:sz w:val="22"/>
          <w:szCs w:val="22"/>
        </w:rPr>
        <w:t>, vol. 12, no. 3, pp. 10–18, Year.</w:t>
      </w:r>
    </w:p>
    <w:p w14:paraId="3FEFE0DB" w14:textId="77777777" w:rsidR="005149FD" w:rsidRDefault="00915C18">
      <w:pPr>
        <w:spacing w:after="80"/>
        <w:ind w:left="510" w:hanging="510"/>
      </w:pPr>
      <w:r>
        <w:rPr>
          <w:rFonts w:eastAsia="Calibri"/>
          <w:color w:val="152326"/>
          <w:sz w:val="22"/>
          <w:szCs w:val="22"/>
        </w:rPr>
        <w:t>[3] Organisation, “Title of the web page,” Site Name. Accessed: Month Day, Year. [Online]. Available: https://…</w:t>
      </w:r>
    </w:p>
    <w:sectPr w:rsidR="005149FD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bottom w:val="single" w:sz="48" w:space="24" w:color="0F5C6E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E62AF" w14:textId="77777777" w:rsidR="00915C18" w:rsidRDefault="00915C18">
      <w:pPr>
        <w:spacing w:after="0" w:line="240" w:lineRule="auto"/>
      </w:pPr>
      <w:r>
        <w:separator/>
      </w:r>
    </w:p>
  </w:endnote>
  <w:endnote w:type="continuationSeparator" w:id="0">
    <w:p w14:paraId="7D665005" w14:textId="77777777" w:rsidR="00915C18" w:rsidRDefault="0091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B0216" w14:textId="77777777" w:rsidR="005149FD" w:rsidRDefault="005149FD">
    <w:pPr>
      <w:pStyle w:val="Footer"/>
    </w:pPr>
  </w:p>
  <w:p w14:paraId="00CBE47B" w14:textId="77777777" w:rsidR="005149FD" w:rsidRDefault="00915C18">
    <w:pPr>
      <w:spacing w:before="40" w:after="0"/>
      <w:jc w:val="center"/>
    </w:pPr>
    <w:r>
      <w:rPr>
        <w:rFonts w:eastAsia="Calibri"/>
        <w:color w:val="4A5E63"/>
        <w:sz w:val="14"/>
        <w:szCs w:val="14"/>
      </w:rPr>
      <w:t xml:space="preserve">Free template by Tem — </w:t>
    </w:r>
    <w:hyperlink r:id="rId1">
      <w:r>
        <w:rPr>
          <w:rFonts w:eastAsia="Calibri"/>
          <w:color w:val="4A5E63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71D96" w14:textId="77777777" w:rsidR="00915C18" w:rsidRDefault="00915C18">
      <w:pPr>
        <w:spacing w:after="0" w:line="240" w:lineRule="auto"/>
      </w:pPr>
      <w:r>
        <w:separator/>
      </w:r>
    </w:p>
  </w:footnote>
  <w:footnote w:type="continuationSeparator" w:id="0">
    <w:p w14:paraId="0D0F6145" w14:textId="77777777" w:rsidR="00915C18" w:rsidRDefault="0091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8A49" w14:textId="77777777" w:rsidR="005149FD" w:rsidRDefault="00915C18">
    <w:pPr>
      <w:pStyle w:val="Header"/>
      <w:pBdr>
        <w:bottom w:val="single" w:sz="6" w:space="4" w:color="CBE2E8"/>
      </w:pBdr>
      <w:tabs>
        <w:tab w:val="clear" w:pos="9360"/>
        <w:tab w:val="right" w:pos="9072"/>
      </w:tabs>
    </w:pPr>
    <w:r>
      <w:rPr>
        <w:rFonts w:eastAsia="Calibri"/>
        <w:color w:val="4A5E63"/>
        <w:sz w:val="16"/>
        <w:szCs w:val="16"/>
      </w:rPr>
      <w:t>Short Report Title</w:t>
    </w:r>
    <w:r>
      <w:tab/>
    </w:r>
    <w:r>
      <w:rPr>
        <w:rFonts w:eastAsia="Calibri"/>
        <w:b/>
        <w:bCs/>
        <w:color w:val="0F5C6E"/>
        <w:sz w:val="16"/>
        <w:szCs w:val="16"/>
      </w:rPr>
      <w:fldChar w:fldCharType="begin"/>
    </w:r>
    <w:r>
      <w:rPr>
        <w:rFonts w:eastAsia="Calibri"/>
        <w:b/>
        <w:bCs/>
        <w:color w:val="0F5C6E"/>
        <w:sz w:val="16"/>
        <w:szCs w:val="16"/>
      </w:rPr>
      <w:instrText xml:space="preserve"> PAGE </w:instrText>
    </w:r>
    <w:r>
      <w:rPr>
        <w:rFonts w:eastAsia="Calibri"/>
        <w:b/>
        <w:bCs/>
        <w:color w:val="0F5C6E"/>
        <w:sz w:val="16"/>
        <w:szCs w:val="16"/>
      </w:rPr>
      <w:fldChar w:fldCharType="separate"/>
    </w:r>
    <w:r>
      <w:rPr>
        <w:rFonts w:eastAsia="Calibri"/>
        <w:b/>
        <w:bCs/>
        <w:color w:val="0F5C6E"/>
        <w:sz w:val="16"/>
        <w:szCs w:val="16"/>
      </w:rPr>
      <w:t>1</w:t>
    </w:r>
    <w:r>
      <w:rPr>
        <w:rFonts w:eastAsia="Calibri"/>
        <w:b/>
        <w:bCs/>
        <w:color w:val="0F5C6E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4630082">
    <w:abstractNumId w:val="8"/>
  </w:num>
  <w:num w:numId="2" w16cid:durableId="1624074194">
    <w:abstractNumId w:val="6"/>
  </w:num>
  <w:num w:numId="3" w16cid:durableId="1178543922">
    <w:abstractNumId w:val="5"/>
  </w:num>
  <w:num w:numId="4" w16cid:durableId="1388333146">
    <w:abstractNumId w:val="4"/>
  </w:num>
  <w:num w:numId="5" w16cid:durableId="430899855">
    <w:abstractNumId w:val="7"/>
  </w:num>
  <w:num w:numId="6" w16cid:durableId="1709573654">
    <w:abstractNumId w:val="3"/>
  </w:num>
  <w:num w:numId="7" w16cid:durableId="424804824">
    <w:abstractNumId w:val="2"/>
  </w:num>
  <w:num w:numId="8" w16cid:durableId="251472682">
    <w:abstractNumId w:val="1"/>
  </w:num>
  <w:num w:numId="9" w16cid:durableId="48359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49FD"/>
    <w:rsid w:val="00915C18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A22395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5C6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78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788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15C1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15C18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915C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543</Words>
  <Characters>2604</Characters>
  <Application>Microsoft Office Word</Application>
  <DocSecurity>0</DocSecurity>
  <Lines>144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