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1C0E15" w14:paraId="6E0A5CDB" w14:textId="77777777">
        <w:trPr>
          <w:trHeight w:val="5953"/>
          <w:jc w:val="center"/>
        </w:trPr>
        <w:tc>
          <w:tcPr>
            <w:tcW w:w="9865" w:type="dxa"/>
            <w:shd w:val="clear" w:color="auto" w:fill="264D3B"/>
          </w:tcPr>
          <w:p w14:paraId="657A9419" w14:textId="77777777" w:rsidR="001C0E15" w:rsidRDefault="001C0E15"/>
          <w:p w14:paraId="2A906EAE" w14:textId="77777777" w:rsidR="001C0E15" w:rsidRDefault="001C0E15">
            <w:pPr>
              <w:spacing w:after="0" w:line="200" w:lineRule="exact"/>
              <w:jc w:val="both"/>
            </w:pPr>
          </w:p>
          <w:p w14:paraId="01F2DCC3" w14:textId="77777777" w:rsidR="001C0E15" w:rsidRDefault="005B157F">
            <w:pPr>
              <w:spacing w:after="40" w:line="32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</w:rPr>
              <w:t>Ministry of Higher Education and Scientific Research</w:t>
            </w:r>
          </w:p>
          <w:p w14:paraId="5D0BC642" w14:textId="77777777" w:rsidR="001C0E15" w:rsidRDefault="005B157F">
            <w:pPr>
              <w:spacing w:after="40" w:line="32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</w:rPr>
              <w:t>University Name</w:t>
            </w:r>
          </w:p>
          <w:p w14:paraId="27C1AC45" w14:textId="77777777" w:rsidR="001C0E15" w:rsidRDefault="005B157F">
            <w:pPr>
              <w:spacing w:after="40" w:line="32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</w:rPr>
              <w:t>College Name</w:t>
            </w:r>
          </w:p>
          <w:p w14:paraId="4BFA98D3" w14:textId="77777777" w:rsidR="001C0E15" w:rsidRDefault="005B157F">
            <w:pPr>
              <w:spacing w:after="40" w:line="32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</w:rPr>
              <w:t>Department Name</w:t>
            </w:r>
          </w:p>
          <w:p w14:paraId="67C5B49C" w14:textId="77777777" w:rsidR="001C0E15" w:rsidRDefault="001C0E15">
            <w:pPr>
              <w:spacing w:after="0" w:line="720" w:lineRule="exact"/>
              <w:jc w:val="both"/>
            </w:pPr>
          </w:p>
          <w:p w14:paraId="26AEBC56" w14:textId="77777777" w:rsidR="001C0E15" w:rsidRDefault="005B157F">
            <w:pPr>
              <w:spacing w:after="80" w:line="380" w:lineRule="exact"/>
              <w:jc w:val="center"/>
            </w:pPr>
            <w:r>
              <w:rPr>
                <w:rFonts w:eastAsia="Palatino Linotype"/>
                <w:color w:val="FFFFFF"/>
                <w:sz w:val="28"/>
                <w:szCs w:val="28"/>
              </w:rPr>
              <w:t>Report / Research Paper</w:t>
            </w:r>
          </w:p>
          <w:p w14:paraId="187BE5CB" w14:textId="77777777" w:rsidR="001C0E15" w:rsidRDefault="005B157F">
            <w:pPr>
              <w:spacing w:line="64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sz w:val="48"/>
                <w:szCs w:val="48"/>
              </w:rPr>
              <w:t>Write a Clear and Concise Report Title Here</w:t>
            </w:r>
          </w:p>
          <w:p w14:paraId="642B5936" w14:textId="77777777" w:rsidR="001C0E15" w:rsidRDefault="005B157F">
            <w:pPr>
              <w:spacing w:after="40" w:line="320" w:lineRule="exact"/>
              <w:jc w:val="center"/>
            </w:pPr>
            <w:r>
              <w:rPr>
                <w:rFonts w:eastAsia="Palatino Linotype"/>
                <w:color w:val="FFFFFF"/>
              </w:rPr>
              <w:t>Course: Course Name</w:t>
            </w:r>
          </w:p>
        </w:tc>
      </w:tr>
    </w:tbl>
    <w:p w14:paraId="1E994182" w14:textId="77777777" w:rsidR="001C0E15" w:rsidRDefault="001C0E15">
      <w:pPr>
        <w:spacing w:after="0" w:line="3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1C0E15" w14:paraId="4652DC70" w14:textId="77777777">
        <w:trPr>
          <w:jc w:val="center"/>
        </w:trPr>
        <w:tc>
          <w:tcPr>
            <w:tcW w:w="1984" w:type="dxa"/>
          </w:tcPr>
          <w:p w14:paraId="7872ED1E" w14:textId="77777777" w:rsidR="001C0E15" w:rsidRDefault="005B157F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D0C5E18" wp14:editId="5E82C849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6BFF9061" w14:textId="77777777" w:rsidR="001C0E15" w:rsidRDefault="005B157F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A4A853D" wp14:editId="77E66480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DF909F" w14:textId="77777777" w:rsidR="001C0E15" w:rsidRDefault="001C0E15">
      <w:pPr>
        <w:spacing w:line="320" w:lineRule="exact"/>
        <w:jc w:val="both"/>
      </w:pPr>
    </w:p>
    <w:p w14:paraId="62BC1F18" w14:textId="77777777" w:rsidR="001C0E15" w:rsidRDefault="001C0E15">
      <w:pPr>
        <w:spacing w:after="0" w:line="800" w:lineRule="exact"/>
        <w:jc w:val="both"/>
      </w:pPr>
    </w:p>
    <w:p w14:paraId="6601B4F5" w14:textId="77777777" w:rsidR="001C0E15" w:rsidRDefault="005B157F">
      <w:pPr>
        <w:spacing w:after="40" w:line="320" w:lineRule="exact"/>
        <w:jc w:val="center"/>
      </w:pPr>
      <w:r>
        <w:rPr>
          <w:rFonts w:eastAsia="Palatino Linotype"/>
          <w:color w:val="52605A"/>
        </w:rPr>
        <w:t xml:space="preserve">Prepared by: </w:t>
      </w:r>
      <w:r>
        <w:rPr>
          <w:rFonts w:eastAsia="Palatino Linotype"/>
          <w:b/>
          <w:bCs/>
          <w:color w:val="1A221E"/>
        </w:rPr>
        <w:t>Student's Full Name</w:t>
      </w:r>
    </w:p>
    <w:p w14:paraId="6A8801A7" w14:textId="77777777" w:rsidR="001C0E15" w:rsidRDefault="005B157F">
      <w:pPr>
        <w:spacing w:after="40" w:line="320" w:lineRule="exact"/>
        <w:jc w:val="center"/>
      </w:pPr>
      <w:r>
        <w:rPr>
          <w:rFonts w:eastAsia="Palatino Linotype"/>
          <w:color w:val="52605A"/>
        </w:rPr>
        <w:t xml:space="preserve">Stage: </w:t>
      </w:r>
      <w:r>
        <w:rPr>
          <w:rFonts w:eastAsia="Palatino Linotype"/>
          <w:b/>
          <w:bCs/>
          <w:color w:val="1A221E"/>
        </w:rPr>
        <w:t xml:space="preserve">……   </w:t>
      </w:r>
      <w:r>
        <w:rPr>
          <w:rFonts w:eastAsia="Palatino Linotype"/>
          <w:b/>
          <w:bCs/>
          <w:color w:val="1A221E"/>
        </w:rPr>
        <w:t>Section: ……</w:t>
      </w:r>
    </w:p>
    <w:p w14:paraId="7EB45E06" w14:textId="77777777" w:rsidR="001C0E15" w:rsidRDefault="005B157F">
      <w:pPr>
        <w:spacing w:after="40" w:line="320" w:lineRule="exact"/>
        <w:jc w:val="center"/>
      </w:pPr>
      <w:r>
        <w:rPr>
          <w:rFonts w:eastAsia="Palatino Linotype"/>
          <w:color w:val="52605A"/>
        </w:rPr>
        <w:t xml:space="preserve">Supervised by: </w:t>
      </w:r>
      <w:r>
        <w:rPr>
          <w:rFonts w:eastAsia="Palatino Linotype"/>
          <w:b/>
          <w:bCs/>
          <w:color w:val="1A221E"/>
        </w:rPr>
        <w:t>Supervisor's Name and Title</w:t>
      </w:r>
    </w:p>
    <w:p w14:paraId="6887FDC5" w14:textId="77777777" w:rsidR="001C0E15" w:rsidRDefault="005B157F">
      <w:pPr>
        <w:spacing w:after="40" w:line="320" w:lineRule="exact"/>
        <w:jc w:val="center"/>
      </w:pPr>
      <w:r>
        <w:rPr>
          <w:rFonts w:eastAsia="Palatino Linotype"/>
          <w:color w:val="52605A"/>
        </w:rPr>
        <w:t xml:space="preserve">Date: </w:t>
      </w:r>
      <w:r>
        <w:rPr>
          <w:rFonts w:eastAsia="Palatino Linotype"/>
          <w:b/>
          <w:bCs/>
          <w:color w:val="1A221E"/>
        </w:rPr>
        <w:t>……/……/……</w:t>
      </w:r>
    </w:p>
    <w:p w14:paraId="441F567E" w14:textId="77777777" w:rsidR="001C0E15" w:rsidRDefault="005B157F">
      <w:pPr>
        <w:spacing w:before="360" w:line="280" w:lineRule="exact"/>
        <w:jc w:val="center"/>
      </w:pPr>
      <w:r>
        <w:rPr>
          <w:rFonts w:eastAsia="Palatino Linotype"/>
          <w:color w:val="52605A"/>
          <w:sz w:val="20"/>
          <w:szCs w:val="20"/>
        </w:rPr>
        <w:t>Academic Year 2026 – 2027</w:t>
      </w:r>
    </w:p>
    <w:p w14:paraId="0145F725" w14:textId="77777777" w:rsidR="001C0E15" w:rsidRDefault="005B157F">
      <w:pPr>
        <w:keepNext/>
        <w:pageBreakBefore/>
        <w:spacing w:before="320"/>
      </w:pPr>
      <w:r>
        <w:rPr>
          <w:rFonts w:eastAsia="Palatino Linotype"/>
          <w:b/>
          <w:bCs/>
          <w:color w:val="1A221E"/>
          <w:sz w:val="32"/>
          <w:szCs w:val="32"/>
        </w:rPr>
        <w:lastRenderedPageBreak/>
        <w:t>Contents</w:t>
      </w:r>
    </w:p>
    <w:p w14:paraId="7426F1F9" w14:textId="77777777" w:rsidR="001C0E15" w:rsidRDefault="005B157F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5701E520" w14:textId="4C824980" w:rsidR="005B157F" w:rsidRDefault="005B15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Palatino Linotype"/>
        </w:rPr>
        <w:fldChar w:fldCharType="begin"/>
      </w:r>
      <w:r>
        <w:rPr>
          <w:rFonts w:eastAsia="Palatino Linotype"/>
        </w:rPr>
        <w:instrText xml:space="preserve"> TOC \o "1-2" \h \z \u </w:instrText>
      </w:r>
      <w:r>
        <w:rPr>
          <w:rFonts w:eastAsia="Palatino Linotype"/>
        </w:rPr>
        <w:fldChar w:fldCharType="separate"/>
      </w:r>
      <w:hyperlink w:anchor="_Toc241685561" w:history="1">
        <w:r w:rsidRPr="00D326B0">
          <w:rPr>
            <w:rStyle w:val="Hyperlink"/>
            <w:rFonts w:eastAsia="Palatino Linotype"/>
            <w:noProof/>
          </w:rPr>
          <w:t>1  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EBFF2C9" w14:textId="697A1747" w:rsidR="005B157F" w:rsidRDefault="005B15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62" w:history="1">
        <w:r w:rsidRPr="00D326B0">
          <w:rPr>
            <w:rStyle w:val="Hyperlink"/>
            <w:rFonts w:eastAsia="Palatino Linotype"/>
            <w:noProof/>
          </w:rPr>
          <w:t>2   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4D1F405" w14:textId="37273963" w:rsidR="005B157F" w:rsidRDefault="005B15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63" w:history="1">
        <w:r w:rsidRPr="00D326B0">
          <w:rPr>
            <w:rStyle w:val="Hyperlink"/>
            <w:rFonts w:eastAsia="Palatino Linotype"/>
            <w:noProof/>
          </w:rPr>
          <w:t>3   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58B25FB" w14:textId="796CCC33" w:rsidR="005B157F" w:rsidRDefault="005B157F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64" w:history="1">
        <w:r w:rsidRPr="00D326B0">
          <w:rPr>
            <w:rStyle w:val="Hyperlink"/>
            <w:rFonts w:eastAsia="Palatino Linotype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63CD091" w14:textId="5DD2E2CC" w:rsidR="005B157F" w:rsidRDefault="005B157F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65" w:history="1">
        <w:r w:rsidRPr="00D326B0">
          <w:rPr>
            <w:rStyle w:val="Hyperlink"/>
            <w:rFonts w:eastAsia="Palatino Linotype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61A4855" w14:textId="132B5077" w:rsidR="005B157F" w:rsidRDefault="005B15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66" w:history="1">
        <w:r w:rsidRPr="00D326B0">
          <w:rPr>
            <w:rStyle w:val="Hyperlink"/>
            <w:rFonts w:eastAsia="Palatino Linotype"/>
            <w:noProof/>
          </w:rPr>
          <w:t>4  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955AFCE" w14:textId="75D792EA" w:rsidR="005B157F" w:rsidRDefault="005B15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67" w:history="1">
        <w:r w:rsidRPr="00D326B0">
          <w:rPr>
            <w:rStyle w:val="Hyperlink"/>
            <w:rFonts w:eastAsia="Palatino Linotype"/>
            <w:noProof/>
          </w:rPr>
          <w:t>5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7466440" w14:textId="0037655B" w:rsidR="005B157F" w:rsidRDefault="005B15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68" w:history="1">
        <w:r w:rsidRPr="00D326B0">
          <w:rPr>
            <w:rStyle w:val="Hyperlink"/>
            <w:rFonts w:eastAsia="Palatino Linotype"/>
            <w:noProof/>
          </w:rPr>
          <w:t>6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280D32E" w14:textId="7ADA9F2B" w:rsidR="005B157F" w:rsidRDefault="005B15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69" w:history="1">
        <w:r w:rsidRPr="00D326B0">
          <w:rPr>
            <w:rStyle w:val="Hyperlink"/>
            <w:rFonts w:eastAsia="Palatino Linotype"/>
            <w:noProof/>
          </w:rPr>
          <w:t>7   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3323CB6" w14:textId="2C19BCF6" w:rsidR="005B157F" w:rsidRDefault="005B15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70" w:history="1">
        <w:r w:rsidRPr="00D326B0">
          <w:rPr>
            <w:rStyle w:val="Hyperlink"/>
            <w:rFonts w:eastAsia="Palatino Linotype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51DCBC1" w14:textId="69500A60" w:rsidR="001C0E15" w:rsidRDefault="005B157F">
      <w:r>
        <w:rPr>
          <w:rFonts w:eastAsia="Palatino Linotype"/>
        </w:rPr>
        <w:fldChar w:fldCharType="end"/>
      </w:r>
    </w:p>
    <w:p w14:paraId="331E7884" w14:textId="77777777" w:rsidR="001C0E15" w:rsidRDefault="001C0E15">
      <w:pPr>
        <w:sectPr w:rsidR="001C0E15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4" w:space="0" w:color="D2E0D6"/>
          <w:left w:val="single" w:sz="4" w:space="0" w:color="D2E0D6"/>
          <w:bottom w:val="single" w:sz="18" w:space="0" w:color="D2E0D6"/>
          <w:right w:val="single" w:sz="4" w:space="0" w:color="D2E0D6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1C0E15" w14:paraId="0F4472B6" w14:textId="77777777">
        <w:trPr>
          <w:jc w:val="center"/>
        </w:trPr>
        <w:tc>
          <w:tcPr>
            <w:tcW w:w="9071" w:type="dxa"/>
          </w:tcPr>
          <w:p w14:paraId="33022BC8" w14:textId="77777777" w:rsidR="001C0E15" w:rsidRDefault="005B157F">
            <w:pPr>
              <w:jc w:val="both"/>
            </w:pPr>
            <w:r>
              <w:rPr>
                <w:rFonts w:eastAsia="Palatino Linotype"/>
                <w:b/>
                <w:bCs/>
                <w:color w:val="264D3B"/>
              </w:rPr>
              <w:lastRenderedPageBreak/>
              <w:t>How to use this template — delete this box before printing</w:t>
            </w:r>
          </w:p>
          <w:p w14:paraId="75566A99" w14:textId="77777777" w:rsidR="001C0E15" w:rsidRDefault="005B157F">
            <w:pPr>
              <w:jc w:val="both"/>
            </w:pPr>
            <w:r>
              <w:rPr>
                <w:rFonts w:eastAsia="Palatino Linotype"/>
                <w:color w:val="1A221E"/>
              </w:rPr>
              <w:t xml:space="preserve">Grey text is guidance: read it, </w:t>
            </w:r>
            <w:r>
              <w:rPr>
                <w:rFonts w:eastAsia="Palatino Linotype"/>
                <w:color w:val="1A221E"/>
              </w:rPr>
              <w:t>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4FF15ECC" w14:textId="77777777" w:rsidR="001C0E15" w:rsidRDefault="001C0E15">
      <w:pPr>
        <w:spacing w:after="40"/>
        <w:jc w:val="both"/>
      </w:pPr>
    </w:p>
    <w:p w14:paraId="79CE982A" w14:textId="77777777" w:rsidR="001C0E15" w:rsidRDefault="005B157F">
      <w:pPr>
        <w:pStyle w:val="Heading1"/>
        <w:spacing w:before="320" w:after="120"/>
      </w:pPr>
      <w:bookmarkStart w:id="0" w:name="_Toc241685561"/>
      <w:r>
        <w:rPr>
          <w:rFonts w:ascii="Palatino Linotype" w:eastAsia="Palatino Linotype" w:hAnsi="Palatino Linotype" w:cs="Times New Roman"/>
          <w:sz w:val="32"/>
          <w:szCs w:val="32"/>
        </w:rPr>
        <w:t xml:space="preserve">1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Introduction</w:t>
      </w:r>
      <w:bookmarkEnd w:id="0"/>
    </w:p>
    <w:p w14:paraId="05B07E38" w14:textId="77777777" w:rsidR="001C0E15" w:rsidRDefault="005B157F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5EE6E0AA" w14:textId="77777777" w:rsidR="001C0E15" w:rsidRDefault="005B157F">
      <w:pPr>
        <w:jc w:val="both"/>
      </w:pPr>
      <w:r>
        <w:rPr>
          <w:rFonts w:eastAsia="Palatino Linotype"/>
          <w:i/>
          <w:color w:val="52605A"/>
          <w:sz w:val="22"/>
          <w:szCs w:val="22"/>
        </w:rPr>
        <w:t>Move from the general topic to your specific focus, explain why it matters and what the report covers. Half a page to a page is enough.</w:t>
      </w:r>
    </w:p>
    <w:p w14:paraId="5A45CE0C" w14:textId="77777777" w:rsidR="001C0E15" w:rsidRDefault="005B157F">
      <w:pPr>
        <w:pStyle w:val="Heading1"/>
        <w:spacing w:before="320" w:after="120"/>
      </w:pPr>
      <w:bookmarkStart w:id="1" w:name="_Toc241685562"/>
      <w:r>
        <w:rPr>
          <w:rFonts w:ascii="Palatino Linotype" w:eastAsia="Palatino Linotype" w:hAnsi="Palatino Linotype" w:cs="Times New Roman"/>
          <w:sz w:val="32"/>
          <w:szCs w:val="32"/>
        </w:rPr>
        <w:t xml:space="preserve">2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Problem Statement and Objectives</w:t>
      </w:r>
      <w:bookmarkEnd w:id="1"/>
    </w:p>
    <w:p w14:paraId="42FE789A" w14:textId="77777777" w:rsidR="001C0E15" w:rsidRDefault="005B157F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37658868" w14:textId="77777777" w:rsidR="001C0E15" w:rsidRDefault="005B157F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State the problem as one clear question or sentence, then list measurable objectives.</w:t>
      </w:r>
    </w:p>
    <w:p w14:paraId="4D2EDD2A" w14:textId="77777777" w:rsidR="001C0E15" w:rsidRDefault="005B157F">
      <w:pPr>
        <w:spacing w:after="40"/>
        <w:ind w:left="510" w:hanging="340"/>
      </w:pPr>
      <w:r>
        <w:rPr>
          <w:rFonts w:eastAsia="Palatino Linotype"/>
          <w:b/>
          <w:bCs/>
          <w:color w:val="264D3B"/>
        </w:rPr>
        <w:t>1.</w:t>
      </w:r>
      <w:r>
        <w:rPr>
          <w:rFonts w:eastAsia="Palatino Linotype"/>
          <w:b/>
          <w:bCs/>
          <w:color w:val="264D3B"/>
        </w:rPr>
        <w:tab/>
      </w:r>
      <w:r>
        <w:rPr>
          <w:rFonts w:eastAsia="Palatino Linotype"/>
          <w:color w:val="1A221E"/>
        </w:rPr>
        <w:t xml:space="preserve">First </w:t>
      </w:r>
      <w:r>
        <w:rPr>
          <w:rFonts w:eastAsia="Palatino Linotype"/>
          <w:color w:val="1A221E"/>
        </w:rPr>
        <w:t>objective.</w:t>
      </w:r>
    </w:p>
    <w:p w14:paraId="19E776DE" w14:textId="77777777" w:rsidR="001C0E15" w:rsidRDefault="005B157F">
      <w:pPr>
        <w:spacing w:after="40"/>
        <w:ind w:left="510" w:hanging="340"/>
      </w:pPr>
      <w:r>
        <w:rPr>
          <w:rFonts w:eastAsia="Palatino Linotype"/>
          <w:b/>
          <w:bCs/>
          <w:color w:val="264D3B"/>
        </w:rPr>
        <w:t>2.</w:t>
      </w:r>
      <w:r>
        <w:rPr>
          <w:rFonts w:eastAsia="Palatino Linotype"/>
          <w:b/>
          <w:bCs/>
          <w:color w:val="264D3B"/>
        </w:rPr>
        <w:tab/>
      </w:r>
      <w:r>
        <w:rPr>
          <w:rFonts w:eastAsia="Palatino Linotype"/>
          <w:color w:val="1A221E"/>
        </w:rPr>
        <w:t>Second objective.</w:t>
      </w:r>
    </w:p>
    <w:p w14:paraId="5FC7D79F" w14:textId="77777777" w:rsidR="001C0E15" w:rsidRDefault="005B157F">
      <w:pPr>
        <w:spacing w:after="40"/>
        <w:ind w:left="510" w:hanging="340"/>
      </w:pPr>
      <w:r>
        <w:rPr>
          <w:rFonts w:eastAsia="Palatino Linotype"/>
          <w:b/>
          <w:bCs/>
          <w:color w:val="264D3B"/>
        </w:rPr>
        <w:t>3.</w:t>
      </w:r>
      <w:r>
        <w:rPr>
          <w:rFonts w:eastAsia="Palatino Linotype"/>
          <w:b/>
          <w:bCs/>
          <w:color w:val="264D3B"/>
        </w:rPr>
        <w:tab/>
      </w:r>
      <w:r>
        <w:rPr>
          <w:rFonts w:eastAsia="Palatino Linotype"/>
          <w:color w:val="1A221E"/>
        </w:rPr>
        <w:t>Third objective.</w:t>
      </w:r>
    </w:p>
    <w:p w14:paraId="10A7D8B7" w14:textId="77777777" w:rsidR="001C0E15" w:rsidRDefault="005B157F">
      <w:pPr>
        <w:pStyle w:val="Heading1"/>
        <w:spacing w:before="320" w:after="120"/>
      </w:pPr>
      <w:bookmarkStart w:id="2" w:name="_Toc241685563"/>
      <w:r>
        <w:rPr>
          <w:rFonts w:ascii="Palatino Linotype" w:eastAsia="Palatino Linotype" w:hAnsi="Palatino Linotype" w:cs="Times New Roman"/>
          <w:sz w:val="32"/>
          <w:szCs w:val="32"/>
        </w:rPr>
        <w:t xml:space="preserve">3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Literature Review</w:t>
      </w:r>
      <w:bookmarkEnd w:id="2"/>
    </w:p>
    <w:p w14:paraId="123191D1" w14:textId="77777777" w:rsidR="001C0E15" w:rsidRDefault="005B157F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12B3AE49" w14:textId="77777777" w:rsidR="001C0E15" w:rsidRDefault="005B157F">
      <w:pPr>
        <w:jc w:val="both"/>
      </w:pPr>
      <w:r>
        <w:rPr>
          <w:rFonts w:eastAsia="Palatino Linotype"/>
          <w:i/>
          <w:color w:val="52605A"/>
          <w:sz w:val="22"/>
          <w:szCs w:val="22"/>
        </w:rPr>
        <w:t>Split this part into themes, each with its own heading. Paraphrase and cite sources in square brackets [1].</w:t>
      </w:r>
    </w:p>
    <w:p w14:paraId="1231D235" w14:textId="77777777" w:rsidR="001C0E15" w:rsidRDefault="005B157F">
      <w:pPr>
        <w:pStyle w:val="Heading2"/>
        <w:spacing w:after="120"/>
      </w:pPr>
      <w:bookmarkStart w:id="3" w:name="_Toc241685564"/>
      <w:r>
        <w:rPr>
          <w:rFonts w:ascii="Palatino Linotype" w:eastAsia="Palatino Linotype" w:hAnsi="Palatino Linotype" w:cs="Times New Roman"/>
          <w:sz w:val="28"/>
          <w:szCs w:val="28"/>
        </w:rPr>
        <w:t>3.1   First Theme</w:t>
      </w:r>
      <w:bookmarkEnd w:id="3"/>
    </w:p>
    <w:p w14:paraId="1C59EAC3" w14:textId="77777777" w:rsidR="001C0E15" w:rsidRDefault="005B157F">
      <w:pPr>
        <w:jc w:val="both"/>
      </w:pPr>
      <w:r>
        <w:rPr>
          <w:rFonts w:eastAsia="Palatino Linotype"/>
          <w:i/>
          <w:color w:val="52605A"/>
          <w:sz w:val="22"/>
          <w:szCs w:val="22"/>
        </w:rPr>
        <w:t>Write the paragraphs of the first theme here.</w:t>
      </w:r>
    </w:p>
    <w:p w14:paraId="408FF476" w14:textId="77777777" w:rsidR="001C0E15" w:rsidRDefault="005B157F">
      <w:pPr>
        <w:pStyle w:val="Heading2"/>
        <w:spacing w:after="120"/>
      </w:pPr>
      <w:bookmarkStart w:id="4" w:name="_Toc241685565"/>
      <w:r>
        <w:rPr>
          <w:rFonts w:ascii="Palatino Linotype" w:eastAsia="Palatino Linotype" w:hAnsi="Palatino Linotype" w:cs="Times New Roman"/>
          <w:sz w:val="28"/>
          <w:szCs w:val="28"/>
        </w:rPr>
        <w:lastRenderedPageBreak/>
        <w:t>3.2   Second Theme</w:t>
      </w:r>
      <w:bookmarkEnd w:id="4"/>
    </w:p>
    <w:p w14:paraId="6DA2207E" w14:textId="77777777" w:rsidR="001C0E15" w:rsidRDefault="005B157F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Write the paragraphs of the second theme here. If you need an equation, here is an editable example (the arithmetic mean):</w:t>
      </w:r>
    </w:p>
    <w:p w14:paraId="7FC56281" w14:textId="77777777" w:rsidR="001C0E15" w:rsidRDefault="005B157F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Palatino Linotype"/>
          <w:color w:val="1A221E"/>
        </w:rPr>
        <w:tab/>
        <w:t>(1)</w:t>
      </w:r>
    </w:p>
    <w:p w14:paraId="5260DBE2" w14:textId="77777777" w:rsidR="001C0E15" w:rsidRDefault="005B157F">
      <w:pPr>
        <w:pStyle w:val="Heading1"/>
        <w:spacing w:before="320" w:after="120"/>
      </w:pPr>
      <w:bookmarkStart w:id="5" w:name="_Toc241685566"/>
      <w:r>
        <w:rPr>
          <w:rFonts w:ascii="Palatino Linotype" w:eastAsia="Palatino Linotype" w:hAnsi="Palatino Linotype" w:cs="Times New Roman"/>
          <w:sz w:val="32"/>
          <w:szCs w:val="32"/>
        </w:rPr>
        <w:t xml:space="preserve">4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Methodology</w:t>
      </w:r>
      <w:bookmarkEnd w:id="5"/>
    </w:p>
    <w:p w14:paraId="68E05207" w14:textId="77777777" w:rsidR="001C0E15" w:rsidRDefault="005B157F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00B7CA16" w14:textId="77777777" w:rsidR="001C0E15" w:rsidRDefault="005B157F">
      <w:pPr>
        <w:jc w:val="both"/>
      </w:pPr>
      <w:r>
        <w:rPr>
          <w:rFonts w:eastAsia="Palatino Linotype"/>
          <w:i/>
          <w:color w:val="52605A"/>
          <w:sz w:val="22"/>
          <w:szCs w:val="22"/>
        </w:rPr>
        <w:t>The approach used, data sources or sample, tools, and how the data were analysed.</w:t>
      </w:r>
    </w:p>
    <w:p w14:paraId="25D064EB" w14:textId="77777777" w:rsidR="001C0E15" w:rsidRDefault="005B157F">
      <w:pPr>
        <w:pStyle w:val="Heading1"/>
        <w:spacing w:before="320" w:after="120"/>
      </w:pPr>
      <w:bookmarkStart w:id="6" w:name="_Toc241685567"/>
      <w:r>
        <w:rPr>
          <w:rFonts w:ascii="Palatino Linotype" w:eastAsia="Palatino Linotype" w:hAnsi="Palatino Linotype" w:cs="Times New Roman"/>
          <w:sz w:val="32"/>
          <w:szCs w:val="32"/>
        </w:rPr>
        <w:t xml:space="preserve">5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Results</w:t>
      </w:r>
      <w:bookmarkEnd w:id="6"/>
    </w:p>
    <w:p w14:paraId="46BC4451" w14:textId="77777777" w:rsidR="001C0E15" w:rsidRDefault="005B157F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3F95BE91" w14:textId="77777777" w:rsidR="001C0E15" w:rsidRDefault="005B157F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Present the results in tables and figures and refer to each one by number in the text.</w:t>
      </w:r>
    </w:p>
    <w:p w14:paraId="6EBC8874" w14:textId="77777777" w:rsidR="001C0E15" w:rsidRDefault="005B157F">
      <w:pPr>
        <w:keepNext/>
        <w:spacing w:before="40" w:after="80"/>
        <w:jc w:val="center"/>
      </w:pPr>
      <w:r>
        <w:rPr>
          <w:rFonts w:eastAsia="Palatino Linotype"/>
          <w:b/>
          <w:bCs/>
          <w:color w:val="3C6E57"/>
          <w:sz w:val="20"/>
          <w:szCs w:val="20"/>
        </w:rPr>
        <w:t xml:space="preserve">Table 1: </w:t>
      </w:r>
      <w:r>
        <w:rPr>
          <w:rFonts w:eastAsia="Palatino Linotype"/>
          <w:color w:val="52605A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single" w:sz="12" w:space="0" w:color="264D3B"/>
          <w:left w:val="nil"/>
          <w:bottom w:val="single" w:sz="12" w:space="0" w:color="264D3B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1C0E15" w14:paraId="482F44F5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6" w:space="0" w:color="264D3B"/>
            </w:tcBorders>
          </w:tcPr>
          <w:p w14:paraId="51CBCACB" w14:textId="77777777" w:rsidR="001C0E15" w:rsidRDefault="005B157F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0"/>
                <w:szCs w:val="20"/>
              </w:rPr>
              <w:t>No.</w:t>
            </w:r>
          </w:p>
        </w:tc>
        <w:tc>
          <w:tcPr>
            <w:tcW w:w="2778" w:type="dxa"/>
            <w:tcBorders>
              <w:bottom w:val="single" w:sz="6" w:space="0" w:color="264D3B"/>
            </w:tcBorders>
          </w:tcPr>
          <w:p w14:paraId="122FA2F1" w14:textId="77777777" w:rsidR="001C0E15" w:rsidRDefault="005B157F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0"/>
                <w:szCs w:val="20"/>
              </w:rPr>
              <w:t>Item</w:t>
            </w:r>
          </w:p>
        </w:tc>
        <w:tc>
          <w:tcPr>
            <w:tcW w:w="2778" w:type="dxa"/>
            <w:tcBorders>
              <w:bottom w:val="single" w:sz="6" w:space="0" w:color="264D3B"/>
            </w:tcBorders>
          </w:tcPr>
          <w:p w14:paraId="488ABF2F" w14:textId="77777777" w:rsidR="001C0E15" w:rsidRDefault="005B157F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0"/>
                <w:szCs w:val="20"/>
              </w:rPr>
              <w:t>Value</w:t>
            </w:r>
          </w:p>
        </w:tc>
        <w:tc>
          <w:tcPr>
            <w:tcW w:w="2778" w:type="dxa"/>
            <w:tcBorders>
              <w:bottom w:val="single" w:sz="6" w:space="0" w:color="264D3B"/>
            </w:tcBorders>
          </w:tcPr>
          <w:p w14:paraId="0DD53A6E" w14:textId="77777777" w:rsidR="001C0E15" w:rsidRDefault="005B157F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0"/>
                <w:szCs w:val="20"/>
              </w:rPr>
              <w:t>Notes</w:t>
            </w:r>
          </w:p>
        </w:tc>
      </w:tr>
      <w:tr w:rsidR="001C0E15" w14:paraId="1A101273" w14:textId="77777777">
        <w:trPr>
          <w:cantSplit/>
          <w:jc w:val="center"/>
        </w:trPr>
        <w:tc>
          <w:tcPr>
            <w:tcW w:w="737" w:type="dxa"/>
          </w:tcPr>
          <w:p w14:paraId="58755148" w14:textId="77777777" w:rsidR="001C0E15" w:rsidRDefault="005B157F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27BC0EAD" w14:textId="77777777" w:rsidR="001C0E15" w:rsidRDefault="001C0E15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48BBC51" w14:textId="77777777" w:rsidR="001C0E15" w:rsidRDefault="001C0E15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2FC4557B" w14:textId="77777777" w:rsidR="001C0E15" w:rsidRDefault="001C0E15">
            <w:pPr>
              <w:keepNext/>
              <w:spacing w:before="20" w:after="20"/>
              <w:jc w:val="center"/>
            </w:pPr>
          </w:p>
        </w:tc>
      </w:tr>
      <w:tr w:rsidR="001C0E15" w14:paraId="6F22B8C4" w14:textId="77777777">
        <w:trPr>
          <w:cantSplit/>
          <w:jc w:val="center"/>
        </w:trPr>
        <w:tc>
          <w:tcPr>
            <w:tcW w:w="737" w:type="dxa"/>
          </w:tcPr>
          <w:p w14:paraId="75A0732E" w14:textId="77777777" w:rsidR="001C0E15" w:rsidRDefault="005B157F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14:paraId="276FAEC3" w14:textId="77777777" w:rsidR="001C0E15" w:rsidRDefault="001C0E15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02903CD8" w14:textId="77777777" w:rsidR="001C0E15" w:rsidRDefault="001C0E15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27AE150" w14:textId="77777777" w:rsidR="001C0E15" w:rsidRDefault="001C0E15">
            <w:pPr>
              <w:keepNext/>
              <w:spacing w:before="20" w:after="20"/>
              <w:jc w:val="center"/>
            </w:pPr>
          </w:p>
        </w:tc>
      </w:tr>
      <w:tr w:rsidR="001C0E15" w14:paraId="6DB5B250" w14:textId="77777777">
        <w:trPr>
          <w:cantSplit/>
          <w:jc w:val="center"/>
        </w:trPr>
        <w:tc>
          <w:tcPr>
            <w:tcW w:w="737" w:type="dxa"/>
          </w:tcPr>
          <w:p w14:paraId="22172DF7" w14:textId="77777777" w:rsidR="001C0E15" w:rsidRDefault="005B157F">
            <w:pPr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6E4B32D2" w14:textId="77777777" w:rsidR="001C0E15" w:rsidRDefault="001C0E15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55E9972D" w14:textId="77777777" w:rsidR="001C0E15" w:rsidRDefault="001C0E15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7D5980F8" w14:textId="77777777" w:rsidR="001C0E15" w:rsidRDefault="001C0E15">
            <w:pPr>
              <w:spacing w:before="20" w:after="20"/>
              <w:jc w:val="center"/>
            </w:pPr>
          </w:p>
        </w:tc>
      </w:tr>
    </w:tbl>
    <w:p w14:paraId="6E868997" w14:textId="77777777" w:rsidR="001C0E15" w:rsidRDefault="001C0E15">
      <w:pPr>
        <w:spacing w:after="40"/>
        <w:jc w:val="both"/>
      </w:pPr>
    </w:p>
    <w:p w14:paraId="3A5960AA" w14:textId="77777777" w:rsidR="001C0E15" w:rsidRDefault="005B157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CAA7F8E" wp14:editId="13EC4A92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E2883" w14:textId="77777777" w:rsidR="001C0E15" w:rsidRDefault="005B157F">
      <w:pPr>
        <w:spacing w:before="40" w:after="160"/>
        <w:jc w:val="center"/>
      </w:pPr>
      <w:r>
        <w:rPr>
          <w:rFonts w:eastAsia="Palatino Linotype"/>
          <w:b/>
          <w:bCs/>
          <w:color w:val="3C6E57"/>
          <w:sz w:val="20"/>
          <w:szCs w:val="20"/>
        </w:rPr>
        <w:t xml:space="preserve">Figure 1: </w:t>
      </w:r>
      <w:r>
        <w:rPr>
          <w:rFonts w:eastAsia="Palatino Linotype"/>
          <w:color w:val="52605A"/>
          <w:sz w:val="20"/>
          <w:szCs w:val="20"/>
        </w:rPr>
        <w:t>A title that describes the figure</w:t>
      </w:r>
    </w:p>
    <w:p w14:paraId="12C4D966" w14:textId="77777777" w:rsidR="001C0E15" w:rsidRDefault="005B157F">
      <w:pPr>
        <w:pStyle w:val="Heading1"/>
        <w:spacing w:before="320" w:after="120"/>
      </w:pPr>
      <w:bookmarkStart w:id="7" w:name="_Toc241685568"/>
      <w:r>
        <w:rPr>
          <w:rFonts w:ascii="Palatino Linotype" w:eastAsia="Palatino Linotype" w:hAnsi="Palatino Linotype" w:cs="Times New Roman"/>
          <w:sz w:val="32"/>
          <w:szCs w:val="32"/>
        </w:rPr>
        <w:lastRenderedPageBreak/>
        <w:t xml:space="preserve">6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Discussion</w:t>
      </w:r>
      <w:bookmarkEnd w:id="7"/>
    </w:p>
    <w:p w14:paraId="24D4CD30" w14:textId="77777777" w:rsidR="001C0E15" w:rsidRDefault="005B157F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12D06795" w14:textId="77777777" w:rsidR="001C0E15" w:rsidRDefault="005B157F">
      <w:pPr>
        <w:jc w:val="both"/>
      </w:pPr>
      <w:r>
        <w:rPr>
          <w:rFonts w:eastAsia="Palatino Linotype"/>
          <w:i/>
          <w:color w:val="52605A"/>
          <w:sz w:val="22"/>
          <w:szCs w:val="22"/>
        </w:rPr>
        <w:t>Interpret the results and link them to the literature: where they agree, where they differ, and why.</w:t>
      </w:r>
    </w:p>
    <w:p w14:paraId="60227AFF" w14:textId="77777777" w:rsidR="001C0E15" w:rsidRDefault="005B157F">
      <w:pPr>
        <w:pStyle w:val="Heading1"/>
        <w:spacing w:before="320" w:after="120"/>
      </w:pPr>
      <w:bookmarkStart w:id="8" w:name="_Toc241685569"/>
      <w:r>
        <w:rPr>
          <w:rFonts w:ascii="Palatino Linotype" w:eastAsia="Palatino Linotype" w:hAnsi="Palatino Linotype" w:cs="Times New Roman"/>
          <w:sz w:val="32"/>
          <w:szCs w:val="32"/>
        </w:rPr>
        <w:t xml:space="preserve">7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Conclusions and Recommendations</w:t>
      </w:r>
      <w:bookmarkEnd w:id="8"/>
    </w:p>
    <w:p w14:paraId="25D5677F" w14:textId="77777777" w:rsidR="001C0E15" w:rsidRDefault="005B157F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06F04B55" w14:textId="77777777" w:rsidR="001C0E15" w:rsidRDefault="005B157F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Summarise the main findings, then give practical recommendations.</w:t>
      </w:r>
    </w:p>
    <w:p w14:paraId="4B86A756" w14:textId="77777777" w:rsidR="001C0E15" w:rsidRDefault="005B157F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ab/>
      </w:r>
      <w:r>
        <w:rPr>
          <w:rFonts w:eastAsia="Palatino Linotype"/>
          <w:color w:val="1A221E"/>
        </w:rPr>
        <w:t xml:space="preserve">First </w:t>
      </w:r>
      <w:r>
        <w:rPr>
          <w:rFonts w:eastAsia="Palatino Linotype"/>
          <w:color w:val="1A221E"/>
        </w:rPr>
        <w:t>recommendation.</w:t>
      </w:r>
    </w:p>
    <w:p w14:paraId="07CE7592" w14:textId="77777777" w:rsidR="001C0E15" w:rsidRDefault="005B157F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ab/>
      </w:r>
      <w:r>
        <w:rPr>
          <w:rFonts w:eastAsia="Palatino Linotype"/>
          <w:color w:val="1A221E"/>
        </w:rPr>
        <w:t>Second recommendation.</w:t>
      </w:r>
    </w:p>
    <w:p w14:paraId="16812806" w14:textId="77777777" w:rsidR="001C0E15" w:rsidRDefault="005B157F">
      <w:pPr>
        <w:pStyle w:val="Heading1"/>
        <w:spacing w:before="320" w:after="120"/>
      </w:pPr>
      <w:bookmarkStart w:id="9" w:name="_Toc241685570"/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References</w:t>
      </w:r>
      <w:bookmarkEnd w:id="9"/>
    </w:p>
    <w:p w14:paraId="73E93AAE" w14:textId="77777777" w:rsidR="001C0E15" w:rsidRDefault="005B157F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557D1082" w14:textId="77777777" w:rsidR="001C0E15" w:rsidRDefault="005B157F">
      <w:pPr>
        <w:keepNext/>
        <w:spacing w:after="80"/>
        <w:ind w:left="510" w:hanging="510"/>
      </w:pPr>
      <w:r>
        <w:rPr>
          <w:rFonts w:eastAsia="Palatino Linotype"/>
          <w:color w:val="1A221E"/>
          <w:sz w:val="22"/>
          <w:szCs w:val="22"/>
        </w:rPr>
        <w:t xml:space="preserve">[1] A. Author, </w:t>
      </w:r>
      <w:r>
        <w:rPr>
          <w:rFonts w:eastAsia="Palatino Linotype"/>
          <w:i/>
          <w:color w:val="1A221E"/>
          <w:sz w:val="22"/>
          <w:szCs w:val="22"/>
        </w:rPr>
        <w:t>Title of the Book</w:t>
      </w:r>
      <w:r>
        <w:rPr>
          <w:rFonts w:eastAsia="Palatino Linotype"/>
          <w:color w:val="1A221E"/>
          <w:sz w:val="22"/>
          <w:szCs w:val="22"/>
        </w:rPr>
        <w:t>, 2nd ed. City, Country: Publisher, Year, pp. 40–45.</w:t>
      </w:r>
    </w:p>
    <w:p w14:paraId="39EF2943" w14:textId="77777777" w:rsidR="001C0E15" w:rsidRDefault="005B157F">
      <w:pPr>
        <w:keepNext/>
        <w:spacing w:after="80"/>
        <w:ind w:left="510" w:hanging="510"/>
      </w:pPr>
      <w:r>
        <w:rPr>
          <w:rFonts w:eastAsia="Palatino Linotype"/>
          <w:color w:val="1A221E"/>
          <w:sz w:val="22"/>
          <w:szCs w:val="22"/>
        </w:rPr>
        <w:t xml:space="preserve">[2] A. Author and B. Author, “Title of the article,” </w:t>
      </w:r>
      <w:r>
        <w:rPr>
          <w:rFonts w:eastAsia="Palatino Linotype"/>
          <w:i/>
          <w:color w:val="1A221E"/>
          <w:sz w:val="22"/>
          <w:szCs w:val="22"/>
        </w:rPr>
        <w:t>Journal Name</w:t>
      </w:r>
      <w:r>
        <w:rPr>
          <w:rFonts w:eastAsia="Palatino Linotype"/>
          <w:color w:val="1A221E"/>
          <w:sz w:val="22"/>
          <w:szCs w:val="22"/>
        </w:rPr>
        <w:t>, vol. 12, no. 3, pp. 10–18, Year.</w:t>
      </w:r>
    </w:p>
    <w:p w14:paraId="270EC79B" w14:textId="77777777" w:rsidR="001C0E15" w:rsidRDefault="005B157F">
      <w:pPr>
        <w:spacing w:after="80"/>
        <w:ind w:left="510" w:hanging="510"/>
      </w:pPr>
      <w:r>
        <w:rPr>
          <w:rFonts w:eastAsia="Palatino Linotype"/>
          <w:color w:val="1A221E"/>
          <w:sz w:val="22"/>
          <w:szCs w:val="22"/>
        </w:rPr>
        <w:t>[3] Organisation, “Title of the web page,” Site Name. Accessed: Month Day, Year. [Online]. Available: https://…</w:t>
      </w:r>
    </w:p>
    <w:sectPr w:rsidR="001C0E15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thinThickSmallGap" w:sz="12" w:space="24" w:color="264D3B"/>
        <w:bottom w:val="thinThickSmallGap" w:sz="12" w:space="24" w:color="264D3B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123C1" w14:textId="77777777" w:rsidR="005B157F" w:rsidRDefault="005B157F">
      <w:pPr>
        <w:spacing w:after="0" w:line="240" w:lineRule="auto"/>
      </w:pPr>
      <w:r>
        <w:separator/>
      </w:r>
    </w:p>
  </w:endnote>
  <w:endnote w:type="continuationSeparator" w:id="0">
    <w:p w14:paraId="626AA360" w14:textId="77777777" w:rsidR="005B157F" w:rsidRDefault="005B1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C4001" w14:textId="77777777" w:rsidR="001C0E15" w:rsidRDefault="005B157F">
    <w:pPr>
      <w:pStyle w:val="Footer"/>
      <w:jc w:val="center"/>
    </w:pPr>
    <w:r>
      <w:rPr>
        <w:rFonts w:eastAsia="Palatino Linotype"/>
        <w:sz w:val="16"/>
        <w:szCs w:val="16"/>
      </w:rPr>
      <w:fldChar w:fldCharType="begin"/>
    </w:r>
    <w:r>
      <w:rPr>
        <w:rFonts w:eastAsia="Palatino Linotype"/>
        <w:sz w:val="16"/>
        <w:szCs w:val="16"/>
      </w:rPr>
      <w:instrText xml:space="preserve"> PAGE </w:instrText>
    </w:r>
    <w:r>
      <w:rPr>
        <w:rFonts w:eastAsia="Palatino Linotype"/>
        <w:sz w:val="16"/>
        <w:szCs w:val="16"/>
      </w:rPr>
      <w:fldChar w:fldCharType="separate"/>
    </w:r>
    <w:r>
      <w:rPr>
        <w:rFonts w:eastAsia="Palatino Linotype"/>
        <w:sz w:val="16"/>
        <w:szCs w:val="16"/>
      </w:rPr>
      <w:t>1</w:t>
    </w:r>
    <w:r>
      <w:rPr>
        <w:rFonts w:eastAsia="Palatino Linotype"/>
        <w:sz w:val="16"/>
        <w:szCs w:val="16"/>
      </w:rPr>
      <w:fldChar w:fldCharType="end"/>
    </w:r>
  </w:p>
  <w:p w14:paraId="00201892" w14:textId="77777777" w:rsidR="001C0E15" w:rsidRDefault="005B157F">
    <w:pPr>
      <w:spacing w:before="40" w:after="0"/>
      <w:jc w:val="center"/>
    </w:pPr>
    <w:r>
      <w:rPr>
        <w:rFonts w:eastAsia="Palatino Linotype"/>
        <w:color w:val="52605A"/>
        <w:sz w:val="14"/>
        <w:szCs w:val="14"/>
      </w:rPr>
      <w:t xml:space="preserve">Free template by Tem — </w:t>
    </w:r>
    <w:hyperlink r:id="rId1">
      <w:r>
        <w:rPr>
          <w:rFonts w:eastAsia="Palatino Linotype"/>
          <w:color w:val="52605A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BAA7D" w14:textId="77777777" w:rsidR="005B157F" w:rsidRDefault="005B157F">
      <w:pPr>
        <w:spacing w:after="0" w:line="240" w:lineRule="auto"/>
      </w:pPr>
      <w:r>
        <w:separator/>
      </w:r>
    </w:p>
  </w:footnote>
  <w:footnote w:type="continuationSeparator" w:id="0">
    <w:p w14:paraId="0F67E2D1" w14:textId="77777777" w:rsidR="005B157F" w:rsidRDefault="005B1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F6BDD" w14:textId="77777777" w:rsidR="001C0E15" w:rsidRDefault="005B157F">
    <w:pPr>
      <w:pStyle w:val="Header"/>
      <w:pBdr>
        <w:bottom w:val="single" w:sz="6" w:space="4" w:color="D2E0D6"/>
      </w:pBdr>
      <w:tabs>
        <w:tab w:val="clear" w:pos="9360"/>
        <w:tab w:val="right" w:pos="9072"/>
      </w:tabs>
    </w:pPr>
    <w:r>
      <w:rPr>
        <w:rFonts w:eastAsia="Palatino Linotype"/>
        <w:color w:val="52605A"/>
        <w:sz w:val="16"/>
        <w:szCs w:val="16"/>
      </w:rPr>
      <w:t>Short Report Title</w:t>
    </w:r>
    <w:r>
      <w:tab/>
    </w:r>
    <w:r>
      <w:rPr>
        <w:rFonts w:eastAsia="Palatino Linotype"/>
        <w:color w:val="52605A"/>
        <w:sz w:val="16"/>
        <w:szCs w:val="16"/>
      </w:rPr>
      <w:t>University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656915">
    <w:abstractNumId w:val="8"/>
  </w:num>
  <w:num w:numId="2" w16cid:durableId="1034308864">
    <w:abstractNumId w:val="6"/>
  </w:num>
  <w:num w:numId="3" w16cid:durableId="1387492219">
    <w:abstractNumId w:val="5"/>
  </w:num>
  <w:num w:numId="4" w16cid:durableId="2122457130">
    <w:abstractNumId w:val="4"/>
  </w:num>
  <w:num w:numId="5" w16cid:durableId="1409426384">
    <w:abstractNumId w:val="7"/>
  </w:num>
  <w:num w:numId="6" w16cid:durableId="108159121">
    <w:abstractNumId w:val="3"/>
  </w:num>
  <w:num w:numId="7" w16cid:durableId="2098357772">
    <w:abstractNumId w:val="2"/>
  </w:num>
  <w:num w:numId="8" w16cid:durableId="2069038225">
    <w:abstractNumId w:val="1"/>
  </w:num>
  <w:num w:numId="9" w16cid:durableId="200365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0E15"/>
    <w:rsid w:val="0029639D"/>
    <w:rsid w:val="00326F90"/>
    <w:rsid w:val="005B157F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4CB05E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Palatino Linotype" w:hAnsi="Palatino Linotype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4D3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C6E5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C6E5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5B157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B157F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5B15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551</Words>
  <Characters>2634</Characters>
  <Application>Microsoft Office Word</Application>
  <DocSecurity>0</DocSecurity>
  <Lines>154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