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4340"/>
      </w:tblGrid>
      <w:tr w:rsidR="005D4E52" w14:paraId="1FAC9A9B" w14:textId="77777777">
        <w:trPr>
          <w:jc w:val="center"/>
        </w:trPr>
        <w:tc>
          <w:tcPr>
            <w:tcW w:w="5524" w:type="dxa"/>
          </w:tcPr>
          <w:p w14:paraId="4533BF2E" w14:textId="77777777" w:rsidR="005D4E52" w:rsidRDefault="005D4E52"/>
          <w:p w14:paraId="6D3A2824" w14:textId="77777777" w:rsidR="005D4E52" w:rsidRDefault="001F617D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Ministry of Higher Education and Scientific Research</w:t>
            </w:r>
          </w:p>
          <w:p w14:paraId="6B22E483" w14:textId="77777777" w:rsidR="005D4E52" w:rsidRDefault="001F617D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University Name</w:t>
            </w:r>
          </w:p>
          <w:p w14:paraId="34A5641C" w14:textId="77777777" w:rsidR="005D4E52" w:rsidRDefault="001F617D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College Name</w:t>
            </w:r>
          </w:p>
          <w:p w14:paraId="47FE5D03" w14:textId="77777777" w:rsidR="005D4E52" w:rsidRDefault="001F617D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Department Name</w:t>
            </w:r>
          </w:p>
        </w:tc>
        <w:tc>
          <w:tcPr>
            <w:tcW w:w="4340" w:type="dxa"/>
          </w:tcPr>
          <w:p w14:paraId="044329F0" w14:textId="77777777" w:rsidR="005D4E52" w:rsidRDefault="001F617D">
            <w:pPr>
              <w:spacing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45B51778" wp14:editId="4F5225A4">
                  <wp:extent cx="486000" cy="4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1D7AF69F" wp14:editId="1153F6C6">
                  <wp:extent cx="486000" cy="48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3EB8C" w14:textId="77777777" w:rsidR="005D4E52" w:rsidRDefault="005D4E52">
      <w:pPr>
        <w:pBdr>
          <w:bottom w:val="double" w:sz="18" w:space="4" w:color="1B2A4A"/>
        </w:pBdr>
        <w:spacing w:after="0" w:line="320" w:lineRule="exact"/>
        <w:jc w:val="both"/>
      </w:pPr>
    </w:p>
    <w:p w14:paraId="00603F64" w14:textId="77777777" w:rsidR="005D4E52" w:rsidRDefault="005D4E52">
      <w:pPr>
        <w:spacing w:after="0" w:line="560" w:lineRule="exact"/>
        <w:jc w:val="both"/>
      </w:pPr>
    </w:p>
    <w:tbl>
      <w:tblPr>
        <w:tblW w:w="0" w:type="auto"/>
        <w:jc w:val="center"/>
        <w:tblBorders>
          <w:top w:val="single" w:sz="12" w:space="0" w:color="1B2A4A"/>
          <w:left w:val="single" w:sz="12" w:space="0" w:color="1B2A4A"/>
          <w:bottom w:val="single" w:sz="12" w:space="0" w:color="1B2A4A"/>
          <w:right w:val="single" w:sz="12" w:space="0" w:color="1B2A4A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84"/>
      </w:tblGrid>
      <w:tr w:rsidR="005D4E52" w14:paraId="00FF765A" w14:textId="77777777">
        <w:trPr>
          <w:jc w:val="center"/>
        </w:trPr>
        <w:tc>
          <w:tcPr>
            <w:tcW w:w="8484" w:type="dxa"/>
            <w:shd w:val="clear" w:color="auto" w:fill="F3F5FA"/>
          </w:tcPr>
          <w:p w14:paraId="076C9787" w14:textId="77777777" w:rsidR="005D4E52" w:rsidRDefault="005D4E52"/>
          <w:p w14:paraId="6BFDD25C" w14:textId="77777777" w:rsidR="005D4E52" w:rsidRDefault="005D4E52">
            <w:pPr>
              <w:spacing w:after="0" w:line="160" w:lineRule="exact"/>
              <w:jc w:val="both"/>
            </w:pPr>
          </w:p>
          <w:p w14:paraId="037C041C" w14:textId="77777777" w:rsidR="005D4E52" w:rsidRDefault="001F617D">
            <w:pPr>
              <w:spacing w:after="80" w:line="380" w:lineRule="exact"/>
              <w:jc w:val="center"/>
            </w:pPr>
            <w:r>
              <w:rPr>
                <w:rFonts w:eastAsia="Times New Roman"/>
                <w:color w:val="2E4A7D"/>
                <w:sz w:val="28"/>
                <w:szCs w:val="28"/>
              </w:rPr>
              <w:t>Report / Research Paper</w:t>
            </w:r>
          </w:p>
          <w:p w14:paraId="47B651B4" w14:textId="77777777" w:rsidR="005D4E52" w:rsidRDefault="001F617D">
            <w:pPr>
              <w:spacing w:line="640" w:lineRule="exact"/>
              <w:jc w:val="center"/>
            </w:pPr>
            <w:r>
              <w:rPr>
                <w:rFonts w:eastAsia="Times New Roman"/>
                <w:b/>
                <w:bCs/>
                <w:color w:val="1B2A4A"/>
                <w:sz w:val="48"/>
                <w:szCs w:val="48"/>
              </w:rPr>
              <w:t>Write a Clear and Concise Report Title Here</w:t>
            </w:r>
          </w:p>
          <w:p w14:paraId="386954B0" w14:textId="77777777" w:rsidR="005D4E52" w:rsidRDefault="001F617D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545B69"/>
              </w:rPr>
              <w:t>Course: Course Name</w:t>
            </w:r>
          </w:p>
          <w:p w14:paraId="3BE2A5CD" w14:textId="77777777" w:rsidR="005D4E52" w:rsidRDefault="005D4E52">
            <w:pPr>
              <w:spacing w:after="0" w:line="160" w:lineRule="exact"/>
              <w:jc w:val="both"/>
            </w:pPr>
          </w:p>
        </w:tc>
      </w:tr>
    </w:tbl>
    <w:p w14:paraId="636C1C1B" w14:textId="77777777" w:rsidR="005D4E52" w:rsidRDefault="005D4E52">
      <w:pPr>
        <w:spacing w:after="0" w:line="44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5012"/>
      </w:tblGrid>
      <w:tr w:rsidR="005D4E52" w14:paraId="57C9F463" w14:textId="77777777">
        <w:trPr>
          <w:jc w:val="center"/>
        </w:trPr>
        <w:tc>
          <w:tcPr>
            <w:tcW w:w="2358" w:type="dxa"/>
          </w:tcPr>
          <w:p w14:paraId="457F279A" w14:textId="77777777" w:rsidR="005D4E52" w:rsidRDefault="001F617D">
            <w:r>
              <w:rPr>
                <w:rFonts w:eastAsia="Times New Roman"/>
                <w:color w:val="545B69"/>
                <w:sz w:val="20"/>
                <w:szCs w:val="20"/>
              </w:rPr>
              <w:t>Prepared by</w:t>
            </w:r>
          </w:p>
        </w:tc>
        <w:tc>
          <w:tcPr>
            <w:tcW w:w="5012" w:type="dxa"/>
          </w:tcPr>
          <w:p w14:paraId="3A1F248C" w14:textId="77777777" w:rsidR="005D4E52" w:rsidRDefault="001F617D">
            <w:r>
              <w:rPr>
                <w:rFonts w:eastAsia="Times New Roman"/>
                <w:b/>
                <w:bCs/>
                <w:color w:val="1A1D24"/>
              </w:rPr>
              <w:t>Student's Full Name</w:t>
            </w:r>
          </w:p>
        </w:tc>
      </w:tr>
      <w:tr w:rsidR="005D4E52" w14:paraId="7CF47ECD" w14:textId="77777777">
        <w:trPr>
          <w:jc w:val="center"/>
        </w:trPr>
        <w:tc>
          <w:tcPr>
            <w:tcW w:w="2358" w:type="dxa"/>
          </w:tcPr>
          <w:p w14:paraId="79B15885" w14:textId="77777777" w:rsidR="005D4E52" w:rsidRDefault="001F617D">
            <w:r>
              <w:rPr>
                <w:rFonts w:eastAsia="Times New Roman"/>
                <w:color w:val="545B69"/>
                <w:sz w:val="20"/>
                <w:szCs w:val="20"/>
              </w:rPr>
              <w:t>Stage</w:t>
            </w:r>
          </w:p>
        </w:tc>
        <w:tc>
          <w:tcPr>
            <w:tcW w:w="5012" w:type="dxa"/>
          </w:tcPr>
          <w:p w14:paraId="239DEF5D" w14:textId="77777777" w:rsidR="005D4E52" w:rsidRDefault="001F617D">
            <w:r>
              <w:rPr>
                <w:rFonts w:eastAsia="Times New Roman"/>
                <w:b/>
                <w:bCs/>
                <w:color w:val="1A1D24"/>
              </w:rPr>
              <w:t xml:space="preserve">……   </w:t>
            </w:r>
            <w:r>
              <w:rPr>
                <w:rFonts w:eastAsia="Times New Roman"/>
                <w:b/>
                <w:bCs/>
                <w:color w:val="1A1D24"/>
              </w:rPr>
              <w:t>Section: ……</w:t>
            </w:r>
          </w:p>
        </w:tc>
      </w:tr>
      <w:tr w:rsidR="005D4E52" w14:paraId="588C9A06" w14:textId="77777777">
        <w:trPr>
          <w:jc w:val="center"/>
        </w:trPr>
        <w:tc>
          <w:tcPr>
            <w:tcW w:w="2358" w:type="dxa"/>
          </w:tcPr>
          <w:p w14:paraId="4AB16B45" w14:textId="77777777" w:rsidR="005D4E52" w:rsidRDefault="001F617D">
            <w:r>
              <w:rPr>
                <w:rFonts w:eastAsia="Times New Roman"/>
                <w:color w:val="545B69"/>
                <w:sz w:val="20"/>
                <w:szCs w:val="20"/>
              </w:rPr>
              <w:t>Supervised by</w:t>
            </w:r>
          </w:p>
        </w:tc>
        <w:tc>
          <w:tcPr>
            <w:tcW w:w="5012" w:type="dxa"/>
          </w:tcPr>
          <w:p w14:paraId="136D0605" w14:textId="77777777" w:rsidR="005D4E52" w:rsidRDefault="001F617D">
            <w:r>
              <w:rPr>
                <w:rFonts w:eastAsia="Times New Roman"/>
                <w:b/>
                <w:bCs/>
                <w:color w:val="1A1D24"/>
              </w:rPr>
              <w:t>Supervisor's Name and Title</w:t>
            </w:r>
          </w:p>
        </w:tc>
      </w:tr>
      <w:tr w:rsidR="005D4E52" w14:paraId="23D59666" w14:textId="77777777">
        <w:trPr>
          <w:jc w:val="center"/>
        </w:trPr>
        <w:tc>
          <w:tcPr>
            <w:tcW w:w="2358" w:type="dxa"/>
          </w:tcPr>
          <w:p w14:paraId="24FDB877" w14:textId="77777777" w:rsidR="005D4E52" w:rsidRDefault="001F617D">
            <w:r>
              <w:rPr>
                <w:rFonts w:eastAsia="Times New Roman"/>
                <w:color w:val="545B69"/>
                <w:sz w:val="20"/>
                <w:szCs w:val="20"/>
              </w:rPr>
              <w:t>Date</w:t>
            </w:r>
          </w:p>
        </w:tc>
        <w:tc>
          <w:tcPr>
            <w:tcW w:w="5012" w:type="dxa"/>
          </w:tcPr>
          <w:p w14:paraId="349A705E" w14:textId="77777777" w:rsidR="005D4E52" w:rsidRDefault="001F617D">
            <w:r>
              <w:rPr>
                <w:rFonts w:eastAsia="Times New Roman"/>
                <w:b/>
                <w:bCs/>
                <w:color w:val="1A1D24"/>
              </w:rPr>
              <w:t>……/……/……</w:t>
            </w:r>
          </w:p>
        </w:tc>
      </w:tr>
    </w:tbl>
    <w:p w14:paraId="53F78F23" w14:textId="77777777" w:rsidR="005D4E52" w:rsidRDefault="001F617D">
      <w:pPr>
        <w:spacing w:before="120" w:line="280" w:lineRule="exact"/>
        <w:jc w:val="center"/>
      </w:pPr>
      <w:r>
        <w:rPr>
          <w:rFonts w:eastAsia="Times New Roman"/>
          <w:color w:val="545B69"/>
          <w:sz w:val="20"/>
          <w:szCs w:val="20"/>
        </w:rPr>
        <w:t>Academic Year 2026 – 2027</w:t>
      </w:r>
    </w:p>
    <w:p w14:paraId="5B3B0183" w14:textId="77777777" w:rsidR="005D4E52" w:rsidRDefault="001F617D">
      <w:pPr>
        <w:keepNext/>
        <w:pageBreakBefore/>
        <w:pBdr>
          <w:top w:val="single" w:sz="12" w:space="4" w:color="1B2A4A"/>
          <w:bottom w:val="single" w:sz="4" w:space="4" w:color="A68A2E"/>
        </w:pBdr>
        <w:spacing w:before="320"/>
      </w:pPr>
      <w:r>
        <w:rPr>
          <w:rFonts w:eastAsia="Times New Roman"/>
          <w:b/>
          <w:bCs/>
          <w:color w:val="1B2A4A"/>
          <w:sz w:val="32"/>
          <w:szCs w:val="32"/>
        </w:rPr>
        <w:lastRenderedPageBreak/>
        <w:t>Contents</w:t>
      </w:r>
    </w:p>
    <w:p w14:paraId="48B0D8D1" w14:textId="72EF5857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309" w:history="1">
        <w:r w:rsidRPr="00B47A80">
          <w:rPr>
            <w:rStyle w:val="Hyperlink"/>
            <w:rFonts w:eastAsia="Times New Roman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37A9694" w14:textId="1055632D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0" w:history="1">
        <w:r w:rsidRPr="00B47A80">
          <w:rPr>
            <w:rStyle w:val="Hyperlink"/>
            <w:rFonts w:eastAsia="Times New Roman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0EF7EA3" w14:textId="4429EC0A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1" w:history="1">
        <w:r w:rsidRPr="00B47A80">
          <w:rPr>
            <w:rStyle w:val="Hyperlink"/>
            <w:rFonts w:eastAsia="Times New Roman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EDA0903" w14:textId="67CADD53" w:rsidR="001F617D" w:rsidRDefault="001F617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2" w:history="1">
        <w:r w:rsidRPr="00B47A80">
          <w:rPr>
            <w:rStyle w:val="Hyperlink"/>
            <w:rFonts w:eastAsia="Times New Roman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986ABD" w14:textId="074D8C89" w:rsidR="001F617D" w:rsidRDefault="001F617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3" w:history="1">
        <w:r w:rsidRPr="00B47A80">
          <w:rPr>
            <w:rStyle w:val="Hyperlink"/>
            <w:rFonts w:eastAsia="Times New Roman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43CCC5" w14:textId="6B95F463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4" w:history="1">
        <w:r w:rsidRPr="00B47A80">
          <w:rPr>
            <w:rStyle w:val="Hyperlink"/>
            <w:rFonts w:eastAsia="Times New Roman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31381ED" w14:textId="572366C2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5" w:history="1">
        <w:r w:rsidRPr="00B47A80">
          <w:rPr>
            <w:rStyle w:val="Hyperlink"/>
            <w:rFonts w:eastAsia="Times New Roman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E6C2B35" w14:textId="14C56239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6" w:history="1">
        <w:r w:rsidRPr="00B47A80">
          <w:rPr>
            <w:rStyle w:val="Hyperlink"/>
            <w:rFonts w:eastAsia="Times New Roman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C23604" w14:textId="4782018E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7" w:history="1">
        <w:r w:rsidRPr="00B47A80">
          <w:rPr>
            <w:rStyle w:val="Hyperlink"/>
            <w:rFonts w:eastAsia="Times New Roman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9F2646" w14:textId="7DAD6B30" w:rsidR="001F617D" w:rsidRDefault="001F617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18" w:history="1">
        <w:r w:rsidRPr="00B47A80">
          <w:rPr>
            <w:rStyle w:val="Hyperlink"/>
            <w:rFonts w:eastAsia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B5E997" w14:textId="4B8C17B5" w:rsidR="005D4E52" w:rsidRDefault="001F617D">
      <w:r>
        <w:rPr>
          <w:rFonts w:eastAsia="Times New Roman"/>
        </w:rPr>
        <w:fldChar w:fldCharType="end"/>
      </w:r>
    </w:p>
    <w:p w14:paraId="3ACF0805" w14:textId="77777777" w:rsidR="005D4E52" w:rsidRDefault="005D4E52">
      <w:pPr>
        <w:sectPr w:rsidR="005D4E52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dashed" w:sz="8" w:space="0" w:color="1B2A4A"/>
          <w:left w:val="dashed" w:sz="8" w:space="0" w:color="1B2A4A"/>
          <w:bottom w:val="dashed" w:sz="8" w:space="0" w:color="1B2A4A"/>
          <w:right w:val="dashed" w:sz="8" w:space="0" w:color="1B2A4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5D4E52" w14:paraId="35F1624D" w14:textId="77777777">
        <w:trPr>
          <w:jc w:val="center"/>
        </w:trPr>
        <w:tc>
          <w:tcPr>
            <w:tcW w:w="9071" w:type="dxa"/>
          </w:tcPr>
          <w:p w14:paraId="33736A35" w14:textId="77777777" w:rsidR="005D4E52" w:rsidRDefault="001F617D">
            <w:pPr>
              <w:jc w:val="both"/>
            </w:pPr>
            <w:r>
              <w:rPr>
                <w:rFonts w:eastAsia="Times New Roman"/>
                <w:b/>
                <w:bCs/>
                <w:color w:val="1B2A4A"/>
              </w:rPr>
              <w:lastRenderedPageBreak/>
              <w:t>How to use this template — delete this box before printing</w:t>
            </w:r>
          </w:p>
          <w:p w14:paraId="6DBE3B2F" w14:textId="77777777" w:rsidR="005D4E52" w:rsidRDefault="001F617D">
            <w:pPr>
              <w:jc w:val="both"/>
            </w:pPr>
            <w:r>
              <w:rPr>
                <w:rFonts w:eastAsia="Times New Roman"/>
                <w:color w:val="1A1D24"/>
              </w:rPr>
              <w:t xml:space="preserve">Grey text is guidance: read it, </w:t>
            </w:r>
            <w:r>
              <w:rPr>
                <w:rFonts w:eastAsia="Times New Roman"/>
                <w:color w:val="1A1D24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0854F0EE" w14:textId="77777777" w:rsidR="005D4E52" w:rsidRDefault="005D4E52">
      <w:pPr>
        <w:spacing w:after="40"/>
        <w:jc w:val="both"/>
      </w:pPr>
    </w:p>
    <w:p w14:paraId="3DAB7C7B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0" w:name="_Toc241685309"/>
      <w:r>
        <w:rPr>
          <w:rFonts w:ascii="Times New Roman" w:eastAsia="Times New Roman" w:hAnsi="Times New Roman" w:cs="Times New Roman"/>
          <w:sz w:val="32"/>
          <w:szCs w:val="32"/>
        </w:rPr>
        <w:t>1   Introduction</w:t>
      </w:r>
      <w:bookmarkEnd w:id="0"/>
    </w:p>
    <w:p w14:paraId="76D33FFD" w14:textId="77777777" w:rsidR="005D4E52" w:rsidRDefault="001F617D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214ACDCA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" w:name="_Toc241685310"/>
      <w:r>
        <w:rPr>
          <w:rFonts w:ascii="Times New Roman" w:eastAsia="Times New Roman" w:hAnsi="Times New Roman" w:cs="Times New Roman"/>
          <w:sz w:val="32"/>
          <w:szCs w:val="32"/>
        </w:rPr>
        <w:t>2   Problem Statement and Objectives</w:t>
      </w:r>
      <w:bookmarkEnd w:id="1"/>
    </w:p>
    <w:p w14:paraId="4DC5820B" w14:textId="77777777" w:rsidR="005D4E52" w:rsidRDefault="001F617D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State the problem as one clear question or sentence, then list measurable objectives.</w:t>
      </w:r>
    </w:p>
    <w:p w14:paraId="2D1ABAA9" w14:textId="77777777" w:rsidR="005D4E52" w:rsidRDefault="001F617D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1.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First objective.</w:t>
      </w:r>
    </w:p>
    <w:p w14:paraId="7577B6FD" w14:textId="77777777" w:rsidR="005D4E52" w:rsidRDefault="001F617D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2.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Second objective.</w:t>
      </w:r>
    </w:p>
    <w:p w14:paraId="0CB400B3" w14:textId="77777777" w:rsidR="005D4E52" w:rsidRDefault="001F617D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3.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Third objective.</w:t>
      </w:r>
    </w:p>
    <w:p w14:paraId="708B7F02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2" w:name="_Toc241685311"/>
      <w:r>
        <w:rPr>
          <w:rFonts w:ascii="Times New Roman" w:eastAsia="Times New Roman" w:hAnsi="Times New Roman" w:cs="Times New Roman"/>
          <w:sz w:val="32"/>
          <w:szCs w:val="32"/>
        </w:rPr>
        <w:t>3   Literature Review</w:t>
      </w:r>
      <w:bookmarkEnd w:id="2"/>
    </w:p>
    <w:p w14:paraId="32946178" w14:textId="77777777" w:rsidR="005D4E52" w:rsidRDefault="001F617D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Split this part into themes, each with its own heading. Paraphrase and cite sources in square brackets [1].</w:t>
      </w:r>
    </w:p>
    <w:p w14:paraId="016C083F" w14:textId="77777777" w:rsidR="005D4E52" w:rsidRDefault="001F617D">
      <w:pPr>
        <w:pStyle w:val="Heading2"/>
        <w:spacing w:after="120"/>
      </w:pPr>
      <w:bookmarkStart w:id="3" w:name="_Toc241685312"/>
      <w:r>
        <w:rPr>
          <w:rFonts w:ascii="Times New Roman" w:eastAsia="Times New Roman" w:hAnsi="Times New Roman" w:cs="Times New Roman"/>
          <w:sz w:val="28"/>
          <w:szCs w:val="28"/>
        </w:rPr>
        <w:t>3.1   First Theme</w:t>
      </w:r>
      <w:bookmarkEnd w:id="3"/>
    </w:p>
    <w:p w14:paraId="28850F96" w14:textId="77777777" w:rsidR="005D4E52" w:rsidRDefault="001F617D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Write the paragraphs of the first theme here.</w:t>
      </w:r>
    </w:p>
    <w:p w14:paraId="13B3B7E6" w14:textId="77777777" w:rsidR="005D4E52" w:rsidRDefault="001F617D">
      <w:pPr>
        <w:pStyle w:val="Heading2"/>
        <w:spacing w:after="120"/>
      </w:pPr>
      <w:bookmarkStart w:id="4" w:name="_Toc241685313"/>
      <w:r>
        <w:rPr>
          <w:rFonts w:ascii="Times New Roman" w:eastAsia="Times New Roman" w:hAnsi="Times New Roman" w:cs="Times New Roman"/>
          <w:sz w:val="28"/>
          <w:szCs w:val="28"/>
        </w:rPr>
        <w:t>3.2   Second Theme</w:t>
      </w:r>
      <w:bookmarkEnd w:id="4"/>
    </w:p>
    <w:p w14:paraId="70A2BFB1" w14:textId="77777777" w:rsidR="005D4E52" w:rsidRDefault="001F617D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 xml:space="preserve">Write the </w:t>
      </w:r>
      <w:r>
        <w:rPr>
          <w:rFonts w:eastAsia="Times New Roman"/>
          <w:i/>
          <w:color w:val="545B69"/>
          <w:sz w:val="22"/>
          <w:szCs w:val="22"/>
        </w:rPr>
        <w:t>paragraphs of the second theme here. If you need an equation, here is an editable example (the arithmetic mean):</w:t>
      </w:r>
    </w:p>
    <w:p w14:paraId="2EA0D649" w14:textId="77777777" w:rsidR="005D4E52" w:rsidRDefault="001F617D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Times New Roman"/>
          <w:color w:val="1A1D24"/>
        </w:rPr>
        <w:tab/>
        <w:t>(1)</w:t>
      </w:r>
    </w:p>
    <w:p w14:paraId="6B497CD1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5" w:name="_Toc241685314"/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4   Methodology</w:t>
      </w:r>
      <w:bookmarkEnd w:id="5"/>
    </w:p>
    <w:p w14:paraId="7D465702" w14:textId="77777777" w:rsidR="005D4E52" w:rsidRDefault="001F617D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The approach used, data sources or sample, tools, and how the data were analysed.</w:t>
      </w:r>
    </w:p>
    <w:p w14:paraId="0E84D5F3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6" w:name="_Toc241685315"/>
      <w:r>
        <w:rPr>
          <w:rFonts w:ascii="Times New Roman" w:eastAsia="Times New Roman" w:hAnsi="Times New Roman" w:cs="Times New Roman"/>
          <w:sz w:val="32"/>
          <w:szCs w:val="32"/>
        </w:rPr>
        <w:t>5   Results</w:t>
      </w:r>
      <w:bookmarkEnd w:id="6"/>
    </w:p>
    <w:p w14:paraId="19108640" w14:textId="77777777" w:rsidR="005D4E52" w:rsidRDefault="001F617D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Present the results in tables and figures and refer to each one by number in the text.</w:t>
      </w:r>
    </w:p>
    <w:p w14:paraId="29FAF6DB" w14:textId="77777777" w:rsidR="005D4E52" w:rsidRDefault="001F617D">
      <w:pPr>
        <w:keepNext/>
        <w:pBdr>
          <w:top w:val="single" w:sz="4" w:space="4" w:color="D5DBE8"/>
        </w:pBdr>
        <w:spacing w:before="40" w:after="80"/>
        <w:jc w:val="center"/>
      </w:pPr>
      <w:r>
        <w:rPr>
          <w:rFonts w:eastAsia="Times New Roman"/>
          <w:b/>
          <w:bCs/>
          <w:color w:val="1B2A4A"/>
          <w:sz w:val="20"/>
          <w:szCs w:val="20"/>
        </w:rPr>
        <w:t xml:space="preserve">Table 1: </w:t>
      </w:r>
      <w:r>
        <w:rPr>
          <w:rFonts w:eastAsia="Times New Roman"/>
          <w:color w:val="1A1D24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D5DBE8"/>
          <w:right w:val="nil"/>
          <w:insideH w:val="single" w:sz="4" w:space="0" w:color="D5DB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5D4E52" w14:paraId="3FCC488A" w14:textId="77777777">
        <w:trPr>
          <w:cantSplit/>
          <w:tblHeader/>
          <w:jc w:val="center"/>
        </w:trPr>
        <w:tc>
          <w:tcPr>
            <w:tcW w:w="737" w:type="dxa"/>
            <w:shd w:val="clear" w:color="auto" w:fill="2E4A7D"/>
          </w:tcPr>
          <w:p w14:paraId="1BDCEC7A" w14:textId="77777777" w:rsidR="005D4E52" w:rsidRDefault="001F617D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2E4A7D"/>
          </w:tcPr>
          <w:p w14:paraId="0568D1A6" w14:textId="77777777" w:rsidR="005D4E52" w:rsidRDefault="001F617D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2E4A7D"/>
          </w:tcPr>
          <w:p w14:paraId="213F922A" w14:textId="77777777" w:rsidR="005D4E52" w:rsidRDefault="001F617D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2E4A7D"/>
          </w:tcPr>
          <w:p w14:paraId="1ED72C54" w14:textId="77777777" w:rsidR="005D4E52" w:rsidRDefault="001F617D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5D4E52" w14:paraId="1F182BF9" w14:textId="77777777">
        <w:trPr>
          <w:cantSplit/>
          <w:jc w:val="center"/>
        </w:trPr>
        <w:tc>
          <w:tcPr>
            <w:tcW w:w="737" w:type="dxa"/>
          </w:tcPr>
          <w:p w14:paraId="1B07AE8D" w14:textId="77777777" w:rsidR="005D4E52" w:rsidRDefault="001F617D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10C01797" w14:textId="77777777" w:rsidR="005D4E52" w:rsidRDefault="005D4E5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455B075" w14:textId="77777777" w:rsidR="005D4E52" w:rsidRDefault="005D4E5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65F3F9C" w14:textId="77777777" w:rsidR="005D4E52" w:rsidRDefault="005D4E52">
            <w:pPr>
              <w:keepNext/>
              <w:spacing w:before="20" w:after="20"/>
              <w:jc w:val="center"/>
            </w:pPr>
          </w:p>
        </w:tc>
      </w:tr>
      <w:tr w:rsidR="005D4E52" w14:paraId="200AC002" w14:textId="77777777">
        <w:trPr>
          <w:cantSplit/>
          <w:jc w:val="center"/>
        </w:trPr>
        <w:tc>
          <w:tcPr>
            <w:tcW w:w="737" w:type="dxa"/>
          </w:tcPr>
          <w:p w14:paraId="7D5BC34C" w14:textId="77777777" w:rsidR="005D4E52" w:rsidRDefault="001F617D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446044A1" w14:textId="77777777" w:rsidR="005D4E52" w:rsidRDefault="005D4E5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C359E71" w14:textId="77777777" w:rsidR="005D4E52" w:rsidRDefault="005D4E5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00C399A" w14:textId="77777777" w:rsidR="005D4E52" w:rsidRDefault="005D4E52">
            <w:pPr>
              <w:keepNext/>
              <w:spacing w:before="20" w:after="20"/>
              <w:jc w:val="center"/>
            </w:pPr>
          </w:p>
        </w:tc>
      </w:tr>
      <w:tr w:rsidR="005D4E52" w14:paraId="56C909F7" w14:textId="77777777">
        <w:trPr>
          <w:cantSplit/>
          <w:jc w:val="center"/>
        </w:trPr>
        <w:tc>
          <w:tcPr>
            <w:tcW w:w="737" w:type="dxa"/>
          </w:tcPr>
          <w:p w14:paraId="5774D854" w14:textId="77777777" w:rsidR="005D4E52" w:rsidRDefault="001F617D">
            <w:pPr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389BF2EC" w14:textId="77777777" w:rsidR="005D4E52" w:rsidRDefault="005D4E52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1C30A7F" w14:textId="77777777" w:rsidR="005D4E52" w:rsidRDefault="005D4E52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2767DE8" w14:textId="77777777" w:rsidR="005D4E52" w:rsidRDefault="005D4E52">
            <w:pPr>
              <w:spacing w:before="20" w:after="20"/>
              <w:jc w:val="center"/>
            </w:pPr>
          </w:p>
        </w:tc>
      </w:tr>
    </w:tbl>
    <w:p w14:paraId="79903D04" w14:textId="77777777" w:rsidR="005D4E52" w:rsidRDefault="005D4E52">
      <w:pPr>
        <w:spacing w:after="40"/>
        <w:jc w:val="both"/>
      </w:pPr>
    </w:p>
    <w:p w14:paraId="2D81BF0F" w14:textId="77777777" w:rsidR="005D4E52" w:rsidRDefault="001F617D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D2EC891" wp14:editId="66D15D2E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B7EFC" w14:textId="77777777" w:rsidR="005D4E52" w:rsidRDefault="001F617D">
      <w:pPr>
        <w:pBdr>
          <w:top w:val="single" w:sz="4" w:space="4" w:color="D5DBE8"/>
        </w:pBdr>
        <w:spacing w:before="40" w:after="160"/>
        <w:jc w:val="center"/>
      </w:pPr>
      <w:r>
        <w:rPr>
          <w:rFonts w:eastAsia="Times New Roman"/>
          <w:b/>
          <w:bCs/>
          <w:color w:val="1B2A4A"/>
          <w:sz w:val="20"/>
          <w:szCs w:val="20"/>
        </w:rPr>
        <w:t xml:space="preserve">Figure 1: </w:t>
      </w:r>
      <w:r>
        <w:rPr>
          <w:rFonts w:eastAsia="Times New Roman"/>
          <w:color w:val="1A1D24"/>
          <w:sz w:val="20"/>
          <w:szCs w:val="20"/>
        </w:rPr>
        <w:t>A title that describes the figure</w:t>
      </w:r>
    </w:p>
    <w:p w14:paraId="33936FE6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7" w:name="_Toc241685316"/>
      <w:r>
        <w:rPr>
          <w:rFonts w:ascii="Times New Roman" w:eastAsia="Times New Roman" w:hAnsi="Times New Roman" w:cs="Times New Roman"/>
          <w:sz w:val="32"/>
          <w:szCs w:val="32"/>
        </w:rPr>
        <w:t>6   Discussion</w:t>
      </w:r>
      <w:bookmarkEnd w:id="7"/>
    </w:p>
    <w:p w14:paraId="3A38A90A" w14:textId="77777777" w:rsidR="005D4E52" w:rsidRDefault="001F617D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 xml:space="preserve">Interpret the results and link </w:t>
      </w:r>
      <w:r>
        <w:rPr>
          <w:rFonts w:eastAsia="Times New Roman"/>
          <w:i/>
          <w:color w:val="545B69"/>
          <w:sz w:val="22"/>
          <w:szCs w:val="22"/>
        </w:rPr>
        <w:t>them to the literature: where they agree, where they differ, and why.</w:t>
      </w:r>
    </w:p>
    <w:p w14:paraId="2AB9C059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8" w:name="_Toc241685317"/>
      <w:r>
        <w:rPr>
          <w:rFonts w:ascii="Times New Roman" w:eastAsia="Times New Roman" w:hAnsi="Times New Roman" w:cs="Times New Roman"/>
          <w:sz w:val="32"/>
          <w:szCs w:val="32"/>
        </w:rPr>
        <w:t>7   Conclusions and Recommendations</w:t>
      </w:r>
      <w:bookmarkEnd w:id="8"/>
    </w:p>
    <w:p w14:paraId="3314D666" w14:textId="77777777" w:rsidR="005D4E52" w:rsidRDefault="001F617D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Summarise the main findings, then give practical recommendations.</w:t>
      </w:r>
    </w:p>
    <w:p w14:paraId="4171C625" w14:textId="77777777" w:rsidR="005D4E52" w:rsidRDefault="001F617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First recommendation.</w:t>
      </w:r>
    </w:p>
    <w:p w14:paraId="44CB5108" w14:textId="77777777" w:rsidR="005D4E52" w:rsidRDefault="001F617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Second recommendation.</w:t>
      </w:r>
    </w:p>
    <w:p w14:paraId="46F086B5" w14:textId="77777777" w:rsidR="005D4E52" w:rsidRDefault="001F617D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9" w:name="_Toc241685318"/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References</w:t>
      </w:r>
      <w:bookmarkEnd w:id="9"/>
    </w:p>
    <w:p w14:paraId="146CAFB0" w14:textId="77777777" w:rsidR="005D4E52" w:rsidRDefault="001F617D">
      <w:pPr>
        <w:keepNext/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 xml:space="preserve">[1] A. Author, </w:t>
      </w:r>
      <w:r>
        <w:rPr>
          <w:rFonts w:eastAsia="Times New Roman"/>
          <w:i/>
          <w:color w:val="1A1D24"/>
          <w:sz w:val="22"/>
          <w:szCs w:val="22"/>
        </w:rPr>
        <w:t xml:space="preserve">Title </w:t>
      </w:r>
      <w:r>
        <w:rPr>
          <w:rFonts w:eastAsia="Times New Roman"/>
          <w:i/>
          <w:color w:val="1A1D24"/>
          <w:sz w:val="22"/>
          <w:szCs w:val="22"/>
        </w:rPr>
        <w:t>of the Book</w:t>
      </w:r>
      <w:r>
        <w:rPr>
          <w:rFonts w:eastAsia="Times New Roman"/>
          <w:color w:val="1A1D24"/>
          <w:sz w:val="22"/>
          <w:szCs w:val="22"/>
        </w:rPr>
        <w:t>, 2nd ed. City, Country: Publisher, Year, pp. 40–45.</w:t>
      </w:r>
    </w:p>
    <w:p w14:paraId="289CB5ED" w14:textId="77777777" w:rsidR="005D4E52" w:rsidRDefault="001F617D">
      <w:pPr>
        <w:keepNext/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 xml:space="preserve">[2] A. Author and B. Author, “Title of the article,” </w:t>
      </w:r>
      <w:r>
        <w:rPr>
          <w:rFonts w:eastAsia="Times New Roman"/>
          <w:i/>
          <w:color w:val="1A1D24"/>
          <w:sz w:val="22"/>
          <w:szCs w:val="22"/>
        </w:rPr>
        <w:t>Journal Name</w:t>
      </w:r>
      <w:r>
        <w:rPr>
          <w:rFonts w:eastAsia="Times New Roman"/>
          <w:color w:val="1A1D24"/>
          <w:sz w:val="22"/>
          <w:szCs w:val="22"/>
        </w:rPr>
        <w:t>, vol. 12, no. 3, pp. 10–18, Year.</w:t>
      </w:r>
    </w:p>
    <w:p w14:paraId="1EFC0769" w14:textId="77777777" w:rsidR="005D4E52" w:rsidRDefault="001F617D">
      <w:pPr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>[3] Organisation, “Title of the web page,” Site Name. Accessed: Month Day, Year. [Online]. Available: https://…</w:t>
      </w:r>
    </w:p>
    <w:sectPr w:rsidR="005D4E52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B2A4A"/>
        <w:left w:val="single" w:sz="6" w:space="24" w:color="1B2A4A"/>
        <w:bottom w:val="single" w:sz="6" w:space="24" w:color="1B2A4A"/>
        <w:right w:val="single" w:sz="6" w:space="24" w:color="1B2A4A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5459" w14:textId="77777777" w:rsidR="001F617D" w:rsidRDefault="001F617D">
      <w:pPr>
        <w:spacing w:after="0" w:line="240" w:lineRule="auto"/>
      </w:pPr>
      <w:r>
        <w:separator/>
      </w:r>
    </w:p>
  </w:endnote>
  <w:endnote w:type="continuationSeparator" w:id="0">
    <w:p w14:paraId="2A18E393" w14:textId="77777777" w:rsidR="001F617D" w:rsidRDefault="001F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1C9B" w14:textId="77777777" w:rsidR="005D4E52" w:rsidRDefault="001F617D">
    <w:pPr>
      <w:pStyle w:val="Footer"/>
      <w:jc w:val="center"/>
    </w:pPr>
    <w:r>
      <w:rPr>
        <w:rFonts w:eastAsia="Times New Roman"/>
        <w:sz w:val="16"/>
        <w:szCs w:val="16"/>
      </w:rPr>
      <w:fldChar w:fldCharType="begin"/>
    </w:r>
    <w:r>
      <w:rPr>
        <w:rFonts w:eastAsia="Times New Roman"/>
        <w:sz w:val="16"/>
        <w:szCs w:val="16"/>
      </w:rPr>
      <w:instrText xml:space="preserve"> PAGE </w:instrText>
    </w:r>
    <w:r>
      <w:rPr>
        <w:rFonts w:eastAsia="Times New Roman"/>
        <w:sz w:val="16"/>
        <w:szCs w:val="16"/>
      </w:rPr>
      <w:fldChar w:fldCharType="separate"/>
    </w:r>
    <w:r>
      <w:rPr>
        <w:rFonts w:eastAsia="Times New Roman"/>
        <w:sz w:val="16"/>
        <w:szCs w:val="16"/>
      </w:rPr>
      <w:t>1</w:t>
    </w:r>
    <w:r>
      <w:rPr>
        <w:rFonts w:eastAsia="Times New Roman"/>
        <w:sz w:val="16"/>
        <w:szCs w:val="16"/>
      </w:rPr>
      <w:fldChar w:fldCharType="end"/>
    </w:r>
  </w:p>
  <w:p w14:paraId="2D9E55CE" w14:textId="77777777" w:rsidR="005D4E52" w:rsidRDefault="001F617D">
    <w:pPr>
      <w:spacing w:before="40" w:after="0"/>
      <w:jc w:val="center"/>
    </w:pPr>
    <w:r>
      <w:rPr>
        <w:rFonts w:eastAsia="Times New Roman"/>
        <w:color w:val="545B69"/>
        <w:sz w:val="14"/>
        <w:szCs w:val="14"/>
      </w:rPr>
      <w:t xml:space="preserve">Free template by Tem — </w:t>
    </w:r>
    <w:hyperlink r:id="rId1">
      <w:r>
        <w:rPr>
          <w:rFonts w:eastAsia="Times New Roman"/>
          <w:color w:val="545B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2DCD9" w14:textId="77777777" w:rsidR="001F617D" w:rsidRDefault="001F617D">
      <w:pPr>
        <w:spacing w:after="0" w:line="240" w:lineRule="auto"/>
      </w:pPr>
      <w:r>
        <w:separator/>
      </w:r>
    </w:p>
  </w:footnote>
  <w:footnote w:type="continuationSeparator" w:id="0">
    <w:p w14:paraId="3CEE9F59" w14:textId="77777777" w:rsidR="001F617D" w:rsidRDefault="001F6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AC73" w14:textId="77777777" w:rsidR="005D4E52" w:rsidRDefault="005D4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4870611">
    <w:abstractNumId w:val="8"/>
  </w:num>
  <w:num w:numId="2" w16cid:durableId="1297179897">
    <w:abstractNumId w:val="6"/>
  </w:num>
  <w:num w:numId="3" w16cid:durableId="90636695">
    <w:abstractNumId w:val="5"/>
  </w:num>
  <w:num w:numId="4" w16cid:durableId="450251648">
    <w:abstractNumId w:val="4"/>
  </w:num>
  <w:num w:numId="5" w16cid:durableId="872307031">
    <w:abstractNumId w:val="7"/>
  </w:num>
  <w:num w:numId="6" w16cid:durableId="161893449">
    <w:abstractNumId w:val="3"/>
  </w:num>
  <w:num w:numId="7" w16cid:durableId="1070731539">
    <w:abstractNumId w:val="2"/>
  </w:num>
  <w:num w:numId="8" w16cid:durableId="2041783228">
    <w:abstractNumId w:val="1"/>
  </w:num>
  <w:num w:numId="9" w16cid:durableId="448744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617D"/>
    <w:rsid w:val="0029639D"/>
    <w:rsid w:val="00326F90"/>
    <w:rsid w:val="005D4E52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A9195D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2A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4A7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4A7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F617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F617D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1F61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541</Words>
  <Characters>2601</Characters>
  <Application>Microsoft Office Word</Application>
  <DocSecurity>0</DocSecurity>
  <Lines>144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