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1587"/>
      </w:tblGrid>
      <w:tr w:rsidR="00882429" w14:paraId="601EE0AC" w14:textId="77777777">
        <w:tc>
          <w:tcPr>
            <w:tcW w:w="1587" w:type="dxa"/>
          </w:tcPr>
          <w:p w14:paraId="3442B936" w14:textId="77777777" w:rsidR="00882429" w:rsidRDefault="0082323E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0DA445E" wp14:editId="207D80D9">
                  <wp:extent cx="576000" cy="576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</w:tcPr>
          <w:p w14:paraId="7EC82ACC" w14:textId="77777777" w:rsidR="00882429" w:rsidRDefault="0082323E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09C4CF3D" wp14:editId="5E4F18CC">
                  <wp:extent cx="576000" cy="576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9E1D66" w14:textId="77777777" w:rsidR="00882429" w:rsidRDefault="00882429">
      <w:pPr>
        <w:spacing w:line="320" w:lineRule="exact"/>
        <w:jc w:val="both"/>
      </w:pPr>
    </w:p>
    <w:p w14:paraId="1BDA8FA6" w14:textId="77777777" w:rsidR="00882429" w:rsidRDefault="00882429">
      <w:pPr>
        <w:pBdr>
          <w:bottom w:val="single" w:sz="6" w:space="4" w:color="1A1C2B"/>
        </w:pBdr>
        <w:spacing w:after="80" w:line="320" w:lineRule="exact"/>
        <w:jc w:val="both"/>
      </w:pPr>
    </w:p>
    <w:p w14:paraId="2AC5929F" w14:textId="77777777" w:rsidR="00882429" w:rsidRDefault="0082323E">
      <w:pPr>
        <w:spacing w:after="40" w:line="240" w:lineRule="exact"/>
      </w:pPr>
      <w:r>
        <w:rPr>
          <w:rFonts w:eastAsia="Segoe UI"/>
          <w:color w:val="545A78"/>
          <w:sz w:val="18"/>
          <w:szCs w:val="18"/>
        </w:rPr>
        <w:t>Ministry of Higher Education and Scientific Research</w:t>
      </w:r>
    </w:p>
    <w:p w14:paraId="7896A3E4" w14:textId="77777777" w:rsidR="00882429" w:rsidRDefault="0082323E">
      <w:pPr>
        <w:spacing w:after="40" w:line="240" w:lineRule="exact"/>
      </w:pPr>
      <w:r>
        <w:rPr>
          <w:rFonts w:eastAsia="Segoe UI"/>
          <w:color w:val="545A78"/>
          <w:sz w:val="18"/>
          <w:szCs w:val="18"/>
        </w:rPr>
        <w:t>University Name</w:t>
      </w:r>
    </w:p>
    <w:p w14:paraId="461A62A1" w14:textId="77777777" w:rsidR="00882429" w:rsidRDefault="0082323E">
      <w:pPr>
        <w:spacing w:after="40" w:line="240" w:lineRule="exact"/>
      </w:pPr>
      <w:r>
        <w:rPr>
          <w:rFonts w:eastAsia="Segoe UI"/>
          <w:color w:val="545A78"/>
          <w:sz w:val="18"/>
          <w:szCs w:val="18"/>
        </w:rPr>
        <w:t>College Name</w:t>
      </w:r>
    </w:p>
    <w:p w14:paraId="7D469D9D" w14:textId="77777777" w:rsidR="00882429" w:rsidRDefault="0082323E">
      <w:pPr>
        <w:spacing w:after="40" w:line="240" w:lineRule="exact"/>
      </w:pPr>
      <w:r>
        <w:rPr>
          <w:rFonts w:eastAsia="Segoe UI"/>
          <w:color w:val="545A78"/>
          <w:sz w:val="18"/>
          <w:szCs w:val="18"/>
        </w:rPr>
        <w:t>Department Name</w:t>
      </w:r>
    </w:p>
    <w:p w14:paraId="19199C27" w14:textId="77777777" w:rsidR="00882429" w:rsidRDefault="00882429">
      <w:pPr>
        <w:spacing w:after="0" w:line="1200" w:lineRule="exact"/>
        <w:jc w:val="both"/>
      </w:pPr>
    </w:p>
    <w:p w14:paraId="0688516C" w14:textId="77777777" w:rsidR="00882429" w:rsidRDefault="0082323E">
      <w:pPr>
        <w:spacing w:after="80" w:line="380" w:lineRule="exact"/>
      </w:pPr>
      <w:r>
        <w:rPr>
          <w:rFonts w:eastAsia="Segoe UI"/>
          <w:color w:val="3949AB"/>
          <w:sz w:val="28"/>
          <w:szCs w:val="28"/>
        </w:rPr>
        <w:t>Report / Research Paper</w:t>
      </w:r>
    </w:p>
    <w:p w14:paraId="36A85A20" w14:textId="77777777" w:rsidR="00882429" w:rsidRDefault="0082323E">
      <w:pPr>
        <w:spacing w:line="640" w:lineRule="exact"/>
      </w:pPr>
      <w:r>
        <w:rPr>
          <w:rFonts w:eastAsia="Segoe UI"/>
          <w:b/>
          <w:bCs/>
          <w:color w:val="1A1C2B"/>
          <w:sz w:val="48"/>
          <w:szCs w:val="48"/>
        </w:rPr>
        <w:t>Write a Clear and Concise Report Title Here</w:t>
      </w:r>
    </w:p>
    <w:p w14:paraId="739658CF" w14:textId="77777777" w:rsidR="00882429" w:rsidRDefault="0082323E">
      <w:pPr>
        <w:spacing w:after="40" w:line="320" w:lineRule="exact"/>
      </w:pPr>
      <w:r>
        <w:rPr>
          <w:rFonts w:eastAsia="Segoe UI"/>
          <w:color w:val="545A78"/>
        </w:rPr>
        <w:t>Course: Course Name</w:t>
      </w:r>
    </w:p>
    <w:p w14:paraId="69D9FF92" w14:textId="77777777" w:rsidR="00882429" w:rsidRDefault="0082323E">
      <w:pPr>
        <w:spacing w:after="600" w:line="320" w:lineRule="exact"/>
      </w:pPr>
      <w:r>
        <w:rPr>
          <w:rFonts w:eastAsia="Segoe UI"/>
          <w:color w:val="0894B8"/>
        </w:rPr>
        <w:t>▬▬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1"/>
        <w:gridCol w:w="6037"/>
      </w:tblGrid>
      <w:tr w:rsidR="00882429" w14:paraId="44F1BCA4" w14:textId="77777777">
        <w:trPr>
          <w:jc w:val="center"/>
        </w:trPr>
        <w:tc>
          <w:tcPr>
            <w:tcW w:w="2841" w:type="dxa"/>
          </w:tcPr>
          <w:p w14:paraId="6B2E8656" w14:textId="77777777" w:rsidR="00882429" w:rsidRDefault="0082323E">
            <w:r>
              <w:rPr>
                <w:rFonts w:eastAsia="Segoe UI"/>
                <w:color w:val="545A78"/>
                <w:sz w:val="20"/>
                <w:szCs w:val="20"/>
              </w:rPr>
              <w:t>Prepared by</w:t>
            </w:r>
          </w:p>
        </w:tc>
        <w:tc>
          <w:tcPr>
            <w:tcW w:w="6037" w:type="dxa"/>
          </w:tcPr>
          <w:p w14:paraId="72E48C92" w14:textId="77777777" w:rsidR="00882429" w:rsidRDefault="0082323E">
            <w:r>
              <w:rPr>
                <w:rFonts w:eastAsia="Segoe UI"/>
                <w:b/>
                <w:bCs/>
                <w:color w:val="1A1C2B"/>
              </w:rPr>
              <w:t>Student's Full Name</w:t>
            </w:r>
          </w:p>
        </w:tc>
      </w:tr>
      <w:tr w:rsidR="00882429" w14:paraId="40BC4614" w14:textId="77777777">
        <w:trPr>
          <w:jc w:val="center"/>
        </w:trPr>
        <w:tc>
          <w:tcPr>
            <w:tcW w:w="2841" w:type="dxa"/>
          </w:tcPr>
          <w:p w14:paraId="08DEC64F" w14:textId="77777777" w:rsidR="00882429" w:rsidRDefault="0082323E">
            <w:r>
              <w:rPr>
                <w:rFonts w:eastAsia="Segoe UI"/>
                <w:color w:val="545A78"/>
                <w:sz w:val="20"/>
                <w:szCs w:val="20"/>
              </w:rPr>
              <w:t>Stage</w:t>
            </w:r>
          </w:p>
        </w:tc>
        <w:tc>
          <w:tcPr>
            <w:tcW w:w="6037" w:type="dxa"/>
          </w:tcPr>
          <w:p w14:paraId="656A794C" w14:textId="77777777" w:rsidR="00882429" w:rsidRDefault="0082323E">
            <w:r>
              <w:rPr>
                <w:rFonts w:eastAsia="Segoe UI"/>
                <w:b/>
                <w:bCs/>
                <w:color w:val="1A1C2B"/>
              </w:rPr>
              <w:t xml:space="preserve">……   </w:t>
            </w:r>
            <w:r>
              <w:rPr>
                <w:rFonts w:eastAsia="Segoe UI"/>
                <w:b/>
                <w:bCs/>
                <w:color w:val="1A1C2B"/>
              </w:rPr>
              <w:t>Section: ……</w:t>
            </w:r>
          </w:p>
        </w:tc>
      </w:tr>
      <w:tr w:rsidR="00882429" w14:paraId="7A2724F8" w14:textId="77777777">
        <w:trPr>
          <w:jc w:val="center"/>
        </w:trPr>
        <w:tc>
          <w:tcPr>
            <w:tcW w:w="2841" w:type="dxa"/>
          </w:tcPr>
          <w:p w14:paraId="11D95592" w14:textId="77777777" w:rsidR="00882429" w:rsidRDefault="0082323E">
            <w:r>
              <w:rPr>
                <w:rFonts w:eastAsia="Segoe UI"/>
                <w:color w:val="545A78"/>
                <w:sz w:val="20"/>
                <w:szCs w:val="20"/>
              </w:rPr>
              <w:t>Supervised by</w:t>
            </w:r>
          </w:p>
        </w:tc>
        <w:tc>
          <w:tcPr>
            <w:tcW w:w="6037" w:type="dxa"/>
          </w:tcPr>
          <w:p w14:paraId="59B46F85" w14:textId="77777777" w:rsidR="00882429" w:rsidRDefault="0082323E">
            <w:r>
              <w:rPr>
                <w:rFonts w:eastAsia="Segoe UI"/>
                <w:b/>
                <w:bCs/>
                <w:color w:val="1A1C2B"/>
              </w:rPr>
              <w:t>Supervisor's Name and Title</w:t>
            </w:r>
          </w:p>
        </w:tc>
      </w:tr>
      <w:tr w:rsidR="00882429" w14:paraId="382FEDD1" w14:textId="77777777">
        <w:trPr>
          <w:jc w:val="center"/>
        </w:trPr>
        <w:tc>
          <w:tcPr>
            <w:tcW w:w="2841" w:type="dxa"/>
          </w:tcPr>
          <w:p w14:paraId="4AC22E43" w14:textId="77777777" w:rsidR="00882429" w:rsidRDefault="0082323E">
            <w:r>
              <w:rPr>
                <w:rFonts w:eastAsia="Segoe UI"/>
                <w:color w:val="545A78"/>
                <w:sz w:val="20"/>
                <w:szCs w:val="20"/>
              </w:rPr>
              <w:t>Date</w:t>
            </w:r>
          </w:p>
        </w:tc>
        <w:tc>
          <w:tcPr>
            <w:tcW w:w="6037" w:type="dxa"/>
          </w:tcPr>
          <w:p w14:paraId="16759709" w14:textId="77777777" w:rsidR="00882429" w:rsidRDefault="0082323E">
            <w:r>
              <w:rPr>
                <w:rFonts w:eastAsia="Segoe UI"/>
                <w:b/>
                <w:bCs/>
                <w:color w:val="1A1C2B"/>
              </w:rPr>
              <w:t>……/……/……</w:t>
            </w:r>
          </w:p>
        </w:tc>
      </w:tr>
    </w:tbl>
    <w:p w14:paraId="21C33196" w14:textId="77777777" w:rsidR="00882429" w:rsidRDefault="0082323E">
      <w:pPr>
        <w:spacing w:before="240" w:line="280" w:lineRule="exact"/>
      </w:pPr>
      <w:r>
        <w:rPr>
          <w:rFonts w:eastAsia="Segoe UI"/>
          <w:color w:val="545A78"/>
          <w:sz w:val="20"/>
          <w:szCs w:val="20"/>
        </w:rPr>
        <w:t>Academic Year 2026 – 2027</w:t>
      </w:r>
    </w:p>
    <w:p w14:paraId="585205FB" w14:textId="77777777" w:rsidR="00882429" w:rsidRDefault="0082323E">
      <w:pPr>
        <w:keepNext/>
        <w:pageBreakBefore/>
        <w:spacing w:before="320"/>
      </w:pPr>
      <w:r>
        <w:rPr>
          <w:rFonts w:eastAsia="Segoe UI"/>
          <w:b/>
          <w:bCs/>
          <w:color w:val="283593"/>
          <w:sz w:val="32"/>
          <w:szCs w:val="32"/>
        </w:rPr>
        <w:lastRenderedPageBreak/>
        <w:t>Contents</w:t>
      </w:r>
    </w:p>
    <w:p w14:paraId="36C9FD12" w14:textId="50FDFA6F" w:rsidR="0082323E" w:rsidRDefault="0082323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r>
        <w:rPr>
          <w:rFonts w:eastAsia="Segoe UI"/>
        </w:rPr>
        <w:fldChar w:fldCharType="begin"/>
      </w:r>
      <w:r>
        <w:rPr>
          <w:rFonts w:eastAsia="Segoe UI"/>
        </w:rPr>
        <w:instrText xml:space="preserve"> TOC \o "1-2" \h \z \u </w:instrText>
      </w:r>
      <w:r>
        <w:rPr>
          <w:rFonts w:eastAsia="Segoe UI"/>
        </w:rPr>
        <w:fldChar w:fldCharType="separate"/>
      </w:r>
      <w:hyperlink w:anchor="_Toc241685393" w:history="1">
        <w:r w:rsidRPr="00E95F7A">
          <w:rPr>
            <w:rStyle w:val="Hyperlink"/>
            <w:rFonts w:eastAsia="Segoe UI"/>
            <w:noProof/>
            <w:shd w:val="clear" w:color="auto" w:fill="283593"/>
          </w:rPr>
          <w:t xml:space="preserve">1 </w:t>
        </w:r>
        <w:r w:rsidRPr="00E95F7A">
          <w:rPr>
            <w:rStyle w:val="Hyperlink"/>
            <w:rFonts w:eastAsia="Segoe UI"/>
            <w:noProof/>
          </w:rPr>
          <w:t xml:space="preserve">  Introduction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_Toc241685393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DFE6005" w14:textId="703AD56D" w:rsidR="0082323E" w:rsidRDefault="0082323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394" w:history="1">
        <w:r w:rsidRPr="00E95F7A">
          <w:rPr>
            <w:rStyle w:val="Hyperlink"/>
            <w:rFonts w:eastAsia="Segoe UI"/>
            <w:noProof/>
            <w:shd w:val="clear" w:color="auto" w:fill="283593"/>
          </w:rPr>
          <w:t xml:space="preserve">2 </w:t>
        </w:r>
        <w:r w:rsidRPr="00E95F7A">
          <w:rPr>
            <w:rStyle w:val="Hyperlink"/>
            <w:rFonts w:eastAsia="Segoe UI"/>
            <w:noProof/>
          </w:rPr>
          <w:t xml:space="preserve">  Problem Statement and Objectives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_Toc241685394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2B6A0C5" w14:textId="43808950" w:rsidR="0082323E" w:rsidRDefault="0082323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395" w:history="1">
        <w:r w:rsidRPr="00E95F7A">
          <w:rPr>
            <w:rStyle w:val="Hyperlink"/>
            <w:rFonts w:eastAsia="Segoe UI"/>
            <w:noProof/>
            <w:shd w:val="clear" w:color="auto" w:fill="283593"/>
          </w:rPr>
          <w:t xml:space="preserve">3 </w:t>
        </w:r>
        <w:r w:rsidRPr="00E95F7A">
          <w:rPr>
            <w:rStyle w:val="Hyperlink"/>
            <w:rFonts w:eastAsia="Segoe UI"/>
            <w:noProof/>
          </w:rPr>
          <w:t xml:space="preserve">  Literature Review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_Toc241685395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3427045" w14:textId="7051F254" w:rsidR="0082323E" w:rsidRDefault="0082323E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396" w:history="1">
        <w:r w:rsidRPr="00E95F7A">
          <w:rPr>
            <w:rStyle w:val="Hyperlink"/>
            <w:rFonts w:eastAsia="Segoe UI"/>
            <w:noProof/>
          </w:rPr>
          <w:t>3.1   First Theme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_Toc241685396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6D9E494" w14:textId="7C60E27F" w:rsidR="0082323E" w:rsidRDefault="0082323E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397" w:history="1">
        <w:r w:rsidRPr="00E95F7A">
          <w:rPr>
            <w:rStyle w:val="Hyperlink"/>
            <w:rFonts w:eastAsia="Segoe UI"/>
            <w:noProof/>
          </w:rPr>
          <w:t>3.2   Second Theme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_Toc241685397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022CF9D" w14:textId="37EAC7EE" w:rsidR="0082323E" w:rsidRDefault="0082323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398" w:history="1">
        <w:r w:rsidRPr="00E95F7A">
          <w:rPr>
            <w:rStyle w:val="Hyperlink"/>
            <w:rFonts w:eastAsia="Segoe UI"/>
            <w:noProof/>
            <w:shd w:val="clear" w:color="auto" w:fill="283593"/>
          </w:rPr>
          <w:t xml:space="preserve">4 </w:t>
        </w:r>
        <w:r w:rsidRPr="00E95F7A">
          <w:rPr>
            <w:rStyle w:val="Hyperlink"/>
            <w:rFonts w:eastAsia="Segoe UI"/>
            <w:noProof/>
          </w:rPr>
          <w:t xml:space="preserve">  Methodology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_Toc241685398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283AFAC" w14:textId="665B1DAD" w:rsidR="0082323E" w:rsidRDefault="0082323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399" w:history="1">
        <w:r w:rsidRPr="00E95F7A">
          <w:rPr>
            <w:rStyle w:val="Hyperlink"/>
            <w:rFonts w:eastAsia="Segoe UI"/>
            <w:noProof/>
            <w:shd w:val="clear" w:color="auto" w:fill="283593"/>
          </w:rPr>
          <w:t xml:space="preserve">5 </w:t>
        </w:r>
        <w:r w:rsidRPr="00E95F7A">
          <w:rPr>
            <w:rStyle w:val="Hyperlink"/>
            <w:rFonts w:eastAsia="Segoe UI"/>
            <w:noProof/>
          </w:rPr>
          <w:t xml:space="preserve">  Results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_Toc241685399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0F73A12" w14:textId="0A58B6BF" w:rsidR="0082323E" w:rsidRDefault="0082323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400" w:history="1">
        <w:r w:rsidRPr="00E95F7A">
          <w:rPr>
            <w:rStyle w:val="Hyperlink"/>
            <w:rFonts w:eastAsia="Segoe UI"/>
            <w:noProof/>
            <w:shd w:val="clear" w:color="auto" w:fill="283593"/>
          </w:rPr>
          <w:t xml:space="preserve">6 </w:t>
        </w:r>
        <w:r w:rsidRPr="00E95F7A">
          <w:rPr>
            <w:rStyle w:val="Hyperlink"/>
            <w:rFonts w:eastAsia="Segoe UI"/>
            <w:noProof/>
          </w:rPr>
          <w:t xml:space="preserve">  Discussion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_Toc241685400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77B7D30" w14:textId="74DF2DD8" w:rsidR="0082323E" w:rsidRDefault="0082323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401" w:history="1">
        <w:r w:rsidRPr="00E95F7A">
          <w:rPr>
            <w:rStyle w:val="Hyperlink"/>
            <w:rFonts w:eastAsia="Segoe UI"/>
            <w:noProof/>
            <w:shd w:val="clear" w:color="auto" w:fill="283593"/>
          </w:rPr>
          <w:t xml:space="preserve">7 </w:t>
        </w:r>
        <w:r w:rsidRPr="00E95F7A">
          <w:rPr>
            <w:rStyle w:val="Hyperlink"/>
            <w:rFonts w:eastAsia="Segoe UI"/>
            <w:noProof/>
          </w:rPr>
          <w:t xml:space="preserve">  Conclusions and Recommendations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_Toc241685401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77E5A34" w14:textId="38E7ABD9" w:rsidR="0082323E" w:rsidRDefault="0082323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402" w:history="1">
        <w:r w:rsidRPr="00E95F7A">
          <w:rPr>
            <w:rStyle w:val="Hyperlink"/>
            <w:rFonts w:eastAsia="Segoe UI"/>
            <w:noProof/>
          </w:rPr>
          <w:t>References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_Toc241685402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DBC5AC1" w14:textId="555751F9" w:rsidR="00882429" w:rsidRDefault="0082323E">
      <w:r>
        <w:rPr>
          <w:rFonts w:eastAsia="Segoe UI"/>
        </w:rPr>
        <w:fldChar w:fldCharType="end"/>
      </w:r>
    </w:p>
    <w:p w14:paraId="1DF27F86" w14:textId="77777777" w:rsidR="00882429" w:rsidRDefault="00882429">
      <w:pPr>
        <w:sectPr w:rsidR="00882429">
          <w:pgSz w:w="11906" w:h="16838"/>
          <w:pgMar w:top="1020" w:right="1020" w:bottom="1020" w:left="1020" w:header="624" w:footer="567" w:gutter="0"/>
          <w:cols w:space="720"/>
          <w:docGrid w:linePitch="360"/>
        </w:sect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882429" w14:paraId="74D7D7FE" w14:textId="77777777">
        <w:trPr>
          <w:jc w:val="center"/>
        </w:trPr>
        <w:tc>
          <w:tcPr>
            <w:tcW w:w="9071" w:type="dxa"/>
            <w:shd w:val="clear" w:color="auto" w:fill="EEF0FB"/>
          </w:tcPr>
          <w:p w14:paraId="7B12F03F" w14:textId="77777777" w:rsidR="00882429" w:rsidRDefault="0082323E">
            <w:pPr>
              <w:jc w:val="both"/>
            </w:pPr>
            <w:r>
              <w:rPr>
                <w:rFonts w:eastAsia="Segoe UI"/>
                <w:b/>
                <w:bCs/>
                <w:color w:val="283593"/>
              </w:rPr>
              <w:lastRenderedPageBreak/>
              <w:t>How to use this template — delete this box before printing</w:t>
            </w:r>
          </w:p>
          <w:p w14:paraId="2097A669" w14:textId="77777777" w:rsidR="00882429" w:rsidRDefault="0082323E">
            <w:pPr>
              <w:jc w:val="both"/>
            </w:pPr>
            <w:r>
              <w:rPr>
                <w:rFonts w:eastAsia="Segoe UI"/>
                <w:color w:val="1A1C2B"/>
              </w:rPr>
              <w:t xml:space="preserve">Grey text is guidance: read it, </w:t>
            </w:r>
            <w:r>
              <w:rPr>
                <w:rFonts w:eastAsia="Segoe UI"/>
                <w:color w:val="1A1C2B"/>
              </w:rPr>
              <w:t>delete it and write your own text. Replace the logos by right-clicking them → “Change Picture”. When you finish, update the contents page: right-click it → “Update Field” → “Update entire table”.</w:t>
            </w:r>
          </w:p>
        </w:tc>
      </w:tr>
    </w:tbl>
    <w:p w14:paraId="178620EA" w14:textId="77777777" w:rsidR="00882429" w:rsidRDefault="00882429">
      <w:pPr>
        <w:spacing w:after="40"/>
        <w:jc w:val="both"/>
      </w:pPr>
    </w:p>
    <w:p w14:paraId="0FA96B61" w14:textId="77777777" w:rsidR="00882429" w:rsidRDefault="0082323E">
      <w:pPr>
        <w:pStyle w:val="Heading1"/>
        <w:spacing w:before="320" w:after="120"/>
      </w:pPr>
      <w:r>
        <w:rPr>
          <w:rFonts w:ascii="Segoe UI" w:eastAsia="Segoe UI" w:hAnsi="Segoe UI" w:cs="Segoe UI"/>
          <w:color w:val="FFFFFF"/>
          <w:shd w:val="clear" w:color="auto" w:fill="283593"/>
        </w:rPr>
        <w:t xml:space="preserve"> </w:t>
      </w:r>
      <w:bookmarkStart w:id="0" w:name="_Toc241685393"/>
      <w:r>
        <w:rPr>
          <w:rFonts w:ascii="Segoe UI" w:eastAsia="Segoe UI" w:hAnsi="Segoe UI" w:cs="Segoe UI"/>
          <w:color w:val="FFFFFF"/>
          <w:shd w:val="clear" w:color="auto" w:fill="283593"/>
        </w:rPr>
        <w:t xml:space="preserve">1 </w:t>
      </w:r>
      <w:r>
        <w:rPr>
          <w:rFonts w:ascii="Segoe UI" w:eastAsia="Segoe UI" w:hAnsi="Segoe UI" w:cs="Segoe UI"/>
          <w:sz w:val="32"/>
          <w:szCs w:val="32"/>
        </w:rPr>
        <w:t xml:space="preserve">  </w:t>
      </w:r>
      <w:r>
        <w:rPr>
          <w:rFonts w:ascii="Segoe UI" w:eastAsia="Segoe UI" w:hAnsi="Segoe UI" w:cs="Segoe UI"/>
          <w:sz w:val="32"/>
          <w:szCs w:val="32"/>
        </w:rPr>
        <w:t>Introduction</w:t>
      </w:r>
      <w:bookmarkEnd w:id="0"/>
    </w:p>
    <w:p w14:paraId="71892ED1" w14:textId="77777777" w:rsidR="00882429" w:rsidRDefault="0082323E">
      <w:pPr>
        <w:jc w:val="both"/>
      </w:pPr>
      <w:r>
        <w:rPr>
          <w:rFonts w:eastAsia="Segoe UI"/>
          <w:i/>
          <w:color w:val="545A78"/>
          <w:sz w:val="22"/>
          <w:szCs w:val="22"/>
        </w:rPr>
        <w:t>Move from the general topic to your specific focus, explain why it matters and what the report covers. Half a page to a page is enough.</w:t>
      </w:r>
    </w:p>
    <w:p w14:paraId="36D60C2D" w14:textId="77777777" w:rsidR="00882429" w:rsidRDefault="0082323E">
      <w:pPr>
        <w:pStyle w:val="Heading1"/>
        <w:spacing w:before="320" w:after="120"/>
      </w:pPr>
      <w:r>
        <w:rPr>
          <w:rFonts w:ascii="Segoe UI" w:eastAsia="Segoe UI" w:hAnsi="Segoe UI" w:cs="Segoe UI"/>
          <w:color w:val="FFFFFF"/>
          <w:shd w:val="clear" w:color="auto" w:fill="283593"/>
        </w:rPr>
        <w:t xml:space="preserve"> </w:t>
      </w:r>
      <w:bookmarkStart w:id="1" w:name="_Toc241685394"/>
      <w:r>
        <w:rPr>
          <w:rFonts w:ascii="Segoe UI" w:eastAsia="Segoe UI" w:hAnsi="Segoe UI" w:cs="Segoe UI"/>
          <w:color w:val="FFFFFF"/>
          <w:shd w:val="clear" w:color="auto" w:fill="283593"/>
        </w:rPr>
        <w:t xml:space="preserve">2 </w:t>
      </w:r>
      <w:r>
        <w:rPr>
          <w:rFonts w:ascii="Segoe UI" w:eastAsia="Segoe UI" w:hAnsi="Segoe UI" w:cs="Segoe UI"/>
          <w:sz w:val="32"/>
          <w:szCs w:val="32"/>
        </w:rPr>
        <w:t xml:space="preserve">  </w:t>
      </w:r>
      <w:r>
        <w:rPr>
          <w:rFonts w:ascii="Segoe UI" w:eastAsia="Segoe UI" w:hAnsi="Segoe UI" w:cs="Segoe UI"/>
          <w:sz w:val="32"/>
          <w:szCs w:val="32"/>
        </w:rPr>
        <w:t>Problem Statement and Objectives</w:t>
      </w:r>
      <w:bookmarkEnd w:id="1"/>
    </w:p>
    <w:p w14:paraId="4C9DE4C0" w14:textId="77777777" w:rsidR="00882429" w:rsidRDefault="0082323E">
      <w:pPr>
        <w:keepNext/>
        <w:jc w:val="both"/>
      </w:pPr>
      <w:r>
        <w:rPr>
          <w:rFonts w:eastAsia="Segoe UI"/>
          <w:i/>
          <w:color w:val="545A78"/>
          <w:sz w:val="22"/>
          <w:szCs w:val="22"/>
        </w:rPr>
        <w:t>State the problem as one clear question or sentence, then list measurable objectives.</w:t>
      </w:r>
    </w:p>
    <w:p w14:paraId="605D81C0" w14:textId="77777777" w:rsidR="00882429" w:rsidRDefault="0082323E">
      <w:pPr>
        <w:spacing w:after="40"/>
        <w:ind w:left="510" w:hanging="340"/>
      </w:pPr>
      <w:r>
        <w:rPr>
          <w:rFonts w:eastAsia="Segoe UI"/>
          <w:b/>
          <w:bCs/>
          <w:color w:val="283593"/>
        </w:rPr>
        <w:t>1.</w:t>
      </w:r>
      <w:r>
        <w:rPr>
          <w:rFonts w:eastAsia="Segoe UI"/>
          <w:b/>
          <w:bCs/>
          <w:color w:val="283593"/>
        </w:rPr>
        <w:tab/>
      </w:r>
      <w:r>
        <w:rPr>
          <w:rFonts w:eastAsia="Segoe UI"/>
          <w:color w:val="1A1C2B"/>
        </w:rPr>
        <w:t>First objective.</w:t>
      </w:r>
    </w:p>
    <w:p w14:paraId="7E478115" w14:textId="77777777" w:rsidR="00882429" w:rsidRDefault="0082323E">
      <w:pPr>
        <w:spacing w:after="40"/>
        <w:ind w:left="510" w:hanging="340"/>
      </w:pPr>
      <w:r>
        <w:rPr>
          <w:rFonts w:eastAsia="Segoe UI"/>
          <w:b/>
          <w:bCs/>
          <w:color w:val="283593"/>
        </w:rPr>
        <w:t>2.</w:t>
      </w:r>
      <w:r>
        <w:rPr>
          <w:rFonts w:eastAsia="Segoe UI"/>
          <w:b/>
          <w:bCs/>
          <w:color w:val="283593"/>
        </w:rPr>
        <w:tab/>
      </w:r>
      <w:r>
        <w:rPr>
          <w:rFonts w:eastAsia="Segoe UI"/>
          <w:color w:val="1A1C2B"/>
        </w:rPr>
        <w:t>Second objective.</w:t>
      </w:r>
    </w:p>
    <w:p w14:paraId="182FF6C5" w14:textId="77777777" w:rsidR="00882429" w:rsidRDefault="0082323E">
      <w:pPr>
        <w:spacing w:after="40"/>
        <w:ind w:left="510" w:hanging="340"/>
      </w:pPr>
      <w:r>
        <w:rPr>
          <w:rFonts w:eastAsia="Segoe UI"/>
          <w:b/>
          <w:bCs/>
          <w:color w:val="283593"/>
        </w:rPr>
        <w:t>3.</w:t>
      </w:r>
      <w:r>
        <w:rPr>
          <w:rFonts w:eastAsia="Segoe UI"/>
          <w:b/>
          <w:bCs/>
          <w:color w:val="283593"/>
        </w:rPr>
        <w:tab/>
      </w:r>
      <w:r>
        <w:rPr>
          <w:rFonts w:eastAsia="Segoe UI"/>
          <w:color w:val="1A1C2B"/>
        </w:rPr>
        <w:t>Third objective.</w:t>
      </w:r>
    </w:p>
    <w:p w14:paraId="031AAC07" w14:textId="77777777" w:rsidR="00882429" w:rsidRDefault="0082323E">
      <w:pPr>
        <w:pStyle w:val="Heading1"/>
        <w:spacing w:before="320" w:after="120"/>
      </w:pPr>
      <w:r>
        <w:rPr>
          <w:rFonts w:ascii="Segoe UI" w:eastAsia="Segoe UI" w:hAnsi="Segoe UI" w:cs="Segoe UI"/>
          <w:color w:val="FFFFFF"/>
          <w:shd w:val="clear" w:color="auto" w:fill="283593"/>
        </w:rPr>
        <w:t xml:space="preserve"> </w:t>
      </w:r>
      <w:bookmarkStart w:id="2" w:name="_Toc241685395"/>
      <w:r>
        <w:rPr>
          <w:rFonts w:ascii="Segoe UI" w:eastAsia="Segoe UI" w:hAnsi="Segoe UI" w:cs="Segoe UI"/>
          <w:color w:val="FFFFFF"/>
          <w:shd w:val="clear" w:color="auto" w:fill="283593"/>
        </w:rPr>
        <w:t xml:space="preserve">3 </w:t>
      </w:r>
      <w:r>
        <w:rPr>
          <w:rFonts w:ascii="Segoe UI" w:eastAsia="Segoe UI" w:hAnsi="Segoe UI" w:cs="Segoe UI"/>
          <w:sz w:val="32"/>
          <w:szCs w:val="32"/>
        </w:rPr>
        <w:t xml:space="preserve">  </w:t>
      </w:r>
      <w:r>
        <w:rPr>
          <w:rFonts w:ascii="Segoe UI" w:eastAsia="Segoe UI" w:hAnsi="Segoe UI" w:cs="Segoe UI"/>
          <w:sz w:val="32"/>
          <w:szCs w:val="32"/>
        </w:rPr>
        <w:t>Literature Review</w:t>
      </w:r>
      <w:bookmarkEnd w:id="2"/>
    </w:p>
    <w:p w14:paraId="31462E75" w14:textId="77777777" w:rsidR="00882429" w:rsidRDefault="0082323E">
      <w:pPr>
        <w:jc w:val="both"/>
      </w:pPr>
      <w:r>
        <w:rPr>
          <w:rFonts w:eastAsia="Segoe UI"/>
          <w:i/>
          <w:color w:val="545A78"/>
          <w:sz w:val="22"/>
          <w:szCs w:val="22"/>
        </w:rPr>
        <w:t>Split this part into themes, each with its own heading. Paraphrase and cite sources in square brackets [1].</w:t>
      </w:r>
    </w:p>
    <w:p w14:paraId="6C7114E5" w14:textId="77777777" w:rsidR="00882429" w:rsidRDefault="0082323E">
      <w:pPr>
        <w:pStyle w:val="Heading2"/>
        <w:spacing w:after="120"/>
      </w:pPr>
      <w:bookmarkStart w:id="3" w:name="_Toc241685396"/>
      <w:r>
        <w:rPr>
          <w:rFonts w:ascii="Segoe UI" w:eastAsia="Segoe UI" w:hAnsi="Segoe UI" w:cs="Segoe UI"/>
          <w:sz w:val="28"/>
          <w:szCs w:val="28"/>
        </w:rPr>
        <w:t>3.1   First Theme</w:t>
      </w:r>
      <w:bookmarkEnd w:id="3"/>
    </w:p>
    <w:p w14:paraId="493B9698" w14:textId="77777777" w:rsidR="00882429" w:rsidRDefault="0082323E">
      <w:pPr>
        <w:jc w:val="both"/>
      </w:pPr>
      <w:r>
        <w:rPr>
          <w:rFonts w:eastAsia="Segoe UI"/>
          <w:i/>
          <w:color w:val="545A78"/>
          <w:sz w:val="22"/>
          <w:szCs w:val="22"/>
        </w:rPr>
        <w:t>Write the paragraphs of the first theme here.</w:t>
      </w:r>
    </w:p>
    <w:p w14:paraId="0E0D135F" w14:textId="77777777" w:rsidR="00882429" w:rsidRDefault="0082323E">
      <w:pPr>
        <w:pStyle w:val="Heading2"/>
        <w:spacing w:after="120"/>
      </w:pPr>
      <w:bookmarkStart w:id="4" w:name="_Toc241685397"/>
      <w:r>
        <w:rPr>
          <w:rFonts w:ascii="Segoe UI" w:eastAsia="Segoe UI" w:hAnsi="Segoe UI" w:cs="Segoe UI"/>
          <w:sz w:val="28"/>
          <w:szCs w:val="28"/>
        </w:rPr>
        <w:t>3.2   Second Theme</w:t>
      </w:r>
      <w:bookmarkEnd w:id="4"/>
    </w:p>
    <w:p w14:paraId="26ACE84C" w14:textId="77777777" w:rsidR="00882429" w:rsidRDefault="0082323E">
      <w:pPr>
        <w:keepNext/>
        <w:jc w:val="both"/>
      </w:pPr>
      <w:r>
        <w:rPr>
          <w:rFonts w:eastAsia="Segoe UI"/>
          <w:i/>
          <w:color w:val="545A78"/>
          <w:sz w:val="22"/>
          <w:szCs w:val="22"/>
        </w:rPr>
        <w:t xml:space="preserve">Write the </w:t>
      </w:r>
      <w:r>
        <w:rPr>
          <w:rFonts w:eastAsia="Segoe UI"/>
          <w:i/>
          <w:color w:val="545A78"/>
          <w:sz w:val="22"/>
          <w:szCs w:val="22"/>
        </w:rPr>
        <w:t>paragraphs of the second theme here. If you need an equation, here is an editable example (the arithmetic mean):</w:t>
      </w:r>
    </w:p>
    <w:p w14:paraId="52587BB5" w14:textId="77777777" w:rsidR="00882429" w:rsidRDefault="0082323E">
      <w:pPr>
        <w:tabs>
          <w:tab w:val="right" w:pos="9072"/>
        </w:tabs>
        <w:ind w:left="1701"/>
      </w:pP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</w:rPr>
              <m:t>x</m:t>
            </m:r>
          </m:e>
        </m:ba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+⋯+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>
        <w:rPr>
          <w:rFonts w:eastAsia="Segoe UI"/>
          <w:color w:val="1A1C2B"/>
        </w:rPr>
        <w:tab/>
        <w:t>(1)</w:t>
      </w:r>
    </w:p>
    <w:p w14:paraId="278EAF43" w14:textId="77777777" w:rsidR="00882429" w:rsidRDefault="0082323E">
      <w:pPr>
        <w:pStyle w:val="Heading1"/>
        <w:spacing w:before="320" w:after="120"/>
      </w:pPr>
      <w:r>
        <w:rPr>
          <w:rFonts w:ascii="Segoe UI" w:eastAsia="Segoe UI" w:hAnsi="Segoe UI" w:cs="Segoe UI"/>
          <w:color w:val="FFFFFF"/>
          <w:shd w:val="clear" w:color="auto" w:fill="283593"/>
        </w:rPr>
        <w:lastRenderedPageBreak/>
        <w:t xml:space="preserve"> </w:t>
      </w:r>
      <w:bookmarkStart w:id="5" w:name="_Toc241685398"/>
      <w:r>
        <w:rPr>
          <w:rFonts w:ascii="Segoe UI" w:eastAsia="Segoe UI" w:hAnsi="Segoe UI" w:cs="Segoe UI"/>
          <w:color w:val="FFFFFF"/>
          <w:shd w:val="clear" w:color="auto" w:fill="283593"/>
        </w:rPr>
        <w:t xml:space="preserve">4 </w:t>
      </w:r>
      <w:r>
        <w:rPr>
          <w:rFonts w:ascii="Segoe UI" w:eastAsia="Segoe UI" w:hAnsi="Segoe UI" w:cs="Segoe UI"/>
          <w:sz w:val="32"/>
          <w:szCs w:val="32"/>
        </w:rPr>
        <w:t xml:space="preserve">  </w:t>
      </w:r>
      <w:r>
        <w:rPr>
          <w:rFonts w:ascii="Segoe UI" w:eastAsia="Segoe UI" w:hAnsi="Segoe UI" w:cs="Segoe UI"/>
          <w:sz w:val="32"/>
          <w:szCs w:val="32"/>
        </w:rPr>
        <w:t>Methodology</w:t>
      </w:r>
      <w:bookmarkEnd w:id="5"/>
    </w:p>
    <w:p w14:paraId="27E67562" w14:textId="77777777" w:rsidR="00882429" w:rsidRDefault="0082323E">
      <w:pPr>
        <w:jc w:val="both"/>
      </w:pPr>
      <w:r>
        <w:rPr>
          <w:rFonts w:eastAsia="Segoe UI"/>
          <w:i/>
          <w:color w:val="545A78"/>
          <w:sz w:val="22"/>
          <w:szCs w:val="22"/>
        </w:rPr>
        <w:t>The approach used, data sources or sample, tools, and how the data were analysed.</w:t>
      </w:r>
    </w:p>
    <w:p w14:paraId="4F31F47C" w14:textId="77777777" w:rsidR="00882429" w:rsidRDefault="0082323E">
      <w:pPr>
        <w:pStyle w:val="Heading1"/>
        <w:spacing w:before="320" w:after="120"/>
      </w:pPr>
      <w:r>
        <w:rPr>
          <w:rFonts w:ascii="Segoe UI" w:eastAsia="Segoe UI" w:hAnsi="Segoe UI" w:cs="Segoe UI"/>
          <w:color w:val="FFFFFF"/>
          <w:shd w:val="clear" w:color="auto" w:fill="283593"/>
        </w:rPr>
        <w:t xml:space="preserve"> </w:t>
      </w:r>
      <w:bookmarkStart w:id="6" w:name="_Toc241685399"/>
      <w:r>
        <w:rPr>
          <w:rFonts w:ascii="Segoe UI" w:eastAsia="Segoe UI" w:hAnsi="Segoe UI" w:cs="Segoe UI"/>
          <w:color w:val="FFFFFF"/>
          <w:shd w:val="clear" w:color="auto" w:fill="283593"/>
        </w:rPr>
        <w:t xml:space="preserve">5 </w:t>
      </w:r>
      <w:r>
        <w:rPr>
          <w:rFonts w:ascii="Segoe UI" w:eastAsia="Segoe UI" w:hAnsi="Segoe UI" w:cs="Segoe UI"/>
          <w:sz w:val="32"/>
          <w:szCs w:val="32"/>
        </w:rPr>
        <w:t xml:space="preserve">  </w:t>
      </w:r>
      <w:r>
        <w:rPr>
          <w:rFonts w:ascii="Segoe UI" w:eastAsia="Segoe UI" w:hAnsi="Segoe UI" w:cs="Segoe UI"/>
          <w:sz w:val="32"/>
          <w:szCs w:val="32"/>
        </w:rPr>
        <w:t>Results</w:t>
      </w:r>
      <w:bookmarkEnd w:id="6"/>
    </w:p>
    <w:p w14:paraId="4A7D289D" w14:textId="77777777" w:rsidR="00882429" w:rsidRDefault="0082323E">
      <w:pPr>
        <w:keepNext/>
        <w:jc w:val="both"/>
      </w:pPr>
      <w:r>
        <w:rPr>
          <w:rFonts w:eastAsia="Segoe UI"/>
          <w:i/>
          <w:color w:val="545A78"/>
          <w:sz w:val="22"/>
          <w:szCs w:val="22"/>
        </w:rPr>
        <w:t>Present the results in tables and figures and refer to each one by number in the text.</w:t>
      </w:r>
    </w:p>
    <w:p w14:paraId="3E8BFAA2" w14:textId="77777777" w:rsidR="00882429" w:rsidRDefault="0082323E">
      <w:pPr>
        <w:keepNext/>
        <w:spacing w:before="40" w:after="80"/>
        <w:jc w:val="center"/>
      </w:pPr>
      <w:r>
        <w:rPr>
          <w:rFonts w:eastAsia="Segoe UI"/>
          <w:b/>
          <w:bCs/>
          <w:color w:val="FFFFFF"/>
          <w:sz w:val="20"/>
          <w:szCs w:val="20"/>
          <w:shd w:val="clear" w:color="auto" w:fill="283593"/>
        </w:rPr>
        <w:t xml:space="preserve"> Table 1 </w:t>
      </w:r>
      <w:r>
        <w:rPr>
          <w:rFonts w:eastAsia="Segoe UI"/>
          <w:color w:val="1A1C2B"/>
          <w:sz w:val="20"/>
          <w:szCs w:val="20"/>
        </w:rPr>
        <w:t xml:space="preserve">  A title that describes the table</w:t>
      </w:r>
    </w:p>
    <w:tbl>
      <w:tblPr>
        <w:tblW w:w="0" w:type="auto"/>
        <w:jc w:val="center"/>
        <w:tblBorders>
          <w:top w:val="single" w:sz="8" w:space="0" w:color="283593"/>
          <w:left w:val="single" w:sz="4" w:space="0" w:color="D0D5F0"/>
          <w:bottom w:val="single" w:sz="8" w:space="0" w:color="283593"/>
          <w:right w:val="single" w:sz="4" w:space="0" w:color="D0D5F0"/>
          <w:insideH w:val="single" w:sz="4" w:space="0" w:color="D0D5F0"/>
          <w:insideV w:val="single" w:sz="4" w:space="0" w:color="D0D5F0"/>
        </w:tblBorders>
        <w:tblLook w:val="04A0" w:firstRow="1" w:lastRow="0" w:firstColumn="1" w:lastColumn="0" w:noHBand="0" w:noVBand="1"/>
      </w:tblPr>
      <w:tblGrid>
        <w:gridCol w:w="737"/>
        <w:gridCol w:w="2778"/>
        <w:gridCol w:w="2778"/>
        <w:gridCol w:w="2778"/>
      </w:tblGrid>
      <w:tr w:rsidR="00882429" w14:paraId="32D5DD14" w14:textId="77777777">
        <w:trPr>
          <w:cantSplit/>
          <w:tblHeader/>
          <w:jc w:val="center"/>
        </w:trPr>
        <w:tc>
          <w:tcPr>
            <w:tcW w:w="737" w:type="dxa"/>
            <w:shd w:val="clear" w:color="auto" w:fill="EEF0FB"/>
          </w:tcPr>
          <w:p w14:paraId="1B1AEC66" w14:textId="77777777" w:rsidR="00882429" w:rsidRDefault="0082323E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283593"/>
                <w:sz w:val="20"/>
                <w:szCs w:val="20"/>
              </w:rPr>
              <w:t>No.</w:t>
            </w:r>
          </w:p>
        </w:tc>
        <w:tc>
          <w:tcPr>
            <w:tcW w:w="2778" w:type="dxa"/>
            <w:shd w:val="clear" w:color="auto" w:fill="EEF0FB"/>
          </w:tcPr>
          <w:p w14:paraId="72EBCCD5" w14:textId="77777777" w:rsidR="00882429" w:rsidRDefault="0082323E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283593"/>
                <w:sz w:val="20"/>
                <w:szCs w:val="20"/>
              </w:rPr>
              <w:t>Item</w:t>
            </w:r>
          </w:p>
        </w:tc>
        <w:tc>
          <w:tcPr>
            <w:tcW w:w="2778" w:type="dxa"/>
            <w:shd w:val="clear" w:color="auto" w:fill="EEF0FB"/>
          </w:tcPr>
          <w:p w14:paraId="5B1E0808" w14:textId="77777777" w:rsidR="00882429" w:rsidRDefault="0082323E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283593"/>
                <w:sz w:val="20"/>
                <w:szCs w:val="20"/>
              </w:rPr>
              <w:t>Value</w:t>
            </w:r>
          </w:p>
        </w:tc>
        <w:tc>
          <w:tcPr>
            <w:tcW w:w="2778" w:type="dxa"/>
            <w:shd w:val="clear" w:color="auto" w:fill="EEF0FB"/>
          </w:tcPr>
          <w:p w14:paraId="2A26F01A" w14:textId="77777777" w:rsidR="00882429" w:rsidRDefault="0082323E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283593"/>
                <w:sz w:val="20"/>
                <w:szCs w:val="20"/>
              </w:rPr>
              <w:t>Notes</w:t>
            </w:r>
          </w:p>
        </w:tc>
      </w:tr>
      <w:tr w:rsidR="00882429" w14:paraId="7CB37544" w14:textId="77777777">
        <w:trPr>
          <w:cantSplit/>
          <w:jc w:val="center"/>
        </w:trPr>
        <w:tc>
          <w:tcPr>
            <w:tcW w:w="737" w:type="dxa"/>
          </w:tcPr>
          <w:p w14:paraId="518F149E" w14:textId="77777777" w:rsidR="00882429" w:rsidRDefault="0082323E">
            <w:pPr>
              <w:keepNext/>
              <w:spacing w:before="20" w:after="20"/>
              <w:jc w:val="center"/>
            </w:pPr>
            <w:r>
              <w:rPr>
                <w:rFonts w:eastAsia="Segoe UI"/>
                <w:color w:val="1A1C2B"/>
                <w:sz w:val="20"/>
                <w:szCs w:val="20"/>
              </w:rPr>
              <w:t>1</w:t>
            </w:r>
          </w:p>
        </w:tc>
        <w:tc>
          <w:tcPr>
            <w:tcW w:w="2778" w:type="dxa"/>
          </w:tcPr>
          <w:p w14:paraId="7916CEC2" w14:textId="77777777" w:rsidR="00882429" w:rsidRDefault="00882429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7B06CEC0" w14:textId="77777777" w:rsidR="00882429" w:rsidRDefault="00882429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4F3699B4" w14:textId="77777777" w:rsidR="00882429" w:rsidRDefault="00882429">
            <w:pPr>
              <w:keepNext/>
              <w:spacing w:before="20" w:after="20"/>
              <w:jc w:val="center"/>
            </w:pPr>
          </w:p>
        </w:tc>
      </w:tr>
      <w:tr w:rsidR="00882429" w14:paraId="189A4159" w14:textId="77777777">
        <w:trPr>
          <w:cantSplit/>
          <w:jc w:val="center"/>
        </w:trPr>
        <w:tc>
          <w:tcPr>
            <w:tcW w:w="737" w:type="dxa"/>
          </w:tcPr>
          <w:p w14:paraId="0BA69A9B" w14:textId="77777777" w:rsidR="00882429" w:rsidRDefault="0082323E">
            <w:pPr>
              <w:keepNext/>
              <w:spacing w:before="20" w:after="20"/>
              <w:jc w:val="center"/>
            </w:pPr>
            <w:r>
              <w:rPr>
                <w:rFonts w:eastAsia="Segoe UI"/>
                <w:color w:val="1A1C2B"/>
                <w:sz w:val="20"/>
                <w:szCs w:val="20"/>
              </w:rPr>
              <w:t>2</w:t>
            </w:r>
          </w:p>
        </w:tc>
        <w:tc>
          <w:tcPr>
            <w:tcW w:w="2778" w:type="dxa"/>
          </w:tcPr>
          <w:p w14:paraId="1185EB2D" w14:textId="77777777" w:rsidR="00882429" w:rsidRDefault="00882429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599BE008" w14:textId="77777777" w:rsidR="00882429" w:rsidRDefault="00882429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4BEE8612" w14:textId="77777777" w:rsidR="00882429" w:rsidRDefault="00882429">
            <w:pPr>
              <w:keepNext/>
              <w:spacing w:before="20" w:after="20"/>
              <w:jc w:val="center"/>
            </w:pPr>
          </w:p>
        </w:tc>
      </w:tr>
      <w:tr w:rsidR="00882429" w14:paraId="5FA45EE2" w14:textId="77777777">
        <w:trPr>
          <w:cantSplit/>
          <w:jc w:val="center"/>
        </w:trPr>
        <w:tc>
          <w:tcPr>
            <w:tcW w:w="737" w:type="dxa"/>
          </w:tcPr>
          <w:p w14:paraId="70C9C0E1" w14:textId="77777777" w:rsidR="00882429" w:rsidRDefault="0082323E">
            <w:pPr>
              <w:spacing w:before="20" w:after="20"/>
              <w:jc w:val="center"/>
            </w:pPr>
            <w:r>
              <w:rPr>
                <w:rFonts w:eastAsia="Segoe UI"/>
                <w:color w:val="1A1C2B"/>
                <w:sz w:val="20"/>
                <w:szCs w:val="20"/>
              </w:rPr>
              <w:t>3</w:t>
            </w:r>
          </w:p>
        </w:tc>
        <w:tc>
          <w:tcPr>
            <w:tcW w:w="2778" w:type="dxa"/>
          </w:tcPr>
          <w:p w14:paraId="06F977DF" w14:textId="77777777" w:rsidR="00882429" w:rsidRDefault="00882429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2B784A81" w14:textId="77777777" w:rsidR="00882429" w:rsidRDefault="00882429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40CEFBF3" w14:textId="77777777" w:rsidR="00882429" w:rsidRDefault="00882429">
            <w:pPr>
              <w:spacing w:before="20" w:after="20"/>
              <w:jc w:val="center"/>
            </w:pPr>
          </w:p>
        </w:tc>
      </w:tr>
    </w:tbl>
    <w:p w14:paraId="3FD8FA7D" w14:textId="77777777" w:rsidR="00882429" w:rsidRDefault="00882429">
      <w:pPr>
        <w:spacing w:after="40"/>
        <w:jc w:val="both"/>
      </w:pPr>
    </w:p>
    <w:p w14:paraId="020E66F4" w14:textId="77777777" w:rsidR="00882429" w:rsidRDefault="0082323E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1B772872" wp14:editId="45576B31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05470" w14:textId="77777777" w:rsidR="00882429" w:rsidRDefault="0082323E">
      <w:pPr>
        <w:spacing w:before="40" w:after="160"/>
        <w:jc w:val="center"/>
      </w:pPr>
      <w:r>
        <w:rPr>
          <w:rFonts w:eastAsia="Segoe UI"/>
          <w:b/>
          <w:bCs/>
          <w:color w:val="FFFFFF"/>
          <w:sz w:val="20"/>
          <w:szCs w:val="20"/>
          <w:shd w:val="clear" w:color="auto" w:fill="283593"/>
        </w:rPr>
        <w:t xml:space="preserve"> Figure 1 </w:t>
      </w:r>
      <w:r>
        <w:rPr>
          <w:rFonts w:eastAsia="Segoe UI"/>
          <w:color w:val="1A1C2B"/>
          <w:sz w:val="20"/>
          <w:szCs w:val="20"/>
        </w:rPr>
        <w:t xml:space="preserve">  A title that describes the figure</w:t>
      </w:r>
    </w:p>
    <w:p w14:paraId="25043691" w14:textId="77777777" w:rsidR="00882429" w:rsidRDefault="0082323E">
      <w:pPr>
        <w:pStyle w:val="Heading1"/>
        <w:spacing w:before="320" w:after="120"/>
      </w:pPr>
      <w:r>
        <w:rPr>
          <w:rFonts w:ascii="Segoe UI" w:eastAsia="Segoe UI" w:hAnsi="Segoe UI" w:cs="Segoe UI"/>
          <w:color w:val="FFFFFF"/>
          <w:shd w:val="clear" w:color="auto" w:fill="283593"/>
        </w:rPr>
        <w:t xml:space="preserve"> </w:t>
      </w:r>
      <w:bookmarkStart w:id="7" w:name="_Toc241685400"/>
      <w:r>
        <w:rPr>
          <w:rFonts w:ascii="Segoe UI" w:eastAsia="Segoe UI" w:hAnsi="Segoe UI" w:cs="Segoe UI"/>
          <w:color w:val="FFFFFF"/>
          <w:shd w:val="clear" w:color="auto" w:fill="283593"/>
        </w:rPr>
        <w:t xml:space="preserve">6 </w:t>
      </w:r>
      <w:r>
        <w:rPr>
          <w:rFonts w:ascii="Segoe UI" w:eastAsia="Segoe UI" w:hAnsi="Segoe UI" w:cs="Segoe UI"/>
          <w:sz w:val="32"/>
          <w:szCs w:val="32"/>
        </w:rPr>
        <w:t xml:space="preserve">  </w:t>
      </w:r>
      <w:r>
        <w:rPr>
          <w:rFonts w:ascii="Segoe UI" w:eastAsia="Segoe UI" w:hAnsi="Segoe UI" w:cs="Segoe UI"/>
          <w:sz w:val="32"/>
          <w:szCs w:val="32"/>
        </w:rPr>
        <w:t>Discussion</w:t>
      </w:r>
      <w:bookmarkEnd w:id="7"/>
    </w:p>
    <w:p w14:paraId="2DAE160B" w14:textId="77777777" w:rsidR="00882429" w:rsidRDefault="0082323E">
      <w:pPr>
        <w:jc w:val="both"/>
      </w:pPr>
      <w:r>
        <w:rPr>
          <w:rFonts w:eastAsia="Segoe UI"/>
          <w:i/>
          <w:color w:val="545A78"/>
          <w:sz w:val="22"/>
          <w:szCs w:val="22"/>
        </w:rPr>
        <w:t xml:space="preserve">Interpret the </w:t>
      </w:r>
      <w:r>
        <w:rPr>
          <w:rFonts w:eastAsia="Segoe UI"/>
          <w:i/>
          <w:color w:val="545A78"/>
          <w:sz w:val="22"/>
          <w:szCs w:val="22"/>
        </w:rPr>
        <w:t>results and link them to the literature: where they agree, where they differ, and why.</w:t>
      </w:r>
    </w:p>
    <w:p w14:paraId="0A9074C6" w14:textId="77777777" w:rsidR="00882429" w:rsidRDefault="0082323E">
      <w:pPr>
        <w:pStyle w:val="Heading1"/>
        <w:spacing w:before="320" w:after="120"/>
      </w:pPr>
      <w:r>
        <w:rPr>
          <w:rFonts w:ascii="Segoe UI" w:eastAsia="Segoe UI" w:hAnsi="Segoe UI" w:cs="Segoe UI"/>
          <w:color w:val="FFFFFF"/>
          <w:shd w:val="clear" w:color="auto" w:fill="283593"/>
        </w:rPr>
        <w:lastRenderedPageBreak/>
        <w:t xml:space="preserve"> </w:t>
      </w:r>
      <w:bookmarkStart w:id="8" w:name="_Toc241685401"/>
      <w:r>
        <w:rPr>
          <w:rFonts w:ascii="Segoe UI" w:eastAsia="Segoe UI" w:hAnsi="Segoe UI" w:cs="Segoe UI"/>
          <w:color w:val="FFFFFF"/>
          <w:shd w:val="clear" w:color="auto" w:fill="283593"/>
        </w:rPr>
        <w:t xml:space="preserve">7 </w:t>
      </w:r>
      <w:r>
        <w:rPr>
          <w:rFonts w:ascii="Segoe UI" w:eastAsia="Segoe UI" w:hAnsi="Segoe UI" w:cs="Segoe UI"/>
          <w:sz w:val="32"/>
          <w:szCs w:val="32"/>
        </w:rPr>
        <w:t xml:space="preserve">  </w:t>
      </w:r>
      <w:r>
        <w:rPr>
          <w:rFonts w:ascii="Segoe UI" w:eastAsia="Segoe UI" w:hAnsi="Segoe UI" w:cs="Segoe UI"/>
          <w:sz w:val="32"/>
          <w:szCs w:val="32"/>
        </w:rPr>
        <w:t>Conclusions and Recommendations</w:t>
      </w:r>
      <w:bookmarkEnd w:id="8"/>
    </w:p>
    <w:p w14:paraId="62DC7C10" w14:textId="77777777" w:rsidR="00882429" w:rsidRDefault="0082323E">
      <w:pPr>
        <w:keepNext/>
        <w:jc w:val="both"/>
      </w:pPr>
      <w:r>
        <w:rPr>
          <w:rFonts w:eastAsia="Segoe UI"/>
          <w:i/>
          <w:color w:val="545A78"/>
          <w:sz w:val="22"/>
          <w:szCs w:val="22"/>
        </w:rPr>
        <w:t>Summarise the main findings, then give practical recommendations.</w:t>
      </w:r>
    </w:p>
    <w:p w14:paraId="3F904B21" w14:textId="77777777" w:rsidR="00882429" w:rsidRDefault="0082323E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0894B8"/>
          <w:sz w:val="18"/>
          <w:szCs w:val="18"/>
        </w:rPr>
        <w:t>►</w:t>
      </w:r>
      <w:r>
        <w:rPr>
          <w:rFonts w:ascii="Segoe UI Symbol" w:eastAsia="Segoe UI Symbol" w:hAnsi="Segoe UI Symbol" w:cs="Segoe UI Symbol"/>
          <w:color w:val="0894B8"/>
          <w:sz w:val="18"/>
          <w:szCs w:val="18"/>
        </w:rPr>
        <w:tab/>
      </w:r>
      <w:r>
        <w:rPr>
          <w:rFonts w:eastAsia="Segoe UI"/>
          <w:color w:val="1A1C2B"/>
        </w:rPr>
        <w:t>First recommendation.</w:t>
      </w:r>
    </w:p>
    <w:p w14:paraId="1D9EF83F" w14:textId="77777777" w:rsidR="00882429" w:rsidRDefault="0082323E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0894B8"/>
          <w:sz w:val="18"/>
          <w:szCs w:val="18"/>
        </w:rPr>
        <w:t>►</w:t>
      </w:r>
      <w:r>
        <w:rPr>
          <w:rFonts w:ascii="Segoe UI Symbol" w:eastAsia="Segoe UI Symbol" w:hAnsi="Segoe UI Symbol" w:cs="Segoe UI Symbol"/>
          <w:color w:val="0894B8"/>
          <w:sz w:val="18"/>
          <w:szCs w:val="18"/>
        </w:rPr>
        <w:tab/>
      </w:r>
      <w:r>
        <w:rPr>
          <w:rFonts w:eastAsia="Segoe UI"/>
          <w:color w:val="1A1C2B"/>
        </w:rPr>
        <w:t>Second recommendation.</w:t>
      </w:r>
    </w:p>
    <w:p w14:paraId="76A658C2" w14:textId="77777777" w:rsidR="00882429" w:rsidRDefault="0082323E">
      <w:pPr>
        <w:pStyle w:val="Heading1"/>
        <w:spacing w:before="320" w:after="120"/>
      </w:pPr>
      <w:bookmarkStart w:id="9" w:name="_Toc241685402"/>
      <w:r>
        <w:rPr>
          <w:rFonts w:ascii="Segoe UI" w:eastAsia="Segoe UI" w:hAnsi="Segoe UI" w:cs="Segoe UI"/>
          <w:sz w:val="32"/>
          <w:szCs w:val="32"/>
        </w:rPr>
        <w:t>References</w:t>
      </w:r>
      <w:bookmarkEnd w:id="9"/>
    </w:p>
    <w:p w14:paraId="66A7FC71" w14:textId="77777777" w:rsidR="00882429" w:rsidRDefault="0082323E">
      <w:pPr>
        <w:keepNext/>
        <w:spacing w:after="80"/>
        <w:ind w:left="510" w:hanging="510"/>
      </w:pPr>
      <w:r>
        <w:rPr>
          <w:rFonts w:eastAsia="Segoe UI"/>
          <w:color w:val="1A1C2B"/>
          <w:sz w:val="22"/>
          <w:szCs w:val="22"/>
        </w:rPr>
        <w:t xml:space="preserve">[1] A. Author, </w:t>
      </w:r>
      <w:r>
        <w:rPr>
          <w:rFonts w:eastAsia="Segoe UI"/>
          <w:i/>
          <w:color w:val="1A1C2B"/>
          <w:sz w:val="22"/>
          <w:szCs w:val="22"/>
        </w:rPr>
        <w:t>Title of the Book</w:t>
      </w:r>
      <w:r>
        <w:rPr>
          <w:rFonts w:eastAsia="Segoe UI"/>
          <w:color w:val="1A1C2B"/>
          <w:sz w:val="22"/>
          <w:szCs w:val="22"/>
        </w:rPr>
        <w:t>, 2nd ed. City, Country: Publisher, Year, pp. 40–45.</w:t>
      </w:r>
    </w:p>
    <w:p w14:paraId="558C5F87" w14:textId="77777777" w:rsidR="00882429" w:rsidRDefault="0082323E">
      <w:pPr>
        <w:keepNext/>
        <w:spacing w:after="80"/>
        <w:ind w:left="510" w:hanging="510"/>
      </w:pPr>
      <w:r>
        <w:rPr>
          <w:rFonts w:eastAsia="Segoe UI"/>
          <w:color w:val="1A1C2B"/>
          <w:sz w:val="22"/>
          <w:szCs w:val="22"/>
        </w:rPr>
        <w:t xml:space="preserve">[2] A. Author and B. Author, “Title of the article,” </w:t>
      </w:r>
      <w:r>
        <w:rPr>
          <w:rFonts w:eastAsia="Segoe UI"/>
          <w:i/>
          <w:color w:val="1A1C2B"/>
          <w:sz w:val="22"/>
          <w:szCs w:val="22"/>
        </w:rPr>
        <w:t>Journal Name</w:t>
      </w:r>
      <w:r>
        <w:rPr>
          <w:rFonts w:eastAsia="Segoe UI"/>
          <w:color w:val="1A1C2B"/>
          <w:sz w:val="22"/>
          <w:szCs w:val="22"/>
        </w:rPr>
        <w:t>, vol. 12, no. 3, pp. 10–18, Year.</w:t>
      </w:r>
    </w:p>
    <w:p w14:paraId="0539AE24" w14:textId="77777777" w:rsidR="00882429" w:rsidRDefault="0082323E">
      <w:pPr>
        <w:spacing w:after="80"/>
        <w:ind w:left="510" w:hanging="510"/>
      </w:pPr>
      <w:r>
        <w:rPr>
          <w:rFonts w:eastAsia="Segoe UI"/>
          <w:color w:val="1A1C2B"/>
          <w:sz w:val="22"/>
          <w:szCs w:val="22"/>
        </w:rPr>
        <w:t>[3] Organisation, “Title of the web page,” Site Name. Accessed: Month Day, Year. [Online]. Available: https://…</w:t>
      </w:r>
    </w:p>
    <w:sectPr w:rsidR="00882429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single" w:sz="36" w:space="24" w:color="283593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AA4B9" w14:textId="77777777" w:rsidR="0082323E" w:rsidRDefault="0082323E">
      <w:pPr>
        <w:spacing w:after="0" w:line="240" w:lineRule="auto"/>
      </w:pPr>
      <w:r>
        <w:separator/>
      </w:r>
    </w:p>
  </w:endnote>
  <w:endnote w:type="continuationSeparator" w:id="0">
    <w:p w14:paraId="58D816DA" w14:textId="77777777" w:rsidR="0082323E" w:rsidRDefault="00823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852E3" w14:textId="77777777" w:rsidR="00882429" w:rsidRDefault="0082323E">
    <w:pPr>
      <w:pStyle w:val="Footer"/>
      <w:jc w:val="center"/>
    </w:pPr>
    <w:r>
      <w:rPr>
        <w:rFonts w:eastAsia="Segoe UI"/>
        <w:color w:val="FFFFFF"/>
        <w:sz w:val="16"/>
        <w:szCs w:val="16"/>
        <w:shd w:val="clear" w:color="auto" w:fill="283593"/>
      </w:rPr>
      <w:t xml:space="preserve">  </w:t>
    </w:r>
    <w:r>
      <w:rPr>
        <w:rFonts w:eastAsia="Segoe UI"/>
        <w:b/>
        <w:bCs/>
        <w:color w:val="FFFFFF"/>
        <w:sz w:val="16"/>
        <w:szCs w:val="16"/>
        <w:shd w:val="clear" w:color="auto" w:fill="283593"/>
      </w:rPr>
      <w:fldChar w:fldCharType="begin"/>
    </w:r>
    <w:r>
      <w:rPr>
        <w:rFonts w:eastAsia="Segoe UI"/>
        <w:b/>
        <w:bCs/>
        <w:color w:val="FFFFFF"/>
        <w:sz w:val="16"/>
        <w:szCs w:val="16"/>
        <w:shd w:val="clear" w:color="auto" w:fill="283593"/>
      </w:rPr>
      <w:instrText xml:space="preserve"> PAGE </w:instrText>
    </w:r>
    <w:r>
      <w:rPr>
        <w:rFonts w:eastAsia="Segoe UI"/>
        <w:b/>
        <w:bCs/>
        <w:color w:val="FFFFFF"/>
        <w:sz w:val="16"/>
        <w:szCs w:val="16"/>
        <w:shd w:val="clear" w:color="auto" w:fill="283593"/>
      </w:rPr>
      <w:fldChar w:fldCharType="separate"/>
    </w:r>
    <w:r>
      <w:rPr>
        <w:rFonts w:eastAsia="Segoe UI"/>
        <w:b/>
        <w:bCs/>
        <w:color w:val="FFFFFF"/>
        <w:sz w:val="16"/>
        <w:szCs w:val="16"/>
        <w:shd w:val="clear" w:color="auto" w:fill="283593"/>
      </w:rPr>
      <w:t>1</w:t>
    </w:r>
    <w:r>
      <w:rPr>
        <w:rFonts w:eastAsia="Segoe UI"/>
        <w:b/>
        <w:bCs/>
        <w:color w:val="FFFFFF"/>
        <w:sz w:val="16"/>
        <w:szCs w:val="16"/>
        <w:shd w:val="clear" w:color="auto" w:fill="283593"/>
      </w:rPr>
      <w:fldChar w:fldCharType="end"/>
    </w:r>
    <w:r>
      <w:rPr>
        <w:rFonts w:eastAsia="Segoe UI"/>
        <w:color w:val="FFFFFF"/>
        <w:sz w:val="16"/>
        <w:szCs w:val="16"/>
        <w:shd w:val="clear" w:color="auto" w:fill="283593"/>
      </w:rPr>
      <w:t xml:space="preserve">  </w:t>
    </w:r>
  </w:p>
  <w:p w14:paraId="1A20B44C" w14:textId="77777777" w:rsidR="00882429" w:rsidRDefault="0082323E">
    <w:pPr>
      <w:spacing w:before="40" w:after="0"/>
      <w:jc w:val="center"/>
    </w:pPr>
    <w:r>
      <w:rPr>
        <w:rFonts w:eastAsia="Segoe UI"/>
        <w:color w:val="545A78"/>
        <w:sz w:val="14"/>
        <w:szCs w:val="14"/>
      </w:rPr>
      <w:t xml:space="preserve">Free template by Tem — </w:t>
    </w:r>
    <w:hyperlink r:id="rId1">
      <w:r>
        <w:rPr>
          <w:rFonts w:eastAsia="Segoe UI"/>
          <w:color w:val="545A78"/>
          <w:sz w:val="14"/>
          <w:szCs w:val="14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29383" w14:textId="77777777" w:rsidR="0082323E" w:rsidRDefault="0082323E">
      <w:pPr>
        <w:spacing w:after="0" w:line="240" w:lineRule="auto"/>
      </w:pPr>
      <w:r>
        <w:separator/>
      </w:r>
    </w:p>
  </w:footnote>
  <w:footnote w:type="continuationSeparator" w:id="0">
    <w:p w14:paraId="63305F5B" w14:textId="77777777" w:rsidR="0082323E" w:rsidRDefault="008232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2ED81" w14:textId="77777777" w:rsidR="00882429" w:rsidRDefault="008824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3026099">
    <w:abstractNumId w:val="8"/>
  </w:num>
  <w:num w:numId="2" w16cid:durableId="190732064">
    <w:abstractNumId w:val="6"/>
  </w:num>
  <w:num w:numId="3" w16cid:durableId="1977753551">
    <w:abstractNumId w:val="5"/>
  </w:num>
  <w:num w:numId="4" w16cid:durableId="1662391732">
    <w:abstractNumId w:val="4"/>
  </w:num>
  <w:num w:numId="5" w16cid:durableId="1031346126">
    <w:abstractNumId w:val="7"/>
  </w:num>
  <w:num w:numId="6" w16cid:durableId="268972147">
    <w:abstractNumId w:val="3"/>
  </w:num>
  <w:num w:numId="7" w16cid:durableId="1260066079">
    <w:abstractNumId w:val="2"/>
  </w:num>
  <w:num w:numId="8" w16cid:durableId="272176635">
    <w:abstractNumId w:val="1"/>
  </w:num>
  <w:num w:numId="9" w16cid:durableId="616104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2323E"/>
    <w:rsid w:val="00882429"/>
    <w:rsid w:val="00AA1D8D"/>
    <w:rsid w:val="00B47730"/>
    <w:rsid w:val="00CB0664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FE935D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Segoe UI" w:hAnsi="Segoe UI" w:cs="Segoe U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8359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949A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949A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82323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2323E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8232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546</Words>
  <Characters>2604</Characters>
  <Application>Microsoft Office Word</Application>
  <DocSecurity>0</DocSecurity>
  <Lines>153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a Clear and Concise Report Title Here</dc:title>
  <dc:subject/>
  <dc:creator>تم — tem-services.com</dc:creator>
  <cp:keywords>Tem, template, قالب</cp:keywords>
  <dc:description>Free template by Tem — for a complete ready report: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