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0447A4" w14:paraId="36611270" w14:textId="77777777">
        <w:trPr>
          <w:trHeight w:val="5953"/>
          <w:jc w:val="center"/>
        </w:trPr>
        <w:tc>
          <w:tcPr>
            <w:tcW w:w="9865" w:type="dxa"/>
            <w:shd w:val="clear" w:color="auto" w:fill="0F5C6E"/>
          </w:tcPr>
          <w:p w14:paraId="48A316C1" w14:textId="77777777" w:rsidR="000447A4" w:rsidRDefault="000447A4"/>
          <w:p w14:paraId="33ACC65A" w14:textId="77777777" w:rsidR="000447A4" w:rsidRDefault="000447A4">
            <w:pPr>
              <w:spacing w:after="0" w:line="200" w:lineRule="exact"/>
              <w:jc w:val="both"/>
            </w:pPr>
          </w:p>
          <w:p w14:paraId="0642352E" w14:textId="77777777" w:rsidR="000447A4" w:rsidRDefault="004C1921">
            <w:pPr>
              <w:spacing w:after="40" w:line="38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rtl/>
              </w:rPr>
              <w:t>وزارة التعليم العالي والبحث العلمي</w:t>
            </w:r>
          </w:p>
          <w:p w14:paraId="34FEC7F4" w14:textId="77777777" w:rsidR="000447A4" w:rsidRDefault="004C1921">
            <w:pPr>
              <w:spacing w:after="40" w:line="38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rtl/>
              </w:rPr>
              <w:t>اسم الجامعة</w:t>
            </w:r>
          </w:p>
          <w:p w14:paraId="2D49B5DB" w14:textId="77777777" w:rsidR="000447A4" w:rsidRDefault="004C1921">
            <w:pPr>
              <w:spacing w:after="40" w:line="38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rtl/>
              </w:rPr>
              <w:t>اسم الكلية</w:t>
            </w:r>
          </w:p>
          <w:p w14:paraId="7FD260B5" w14:textId="77777777" w:rsidR="000447A4" w:rsidRDefault="004C1921">
            <w:pPr>
              <w:spacing w:after="40" w:line="38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rtl/>
              </w:rPr>
              <w:t>اسم القسم العلمي</w:t>
            </w:r>
          </w:p>
          <w:p w14:paraId="44D4EAE7" w14:textId="77777777" w:rsidR="000447A4" w:rsidRDefault="000447A4">
            <w:pPr>
              <w:spacing w:after="0" w:line="720" w:lineRule="exact"/>
              <w:jc w:val="both"/>
            </w:pPr>
          </w:p>
          <w:p w14:paraId="3744702B" w14:textId="77777777" w:rsidR="000447A4" w:rsidRDefault="004C1921">
            <w:pPr>
              <w:spacing w:after="80" w:line="440" w:lineRule="exact"/>
              <w:jc w:val="center"/>
            </w:pPr>
            <w:r>
              <w:rPr>
                <w:rFonts w:ascii="Century Gothic" w:eastAsia="Century Gothic" w:hAnsi="Century Gothic"/>
                <w:color w:val="FFFFFF"/>
                <w:sz w:val="32"/>
                <w:szCs w:val="32"/>
                <w:rtl/>
              </w:rPr>
              <w:t>تقرير / بحث</w:t>
            </w:r>
          </w:p>
          <w:p w14:paraId="578FE9B3" w14:textId="77777777" w:rsidR="000447A4" w:rsidRDefault="004C1921">
            <w:pPr>
              <w:spacing w:line="70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sz w:val="52"/>
                <w:szCs w:val="52"/>
                <w:rtl/>
              </w:rPr>
              <w:t>عنوان التقرير أو البحث يُكتب هنا بوضوح وإيجاز</w:t>
            </w:r>
          </w:p>
          <w:p w14:paraId="47056E30" w14:textId="77777777" w:rsidR="000447A4" w:rsidRDefault="004C1921">
            <w:pPr>
              <w:spacing w:after="40" w:line="380" w:lineRule="exact"/>
              <w:jc w:val="center"/>
            </w:pPr>
            <w:r>
              <w:rPr>
                <w:rFonts w:eastAsia="Calibri"/>
                <w:color w:val="FFFFFF"/>
                <w:rtl/>
              </w:rPr>
              <w:t>المادة: اسم المادة</w:t>
            </w:r>
          </w:p>
        </w:tc>
      </w:tr>
    </w:tbl>
    <w:p w14:paraId="450D14D9" w14:textId="77777777" w:rsidR="000447A4" w:rsidRDefault="000447A4">
      <w:pPr>
        <w:spacing w:after="0" w:line="3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0447A4" w14:paraId="6F4A9229" w14:textId="77777777">
        <w:trPr>
          <w:jc w:val="center"/>
        </w:trPr>
        <w:tc>
          <w:tcPr>
            <w:tcW w:w="1984" w:type="dxa"/>
          </w:tcPr>
          <w:p w14:paraId="21E5B195" w14:textId="77777777" w:rsidR="000447A4" w:rsidRDefault="004C192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45DF872" wp14:editId="7410EEF9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03DA786D" w14:textId="77777777" w:rsidR="000447A4" w:rsidRDefault="004C1921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8ACC430" wp14:editId="26EF377C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D62150" w14:textId="77777777" w:rsidR="000447A4" w:rsidRDefault="000447A4">
      <w:pPr>
        <w:spacing w:line="380" w:lineRule="exact"/>
        <w:jc w:val="both"/>
      </w:pPr>
    </w:p>
    <w:p w14:paraId="23C8BBA0" w14:textId="77777777" w:rsidR="000447A4" w:rsidRDefault="000447A4">
      <w:pPr>
        <w:spacing w:after="0" w:line="800" w:lineRule="exact"/>
        <w:jc w:val="both"/>
      </w:pPr>
    </w:p>
    <w:p w14:paraId="66D2C07D" w14:textId="77777777" w:rsidR="000447A4" w:rsidRDefault="004C1921">
      <w:pPr>
        <w:spacing w:after="40" w:line="380" w:lineRule="exact"/>
        <w:jc w:val="center"/>
      </w:pPr>
      <w:r>
        <w:rPr>
          <w:rFonts w:eastAsia="Calibri"/>
          <w:color w:val="4A5E63"/>
          <w:rtl/>
        </w:rPr>
        <w:t xml:space="preserve">إعداد الطالب: </w:t>
      </w:r>
      <w:r>
        <w:rPr>
          <w:rFonts w:eastAsia="Calibri"/>
          <w:b/>
          <w:bCs/>
          <w:color w:val="152326"/>
          <w:rtl/>
        </w:rPr>
        <w:t>اسم الطالب الثلاثي</w:t>
      </w:r>
    </w:p>
    <w:p w14:paraId="3E2F73AC" w14:textId="77777777" w:rsidR="000447A4" w:rsidRDefault="004C1921">
      <w:pPr>
        <w:spacing w:after="40" w:line="380" w:lineRule="exact"/>
        <w:jc w:val="center"/>
      </w:pPr>
      <w:r>
        <w:rPr>
          <w:rFonts w:eastAsia="Calibri"/>
          <w:color w:val="4A5E63"/>
          <w:rtl/>
        </w:rPr>
        <w:t xml:space="preserve">المرحلة: </w:t>
      </w:r>
      <w:r>
        <w:rPr>
          <w:rFonts w:eastAsia="Calibri"/>
          <w:b/>
          <w:bCs/>
          <w:color w:val="152326"/>
          <w:rtl/>
        </w:rPr>
        <w:t>……   الشعبة: ……</w:t>
      </w:r>
    </w:p>
    <w:p w14:paraId="3D75556B" w14:textId="77777777" w:rsidR="000447A4" w:rsidRDefault="004C1921">
      <w:pPr>
        <w:spacing w:after="40" w:line="380" w:lineRule="exact"/>
        <w:jc w:val="center"/>
      </w:pPr>
      <w:r>
        <w:rPr>
          <w:rFonts w:eastAsia="Calibri"/>
          <w:color w:val="4A5E63"/>
          <w:rtl/>
        </w:rPr>
        <w:t xml:space="preserve">إشراف: </w:t>
      </w:r>
      <w:r>
        <w:rPr>
          <w:rFonts w:eastAsia="Calibri"/>
          <w:b/>
          <w:bCs/>
          <w:color w:val="152326"/>
          <w:rtl/>
        </w:rPr>
        <w:t xml:space="preserve">اسم المشرف مع اللقب </w:t>
      </w:r>
      <w:r>
        <w:rPr>
          <w:rFonts w:eastAsia="Calibri"/>
          <w:b/>
          <w:bCs/>
          <w:color w:val="152326"/>
          <w:rtl/>
        </w:rPr>
        <w:t>العلمي</w:t>
      </w:r>
    </w:p>
    <w:p w14:paraId="595AABBB" w14:textId="77777777" w:rsidR="000447A4" w:rsidRDefault="004C1921">
      <w:pPr>
        <w:spacing w:after="40" w:line="380" w:lineRule="exact"/>
        <w:jc w:val="center"/>
      </w:pPr>
      <w:r>
        <w:rPr>
          <w:rFonts w:eastAsia="Calibri"/>
          <w:color w:val="4A5E63"/>
          <w:rtl/>
        </w:rPr>
        <w:t xml:space="preserve">التاريخ: </w:t>
      </w:r>
      <w:r>
        <w:rPr>
          <w:rFonts w:eastAsia="Calibri"/>
          <w:b/>
          <w:bCs/>
          <w:color w:val="152326"/>
        </w:rPr>
        <w:t>……/……/……</w:t>
      </w:r>
    </w:p>
    <w:p w14:paraId="067B182D" w14:textId="77777777" w:rsidR="000447A4" w:rsidRDefault="004C1921">
      <w:pPr>
        <w:spacing w:before="360" w:line="320" w:lineRule="exact"/>
        <w:jc w:val="center"/>
      </w:pPr>
      <w:r>
        <w:rPr>
          <w:rFonts w:eastAsia="Calibri"/>
          <w:color w:val="4A5E63"/>
          <w:sz w:val="24"/>
          <w:szCs w:val="24"/>
          <w:rtl/>
        </w:rPr>
        <w:t>العام الدراسي 2026 – 2027</w:t>
      </w:r>
    </w:p>
    <w:p w14:paraId="3B5B37C3" w14:textId="77777777" w:rsidR="000447A4" w:rsidRDefault="004C1921">
      <w:pPr>
        <w:keepNext/>
        <w:pageBreakBefore/>
        <w:pBdr>
          <w:bottom w:val="single" w:sz="8" w:space="4" w:color="0F5C6E"/>
        </w:pBdr>
        <w:spacing w:before="320"/>
      </w:pPr>
      <w:r>
        <w:rPr>
          <w:rFonts w:ascii="Century Gothic" w:eastAsia="Century Gothic" w:hAnsi="Century Gothic"/>
          <w:b/>
          <w:bCs/>
          <w:color w:val="0F5C6E"/>
          <w:sz w:val="36"/>
          <w:szCs w:val="36"/>
          <w:rtl/>
        </w:rPr>
        <w:lastRenderedPageBreak/>
        <w:t>المحتويات</w:t>
      </w:r>
    </w:p>
    <w:p w14:paraId="5F7789BE" w14:textId="0D65608E" w:rsidR="004C1921" w:rsidRDefault="004C19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TOC \o "1-2" \h \z \u </w:instrText>
      </w:r>
      <w:r>
        <w:rPr>
          <w:rFonts w:eastAsia="Calibri"/>
        </w:rPr>
        <w:fldChar w:fldCharType="separate"/>
      </w:r>
      <w:hyperlink w:anchor="_Toc241685793" w:history="1">
        <w:r w:rsidRPr="002F2EC9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1 </w:t>
        </w:r>
        <w:r w:rsidRPr="002F2EC9">
          <w:rPr>
            <w:rStyle w:val="Hyperlink"/>
            <w:rFonts w:eastAsia="Calibri"/>
            <w:noProof/>
            <w:rtl/>
          </w:rPr>
          <w:t xml:space="preserve">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المقدمة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Toc241685793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7EC1A44" w14:textId="21E91C6D" w:rsidR="004C1921" w:rsidRDefault="004C19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94" w:history="1">
        <w:r w:rsidRPr="002F2EC9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2 </w:t>
        </w:r>
        <w:r w:rsidRPr="002F2EC9">
          <w:rPr>
            <w:rStyle w:val="Hyperlink"/>
            <w:rFonts w:eastAsia="Calibri"/>
            <w:noProof/>
            <w:rtl/>
          </w:rPr>
          <w:t xml:space="preserve">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مشكلة</w:t>
        </w:r>
        <w:r w:rsidRPr="002F2EC9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البحث</w:t>
        </w:r>
        <w:r w:rsidRPr="002F2EC9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وأهدافه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Toc241685794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07B846D3" w14:textId="3FEFE2AC" w:rsidR="004C1921" w:rsidRDefault="004C19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95" w:history="1">
        <w:r w:rsidRPr="002F2EC9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3 </w:t>
        </w:r>
        <w:r w:rsidRPr="002F2EC9">
          <w:rPr>
            <w:rStyle w:val="Hyperlink"/>
            <w:rFonts w:eastAsia="Calibri"/>
            <w:noProof/>
            <w:rtl/>
          </w:rPr>
          <w:t xml:space="preserve">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الإطار</w:t>
        </w:r>
        <w:r w:rsidRPr="002F2EC9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Toc241685795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4381AEE5" w14:textId="7A446870" w:rsidR="004C1921" w:rsidRDefault="004C1921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96" w:history="1">
        <w:r w:rsidRPr="002F2EC9">
          <w:rPr>
            <w:rStyle w:val="Hyperlink"/>
            <w:rFonts w:ascii="Century Gothic" w:eastAsia="Century Gothic" w:hAnsi="Century Gothic"/>
            <w:noProof/>
            <w:rtl/>
          </w:rPr>
          <w:t xml:space="preserve">3.1 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المحور</w:t>
        </w:r>
        <w:r w:rsidRPr="002F2EC9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الأول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Toc241685796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11F6167" w14:textId="09E0F510" w:rsidR="004C1921" w:rsidRDefault="004C1921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97" w:history="1">
        <w:r w:rsidRPr="002F2EC9">
          <w:rPr>
            <w:rStyle w:val="Hyperlink"/>
            <w:rFonts w:ascii="Century Gothic" w:eastAsia="Century Gothic" w:hAnsi="Century Gothic"/>
            <w:noProof/>
            <w:rtl/>
          </w:rPr>
          <w:t xml:space="preserve">3.2 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المحور</w:t>
        </w:r>
        <w:r w:rsidRPr="002F2EC9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الثاني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Toc241685797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0BE8A0EF" w14:textId="435B18D8" w:rsidR="004C1921" w:rsidRDefault="004C19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98" w:history="1">
        <w:r w:rsidRPr="002F2EC9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4 </w:t>
        </w:r>
        <w:r w:rsidRPr="002F2EC9">
          <w:rPr>
            <w:rStyle w:val="Hyperlink"/>
            <w:rFonts w:eastAsia="Calibri"/>
            <w:noProof/>
            <w:rtl/>
          </w:rPr>
          <w:t xml:space="preserve">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المنهجية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Toc241685798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7672B59B" w14:textId="72585E39" w:rsidR="004C1921" w:rsidRDefault="004C19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99" w:history="1">
        <w:r w:rsidRPr="002F2EC9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5 </w:t>
        </w:r>
        <w:r w:rsidRPr="002F2EC9">
          <w:rPr>
            <w:rStyle w:val="Hyperlink"/>
            <w:rFonts w:eastAsia="Calibri"/>
            <w:noProof/>
            <w:rtl/>
          </w:rPr>
          <w:t xml:space="preserve">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النتائج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Toc241685799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29ADF1C6" w14:textId="13591545" w:rsidR="004C1921" w:rsidRDefault="004C19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00" w:history="1">
        <w:r w:rsidRPr="002F2EC9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6 </w:t>
        </w:r>
        <w:r w:rsidRPr="002F2EC9">
          <w:rPr>
            <w:rStyle w:val="Hyperlink"/>
            <w:rFonts w:eastAsia="Calibri"/>
            <w:noProof/>
            <w:rtl/>
          </w:rPr>
          <w:t xml:space="preserve">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Toc241685800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1120F327" w14:textId="6246CDF6" w:rsidR="004C1921" w:rsidRDefault="004C19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01" w:history="1">
        <w:r w:rsidRPr="002F2EC9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7 </w:t>
        </w:r>
        <w:r w:rsidRPr="002F2EC9">
          <w:rPr>
            <w:rStyle w:val="Hyperlink"/>
            <w:rFonts w:eastAsia="Calibri"/>
            <w:noProof/>
            <w:rtl/>
          </w:rPr>
          <w:t xml:space="preserve"> 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الخلاصة</w:t>
        </w:r>
        <w:r w:rsidRPr="002F2EC9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والتوصيات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Toc241685801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381CD7D1" w14:textId="6F21446D" w:rsidR="004C1921" w:rsidRDefault="004C1921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802" w:history="1">
        <w:r w:rsidRPr="002F2EC9">
          <w:rPr>
            <w:rStyle w:val="Hyperlink"/>
            <w:rFonts w:ascii="Century Gothic" w:eastAsia="Century Gothic" w:hAnsi="Century Gothic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Toc241685802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3576FD45" w14:textId="45902CB1" w:rsidR="000447A4" w:rsidRDefault="004C1921">
      <w:r>
        <w:rPr>
          <w:rFonts w:eastAsia="Calibri"/>
        </w:rPr>
        <w:fldChar w:fldCharType="end"/>
      </w:r>
    </w:p>
    <w:p w14:paraId="30DF1A35" w14:textId="77777777" w:rsidR="000447A4" w:rsidRDefault="000447A4">
      <w:pPr>
        <w:sectPr w:rsidR="000447A4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dashed" w:sz="8" w:space="0" w:color="0F5C6E"/>
          <w:left w:val="dashed" w:sz="8" w:space="0" w:color="0F5C6E"/>
          <w:bottom w:val="dashed" w:sz="8" w:space="0" w:color="0F5C6E"/>
          <w:right w:val="dashed" w:sz="8" w:space="0" w:color="0F5C6E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0447A4" w14:paraId="5E2F3E04" w14:textId="77777777">
        <w:trPr>
          <w:jc w:val="center"/>
        </w:trPr>
        <w:tc>
          <w:tcPr>
            <w:tcW w:w="9071" w:type="dxa"/>
          </w:tcPr>
          <w:p w14:paraId="79FD2A6F" w14:textId="77777777" w:rsidR="000447A4" w:rsidRDefault="004C1921">
            <w:pPr>
              <w:jc w:val="both"/>
            </w:pPr>
            <w:r>
              <w:rPr>
                <w:rFonts w:eastAsia="Calibri"/>
                <w:b/>
                <w:bCs/>
                <w:color w:val="0F5C6E"/>
                <w:rtl/>
              </w:rPr>
              <w:lastRenderedPageBreak/>
              <w:t>طريقة استخدام القالب — احذف هذا المربع قبل الطباعة</w:t>
            </w:r>
          </w:p>
          <w:p w14:paraId="0051D399" w14:textId="77777777" w:rsidR="000447A4" w:rsidRDefault="004C1921">
            <w:pPr>
              <w:jc w:val="both"/>
            </w:pPr>
            <w:r>
              <w:rPr>
                <w:rFonts w:eastAsia="Calibri"/>
                <w:color w:val="152326"/>
                <w:rtl/>
              </w:rPr>
              <w:t xml:space="preserve">النصوص الرمادية إرشادات: اقرأها ثم احذفها واكتب مكانها. غيّر الشعارات بالنقر عليها بزر </w:t>
            </w:r>
            <w:r>
              <w:rPr>
                <w:rFonts w:eastAsia="Calibri"/>
                <w:color w:val="152326"/>
                <w:rtl/>
              </w:rPr>
              <w:t>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556B0A74" w14:textId="77777777" w:rsidR="000447A4" w:rsidRDefault="000447A4">
      <w:pPr>
        <w:spacing w:after="40"/>
        <w:jc w:val="both"/>
      </w:pPr>
    </w:p>
    <w:p w14:paraId="067CD4B1" w14:textId="77777777" w:rsidR="000447A4" w:rsidRDefault="004C1921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0" w:name="_Toc241685793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1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المقدمة</w:t>
      </w:r>
      <w:bookmarkEnd w:id="0"/>
    </w:p>
    <w:p w14:paraId="7DF847E3" w14:textId="77777777" w:rsidR="000447A4" w:rsidRDefault="004C1921">
      <w:pPr>
        <w:jc w:val="both"/>
      </w:pPr>
      <w:r>
        <w:rPr>
          <w:rFonts w:eastAsia="Calibri"/>
          <w:color w:val="4A5E63"/>
          <w:sz w:val="26"/>
          <w:szCs w:val="26"/>
          <w:rtl/>
        </w:rPr>
        <w:t>مهّد للموضوع من العام إلى الخاص، وبيّن أهميته وما سيتناوله التقرير. نصف صفحة إلى صفحة تكفي.</w:t>
      </w:r>
    </w:p>
    <w:p w14:paraId="38EADB82" w14:textId="77777777" w:rsidR="000447A4" w:rsidRDefault="004C1921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1" w:name="_Toc241685794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2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 xml:space="preserve">مشكلة البحث </w:t>
      </w:r>
      <w:r>
        <w:rPr>
          <w:rFonts w:ascii="Century Gothic" w:eastAsia="Century Gothic" w:hAnsi="Century Gothic" w:cs="Segoe UI"/>
          <w:sz w:val="36"/>
          <w:szCs w:val="36"/>
          <w:rtl/>
        </w:rPr>
        <w:t>وأهدافه</w:t>
      </w:r>
      <w:bookmarkEnd w:id="1"/>
    </w:p>
    <w:p w14:paraId="24F3D070" w14:textId="77777777" w:rsidR="000447A4" w:rsidRDefault="004C1921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صُغ المشكلة في سؤال واضح أو جملة واحدة محدّدة، ثم اكتب الأهداف مرقّمة وقابلة للقياس.</w:t>
      </w:r>
    </w:p>
    <w:p w14:paraId="389013BB" w14:textId="77777777" w:rsidR="000447A4" w:rsidRDefault="004C1921">
      <w:pPr>
        <w:spacing w:after="40"/>
        <w:ind w:right="510" w:hanging="340"/>
      </w:pPr>
      <w:r>
        <w:rPr>
          <w:rFonts w:eastAsia="Calibri"/>
          <w:b/>
          <w:bCs/>
          <w:color w:val="0F5C6E"/>
          <w:rtl/>
        </w:rPr>
        <w:t>1.</w:t>
      </w:r>
      <w:r>
        <w:rPr>
          <w:rFonts w:eastAsia="Calibri"/>
          <w:b/>
          <w:bCs/>
          <w:color w:val="0F5C6E"/>
          <w:rtl/>
        </w:rPr>
        <w:tab/>
      </w:r>
      <w:r>
        <w:rPr>
          <w:rFonts w:eastAsia="Calibri"/>
          <w:color w:val="152326"/>
          <w:rtl/>
        </w:rPr>
        <w:t>الهدف الأول.</w:t>
      </w:r>
    </w:p>
    <w:p w14:paraId="0A51CBDF" w14:textId="77777777" w:rsidR="000447A4" w:rsidRDefault="004C1921">
      <w:pPr>
        <w:spacing w:after="40"/>
        <w:ind w:right="510" w:hanging="340"/>
      </w:pPr>
      <w:r>
        <w:rPr>
          <w:rFonts w:eastAsia="Calibri"/>
          <w:b/>
          <w:bCs/>
          <w:color w:val="0F5C6E"/>
          <w:rtl/>
        </w:rPr>
        <w:t>2.</w:t>
      </w:r>
      <w:r>
        <w:rPr>
          <w:rFonts w:eastAsia="Calibri"/>
          <w:b/>
          <w:bCs/>
          <w:color w:val="0F5C6E"/>
          <w:rtl/>
        </w:rPr>
        <w:tab/>
      </w:r>
      <w:r>
        <w:rPr>
          <w:rFonts w:eastAsia="Calibri"/>
          <w:color w:val="152326"/>
          <w:rtl/>
        </w:rPr>
        <w:t>الهدف الثاني.</w:t>
      </w:r>
    </w:p>
    <w:p w14:paraId="7F06E2CE" w14:textId="77777777" w:rsidR="000447A4" w:rsidRDefault="004C1921">
      <w:pPr>
        <w:spacing w:after="40"/>
        <w:ind w:right="510" w:hanging="340"/>
      </w:pPr>
      <w:r>
        <w:rPr>
          <w:rFonts w:eastAsia="Calibri"/>
          <w:b/>
          <w:bCs/>
          <w:color w:val="0F5C6E"/>
          <w:rtl/>
        </w:rPr>
        <w:t>3.</w:t>
      </w:r>
      <w:r>
        <w:rPr>
          <w:rFonts w:eastAsia="Calibri"/>
          <w:b/>
          <w:bCs/>
          <w:color w:val="0F5C6E"/>
          <w:rtl/>
        </w:rPr>
        <w:tab/>
      </w:r>
      <w:r>
        <w:rPr>
          <w:rFonts w:eastAsia="Calibri"/>
          <w:color w:val="152326"/>
          <w:rtl/>
        </w:rPr>
        <w:t>الهدف الثالث.</w:t>
      </w:r>
    </w:p>
    <w:p w14:paraId="4637ECE6" w14:textId="77777777" w:rsidR="000447A4" w:rsidRDefault="004C1921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2" w:name="_Toc241685795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3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الإطار النظري</w:t>
      </w:r>
      <w:bookmarkEnd w:id="2"/>
    </w:p>
    <w:p w14:paraId="6A881B54" w14:textId="77777777" w:rsidR="000447A4" w:rsidRDefault="004C1921">
      <w:pPr>
        <w:jc w:val="both"/>
      </w:pPr>
      <w:r>
        <w:rPr>
          <w:rFonts w:eastAsia="Calibri"/>
          <w:color w:val="4A5E63"/>
          <w:sz w:val="26"/>
          <w:szCs w:val="26"/>
          <w:rtl/>
        </w:rPr>
        <w:t>قسّم هذا الجزء إلى محاور فرعية، ولكل محور عنوان. اعرض الأفكار بلغتك واذكر المصدر بين قوسين مربعين [1].</w:t>
      </w:r>
    </w:p>
    <w:p w14:paraId="028D5550" w14:textId="77777777" w:rsidR="000447A4" w:rsidRDefault="004C1921">
      <w:pPr>
        <w:pStyle w:val="Heading2"/>
        <w:spacing w:after="120"/>
      </w:pPr>
      <w:bookmarkStart w:id="3" w:name="_Toc241685796"/>
      <w:r>
        <w:rPr>
          <w:rFonts w:ascii="Century Gothic" w:eastAsia="Century Gothic" w:hAnsi="Century Gothic" w:cs="Segoe UI"/>
          <w:sz w:val="32"/>
          <w:szCs w:val="32"/>
          <w:rtl/>
        </w:rPr>
        <w:t>3.1   المحور الأول</w:t>
      </w:r>
      <w:bookmarkEnd w:id="3"/>
    </w:p>
    <w:p w14:paraId="030E91D8" w14:textId="77777777" w:rsidR="000447A4" w:rsidRDefault="004C1921">
      <w:pPr>
        <w:jc w:val="both"/>
      </w:pPr>
      <w:r>
        <w:rPr>
          <w:rFonts w:eastAsia="Calibri"/>
          <w:color w:val="4A5E63"/>
          <w:sz w:val="26"/>
          <w:szCs w:val="26"/>
          <w:rtl/>
        </w:rPr>
        <w:t>اكتب هنا فقرات المحور الأول.</w:t>
      </w:r>
    </w:p>
    <w:p w14:paraId="60FDAC4A" w14:textId="77777777" w:rsidR="000447A4" w:rsidRDefault="004C1921">
      <w:pPr>
        <w:pStyle w:val="Heading2"/>
        <w:spacing w:after="120"/>
      </w:pPr>
      <w:bookmarkStart w:id="4" w:name="_Toc241685797"/>
      <w:r>
        <w:rPr>
          <w:rFonts w:ascii="Century Gothic" w:eastAsia="Century Gothic" w:hAnsi="Century Gothic" w:cs="Segoe UI"/>
          <w:sz w:val="32"/>
          <w:szCs w:val="32"/>
          <w:rtl/>
        </w:rPr>
        <w:lastRenderedPageBreak/>
        <w:t>3.2   المحور الثاني</w:t>
      </w:r>
      <w:bookmarkEnd w:id="4"/>
    </w:p>
    <w:p w14:paraId="7EC772C8" w14:textId="77777777" w:rsidR="000447A4" w:rsidRDefault="004C1921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اكتب هنا فقرات المحور الثاني. إن احتجت معادلة فهذا مثال قابل للتعديل (المتوسط الحسابي):</w:t>
      </w:r>
    </w:p>
    <w:p w14:paraId="448B6E66" w14:textId="77777777" w:rsidR="000447A4" w:rsidRDefault="004C1921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Calibri"/>
          <w:color w:val="152326"/>
        </w:rPr>
        <w:tab/>
        <w:t>(1)</w:t>
      </w:r>
    </w:p>
    <w:p w14:paraId="34170FC1" w14:textId="77777777" w:rsidR="000447A4" w:rsidRDefault="004C1921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5" w:name="_Toc241685798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4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المنهجية</w:t>
      </w:r>
      <w:bookmarkEnd w:id="5"/>
    </w:p>
    <w:p w14:paraId="73C42AA3" w14:textId="77777777" w:rsidR="000447A4" w:rsidRDefault="004C1921">
      <w:pPr>
        <w:jc w:val="both"/>
      </w:pPr>
      <w:r>
        <w:rPr>
          <w:rFonts w:eastAsia="Calibri"/>
          <w:color w:val="4A5E63"/>
          <w:sz w:val="26"/>
          <w:szCs w:val="26"/>
          <w:rtl/>
        </w:rPr>
        <w:t xml:space="preserve">المنهج المتّبع، مصادر البيانات أو العيّنة، </w:t>
      </w:r>
      <w:r>
        <w:rPr>
          <w:rFonts w:eastAsia="Calibri"/>
          <w:color w:val="4A5E63"/>
          <w:sz w:val="26"/>
          <w:szCs w:val="26"/>
          <w:rtl/>
        </w:rPr>
        <w:t>الأدوات المستخدمة، وطريقة التحليل.</w:t>
      </w:r>
    </w:p>
    <w:p w14:paraId="47A4B303" w14:textId="77777777" w:rsidR="000447A4" w:rsidRDefault="004C1921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6" w:name="_Toc241685799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5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النتائج</w:t>
      </w:r>
      <w:bookmarkEnd w:id="6"/>
    </w:p>
    <w:p w14:paraId="1474676A" w14:textId="77777777" w:rsidR="000447A4" w:rsidRDefault="004C1921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اعرض النتائج بالجداول والأشكال، واذكر رقم كل جدول أو شكل داخل النص.</w:t>
      </w:r>
    </w:p>
    <w:p w14:paraId="50B00182" w14:textId="77777777" w:rsidR="000447A4" w:rsidRDefault="004C1921">
      <w:pPr>
        <w:keepNext/>
        <w:spacing w:before="40" w:after="80"/>
        <w:jc w:val="center"/>
      </w:pPr>
      <w:r>
        <w:rPr>
          <w:rFonts w:eastAsia="Calibri"/>
          <w:b/>
          <w:bCs/>
          <w:color w:val="152326"/>
          <w:sz w:val="24"/>
          <w:szCs w:val="24"/>
          <w:rtl/>
        </w:rPr>
        <w:t xml:space="preserve">الجدول (1). </w:t>
      </w:r>
      <w:r>
        <w:rPr>
          <w:rFonts w:eastAsia="Calibri"/>
          <w:color w:val="152326"/>
          <w:sz w:val="24"/>
          <w:szCs w:val="24"/>
          <w:rtl/>
        </w:rPr>
        <w:t>عنوان الجدول يوضّح محتواه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8" w:space="0" w:color="0F5C6E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0447A4" w14:paraId="7319C2A5" w14:textId="77777777">
        <w:trPr>
          <w:cantSplit/>
          <w:tblHeader/>
          <w:jc w:val="center"/>
        </w:trPr>
        <w:tc>
          <w:tcPr>
            <w:tcW w:w="737" w:type="dxa"/>
            <w:shd w:val="clear" w:color="auto" w:fill="0F5C6E"/>
          </w:tcPr>
          <w:p w14:paraId="0B36B451" w14:textId="77777777" w:rsidR="000447A4" w:rsidRDefault="004C1921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ت</w:t>
            </w:r>
          </w:p>
        </w:tc>
        <w:tc>
          <w:tcPr>
            <w:tcW w:w="2778" w:type="dxa"/>
            <w:shd w:val="clear" w:color="auto" w:fill="0F5C6E"/>
          </w:tcPr>
          <w:p w14:paraId="4CB043F8" w14:textId="77777777" w:rsidR="000447A4" w:rsidRDefault="004C1921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البند</w:t>
            </w:r>
          </w:p>
        </w:tc>
        <w:tc>
          <w:tcPr>
            <w:tcW w:w="2778" w:type="dxa"/>
            <w:shd w:val="clear" w:color="auto" w:fill="0F5C6E"/>
          </w:tcPr>
          <w:p w14:paraId="212C51F2" w14:textId="77777777" w:rsidR="000447A4" w:rsidRDefault="004C1921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القيمة</w:t>
            </w:r>
          </w:p>
        </w:tc>
        <w:tc>
          <w:tcPr>
            <w:tcW w:w="2778" w:type="dxa"/>
            <w:shd w:val="clear" w:color="auto" w:fill="0F5C6E"/>
          </w:tcPr>
          <w:p w14:paraId="3C506404" w14:textId="77777777" w:rsidR="000447A4" w:rsidRDefault="004C1921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 w:rsidR="000447A4" w14:paraId="51CA553D" w14:textId="77777777">
        <w:trPr>
          <w:cantSplit/>
          <w:jc w:val="center"/>
        </w:trPr>
        <w:tc>
          <w:tcPr>
            <w:tcW w:w="737" w:type="dxa"/>
          </w:tcPr>
          <w:p w14:paraId="3E4D21F0" w14:textId="77777777" w:rsidR="000447A4" w:rsidRDefault="004C1921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4"/>
                <w:szCs w:val="24"/>
              </w:rPr>
              <w:t>1</w:t>
            </w:r>
          </w:p>
        </w:tc>
        <w:tc>
          <w:tcPr>
            <w:tcW w:w="2778" w:type="dxa"/>
          </w:tcPr>
          <w:p w14:paraId="301BC08A" w14:textId="77777777" w:rsidR="000447A4" w:rsidRDefault="000447A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33B64B7F" w14:textId="77777777" w:rsidR="000447A4" w:rsidRDefault="000447A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14:paraId="737B070C" w14:textId="77777777" w:rsidR="000447A4" w:rsidRDefault="000447A4">
            <w:pPr>
              <w:keepNext/>
              <w:spacing w:before="20" w:after="20"/>
              <w:jc w:val="center"/>
            </w:pPr>
          </w:p>
        </w:tc>
      </w:tr>
      <w:tr w:rsidR="000447A4" w14:paraId="7D7AAB37" w14:textId="77777777">
        <w:trPr>
          <w:cantSplit/>
          <w:jc w:val="center"/>
        </w:trPr>
        <w:tc>
          <w:tcPr>
            <w:tcW w:w="737" w:type="dxa"/>
            <w:shd w:val="clear" w:color="auto" w:fill="EDF6F8"/>
          </w:tcPr>
          <w:p w14:paraId="5A34E4FE" w14:textId="77777777" w:rsidR="000447A4" w:rsidRDefault="004C1921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4"/>
                <w:szCs w:val="24"/>
              </w:rPr>
              <w:t>2</w:t>
            </w:r>
          </w:p>
        </w:tc>
        <w:tc>
          <w:tcPr>
            <w:tcW w:w="2778" w:type="dxa"/>
            <w:shd w:val="clear" w:color="auto" w:fill="EDF6F8"/>
          </w:tcPr>
          <w:p w14:paraId="3A41CA54" w14:textId="77777777" w:rsidR="000447A4" w:rsidRDefault="000447A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  <w:shd w:val="clear" w:color="auto" w:fill="EDF6F8"/>
          </w:tcPr>
          <w:p w14:paraId="08FBBB21" w14:textId="77777777" w:rsidR="000447A4" w:rsidRDefault="000447A4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  <w:shd w:val="clear" w:color="auto" w:fill="EDF6F8"/>
          </w:tcPr>
          <w:p w14:paraId="3C46A6D2" w14:textId="77777777" w:rsidR="000447A4" w:rsidRDefault="000447A4">
            <w:pPr>
              <w:keepNext/>
              <w:spacing w:before="20" w:after="20"/>
              <w:jc w:val="center"/>
            </w:pPr>
          </w:p>
        </w:tc>
      </w:tr>
      <w:tr w:rsidR="000447A4" w14:paraId="2E9FBE1E" w14:textId="77777777">
        <w:trPr>
          <w:cantSplit/>
          <w:jc w:val="center"/>
        </w:trPr>
        <w:tc>
          <w:tcPr>
            <w:tcW w:w="737" w:type="dxa"/>
          </w:tcPr>
          <w:p w14:paraId="66075085" w14:textId="77777777" w:rsidR="000447A4" w:rsidRDefault="004C1921">
            <w:pPr>
              <w:spacing w:before="20" w:after="20"/>
              <w:jc w:val="center"/>
            </w:pPr>
            <w:r>
              <w:rPr>
                <w:rFonts w:eastAsia="Calibri"/>
                <w:color w:val="152326"/>
                <w:sz w:val="24"/>
                <w:szCs w:val="24"/>
              </w:rPr>
              <w:t>3</w:t>
            </w:r>
          </w:p>
        </w:tc>
        <w:tc>
          <w:tcPr>
            <w:tcW w:w="2778" w:type="dxa"/>
          </w:tcPr>
          <w:p w14:paraId="41A8DBC1" w14:textId="77777777" w:rsidR="000447A4" w:rsidRDefault="000447A4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06034200" w14:textId="77777777" w:rsidR="000447A4" w:rsidRDefault="000447A4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14:paraId="4607A708" w14:textId="77777777" w:rsidR="000447A4" w:rsidRDefault="000447A4">
            <w:pPr>
              <w:spacing w:before="20" w:after="20"/>
              <w:jc w:val="center"/>
            </w:pPr>
          </w:p>
        </w:tc>
      </w:tr>
    </w:tbl>
    <w:p w14:paraId="414D4111" w14:textId="77777777" w:rsidR="000447A4" w:rsidRDefault="000447A4">
      <w:pPr>
        <w:spacing w:after="40"/>
        <w:jc w:val="both"/>
      </w:pPr>
    </w:p>
    <w:p w14:paraId="4BC5FD8B" w14:textId="77777777" w:rsidR="000447A4" w:rsidRDefault="004C1921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423065EA" wp14:editId="55C2A1FD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CAB92" w14:textId="77777777" w:rsidR="000447A4" w:rsidRDefault="004C1921">
      <w:pPr>
        <w:spacing w:before="40" w:after="160"/>
        <w:jc w:val="center"/>
      </w:pPr>
      <w:r>
        <w:rPr>
          <w:rFonts w:eastAsia="Calibri"/>
          <w:b/>
          <w:bCs/>
          <w:color w:val="152326"/>
          <w:sz w:val="24"/>
          <w:szCs w:val="24"/>
          <w:rtl/>
        </w:rPr>
        <w:t xml:space="preserve">الشكل (1). </w:t>
      </w:r>
      <w:r>
        <w:rPr>
          <w:rFonts w:eastAsia="Calibri"/>
          <w:color w:val="152326"/>
          <w:sz w:val="24"/>
          <w:szCs w:val="24"/>
          <w:rtl/>
        </w:rPr>
        <w:t>عنوان الشكل يوضّح محتواه</w:t>
      </w:r>
    </w:p>
    <w:p w14:paraId="666EACFE" w14:textId="77777777" w:rsidR="000447A4" w:rsidRDefault="004C1921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lastRenderedPageBreak/>
        <w:t xml:space="preserve"> </w:t>
      </w:r>
      <w:bookmarkStart w:id="7" w:name="_Toc241685800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6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المناقشة</w:t>
      </w:r>
      <w:bookmarkEnd w:id="7"/>
    </w:p>
    <w:p w14:paraId="3EEF8BE0" w14:textId="77777777" w:rsidR="000447A4" w:rsidRDefault="004C1921">
      <w:pPr>
        <w:jc w:val="both"/>
      </w:pPr>
      <w:r>
        <w:rPr>
          <w:rFonts w:eastAsia="Calibri"/>
          <w:color w:val="4A5E63"/>
          <w:sz w:val="26"/>
          <w:szCs w:val="26"/>
          <w:rtl/>
        </w:rPr>
        <w:t>فسّر النتائج واربطها بما ورد في الإطار النظري: أين اتفقت وأين اختلفت ولماذا.</w:t>
      </w:r>
    </w:p>
    <w:p w14:paraId="06D5F708" w14:textId="77777777" w:rsidR="000447A4" w:rsidRDefault="004C1921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8" w:name="_Toc241685801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7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الخلاصة والتوصيات</w:t>
      </w:r>
      <w:bookmarkEnd w:id="8"/>
    </w:p>
    <w:p w14:paraId="59729B89" w14:textId="77777777" w:rsidR="000447A4" w:rsidRDefault="004C1921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اختصر أهم ما توصّلت إليه، ثم اقترح توصيات عملية قابلة للتنفيذ.</w:t>
      </w:r>
    </w:p>
    <w:p w14:paraId="1CC5C85D" w14:textId="77777777" w:rsidR="000447A4" w:rsidRDefault="004C1921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ab/>
      </w:r>
      <w:r>
        <w:rPr>
          <w:rFonts w:eastAsia="Calibri"/>
          <w:color w:val="152326"/>
          <w:rtl/>
        </w:rPr>
        <w:t>التوصية الأولى.</w:t>
      </w:r>
    </w:p>
    <w:p w14:paraId="6AA45958" w14:textId="77777777" w:rsidR="000447A4" w:rsidRDefault="004C1921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ab/>
      </w:r>
      <w:r>
        <w:rPr>
          <w:rFonts w:eastAsia="Calibri"/>
          <w:color w:val="152326"/>
          <w:rtl/>
        </w:rPr>
        <w:t>التوصية الثانية.</w:t>
      </w:r>
    </w:p>
    <w:p w14:paraId="3E0482B3" w14:textId="77777777" w:rsidR="000447A4" w:rsidRDefault="004C1921">
      <w:pPr>
        <w:pStyle w:val="Heading1"/>
        <w:pBdr>
          <w:bottom w:val="single" w:sz="8" w:space="4" w:color="0F5C6E"/>
        </w:pBdr>
        <w:spacing w:before="320" w:after="120"/>
      </w:pPr>
      <w:bookmarkStart w:id="9" w:name="_Toc241685802"/>
      <w:r>
        <w:rPr>
          <w:rFonts w:ascii="Century Gothic" w:eastAsia="Century Gothic" w:hAnsi="Century Gothic" w:cs="Segoe UI"/>
          <w:sz w:val="36"/>
          <w:szCs w:val="36"/>
          <w:rtl/>
        </w:rPr>
        <w:t>المصادر</w:t>
      </w:r>
      <w:bookmarkEnd w:id="9"/>
    </w:p>
    <w:p w14:paraId="4E16DEEC" w14:textId="77777777" w:rsidR="000447A4" w:rsidRDefault="004C1921">
      <w:pPr>
        <w:keepNext/>
        <w:spacing w:after="80"/>
        <w:ind w:right="510" w:hanging="510"/>
      </w:pPr>
      <w:r>
        <w:rPr>
          <w:rFonts w:eastAsia="Calibri"/>
          <w:color w:val="152326"/>
          <w:sz w:val="26"/>
          <w:szCs w:val="26"/>
          <w:rtl/>
        </w:rPr>
        <w:t xml:space="preserve">[1] اسم المؤلف، </w:t>
      </w:r>
      <w:r>
        <w:rPr>
          <w:rFonts w:eastAsia="Calibri"/>
          <w:i/>
          <w:color w:val="152326"/>
          <w:sz w:val="26"/>
          <w:szCs w:val="26"/>
          <w:rtl/>
        </w:rPr>
        <w:t>عنوان الكتاب</w:t>
      </w:r>
      <w:r>
        <w:rPr>
          <w:rFonts w:eastAsia="Calibri"/>
          <w:color w:val="152326"/>
          <w:sz w:val="26"/>
          <w:szCs w:val="26"/>
          <w:rtl/>
        </w:rPr>
        <w:t xml:space="preserve">، ط2. </w:t>
      </w:r>
      <w:r>
        <w:rPr>
          <w:rFonts w:eastAsia="Calibri"/>
          <w:color w:val="152326"/>
          <w:sz w:val="26"/>
          <w:szCs w:val="26"/>
          <w:rtl/>
        </w:rPr>
        <w:t>المدينة: دار النشر، السنة، ص. 45.</w:t>
      </w:r>
    </w:p>
    <w:p w14:paraId="5E72F207" w14:textId="77777777" w:rsidR="000447A4" w:rsidRDefault="004C1921">
      <w:pPr>
        <w:keepNext/>
        <w:spacing w:after="80"/>
        <w:ind w:right="510" w:hanging="510"/>
      </w:pPr>
      <w:r>
        <w:rPr>
          <w:rFonts w:eastAsia="Calibri"/>
          <w:color w:val="152326"/>
          <w:sz w:val="26"/>
          <w:szCs w:val="26"/>
          <w:rtl/>
        </w:rPr>
        <w:t xml:space="preserve">[2] اسم الباحث، «عنوان المقالة»، </w:t>
      </w:r>
      <w:r>
        <w:rPr>
          <w:rFonts w:eastAsia="Calibri"/>
          <w:i/>
          <w:color w:val="152326"/>
          <w:sz w:val="26"/>
          <w:szCs w:val="26"/>
          <w:rtl/>
        </w:rPr>
        <w:t>اسم المجلة</w:t>
      </w:r>
      <w:r>
        <w:rPr>
          <w:rFonts w:eastAsia="Calibri"/>
          <w:color w:val="152326"/>
          <w:sz w:val="26"/>
          <w:szCs w:val="26"/>
          <w:rtl/>
        </w:rPr>
        <w:t>، مج 12، ع 3، ص. 10–18، السنة.</w:t>
      </w:r>
    </w:p>
    <w:p w14:paraId="7ABBDEC4" w14:textId="77777777" w:rsidR="000447A4" w:rsidRDefault="004C1921">
      <w:pPr>
        <w:spacing w:after="80"/>
        <w:ind w:left="510" w:hanging="510"/>
      </w:pPr>
      <w:r>
        <w:rPr>
          <w:rFonts w:eastAsia="Calibri"/>
          <w:color w:val="152326"/>
          <w:sz w:val="26"/>
          <w:szCs w:val="26"/>
        </w:rPr>
        <w:t xml:space="preserve">[3] A. Author and B. Author, </w:t>
      </w:r>
      <w:r>
        <w:rPr>
          <w:rFonts w:eastAsia="Calibri"/>
          <w:i/>
          <w:color w:val="152326"/>
          <w:sz w:val="26"/>
          <w:szCs w:val="26"/>
        </w:rPr>
        <w:t>Title of the Book</w:t>
      </w:r>
      <w:r>
        <w:rPr>
          <w:rFonts w:eastAsia="Calibri"/>
          <w:color w:val="152326"/>
          <w:sz w:val="26"/>
          <w:szCs w:val="26"/>
        </w:rPr>
        <w:t>, 3rd ed. City, Country: Publisher, 2020.</w:t>
      </w:r>
    </w:p>
    <w:sectPr w:rsidR="000447A4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bottom w:val="single" w:sz="48" w:space="24" w:color="0F5C6E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71D19" w14:textId="77777777" w:rsidR="004C1921" w:rsidRDefault="004C1921">
      <w:pPr>
        <w:spacing w:after="0" w:line="240" w:lineRule="auto"/>
      </w:pPr>
      <w:r>
        <w:separator/>
      </w:r>
    </w:p>
  </w:endnote>
  <w:endnote w:type="continuationSeparator" w:id="0">
    <w:p w14:paraId="54207B78" w14:textId="77777777" w:rsidR="004C1921" w:rsidRDefault="004C1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B1970" w14:textId="77777777" w:rsidR="000447A4" w:rsidRDefault="000447A4">
    <w:pPr>
      <w:pStyle w:val="Footer"/>
    </w:pPr>
  </w:p>
  <w:p w14:paraId="37CBA8D7" w14:textId="77777777" w:rsidR="000447A4" w:rsidRDefault="004C1921">
    <w:pPr>
      <w:spacing w:before="40" w:after="0"/>
      <w:jc w:val="center"/>
    </w:pPr>
    <w:r>
      <w:rPr>
        <w:rFonts w:eastAsia="Calibri"/>
        <w:color w:val="4A5E63"/>
        <w:sz w:val="16"/>
        <w:szCs w:val="16"/>
        <w:rtl/>
      </w:rPr>
      <w:t xml:space="preserve">قالب مجاني من «تم» — </w:t>
    </w:r>
    <w:hyperlink r:id="rId1">
      <w:r>
        <w:rPr>
          <w:rFonts w:eastAsia="Calibri"/>
          <w:color w:val="4A5E63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50A4A" w14:textId="77777777" w:rsidR="004C1921" w:rsidRDefault="004C1921">
      <w:pPr>
        <w:spacing w:after="0" w:line="240" w:lineRule="auto"/>
      </w:pPr>
      <w:r>
        <w:separator/>
      </w:r>
    </w:p>
  </w:footnote>
  <w:footnote w:type="continuationSeparator" w:id="0">
    <w:p w14:paraId="500ED61D" w14:textId="77777777" w:rsidR="004C1921" w:rsidRDefault="004C1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B8820" w14:textId="77777777" w:rsidR="000447A4" w:rsidRDefault="004C1921">
    <w:pPr>
      <w:pStyle w:val="Header"/>
      <w:pBdr>
        <w:bottom w:val="single" w:sz="6" w:space="4" w:color="CBE2E8"/>
      </w:pBdr>
      <w:tabs>
        <w:tab w:val="clear" w:pos="9360"/>
        <w:tab w:val="right" w:pos="9072"/>
      </w:tabs>
    </w:pPr>
    <w:r>
      <w:rPr>
        <w:rFonts w:eastAsia="Calibri"/>
        <w:color w:val="4A5E63"/>
        <w:sz w:val="20"/>
        <w:szCs w:val="20"/>
        <w:rtl/>
      </w:rPr>
      <w:t>عنوان التقرير المختصر</w:t>
    </w:r>
    <w:r>
      <w:tab/>
    </w:r>
    <w:r>
      <w:rPr>
        <w:rFonts w:eastAsia="Calibri"/>
        <w:b/>
        <w:bCs/>
        <w:color w:val="0F5C6E"/>
        <w:sz w:val="20"/>
        <w:szCs w:val="20"/>
      </w:rPr>
      <w:fldChar w:fldCharType="begin"/>
    </w:r>
    <w:r>
      <w:rPr>
        <w:rFonts w:eastAsia="Calibri"/>
        <w:b/>
        <w:bCs/>
        <w:color w:val="0F5C6E"/>
        <w:sz w:val="20"/>
        <w:szCs w:val="20"/>
      </w:rPr>
      <w:instrText xml:space="preserve"> PAGE </w:instrText>
    </w:r>
    <w:r>
      <w:rPr>
        <w:rFonts w:eastAsia="Calibri"/>
        <w:b/>
        <w:bCs/>
        <w:color w:val="0F5C6E"/>
        <w:sz w:val="20"/>
        <w:szCs w:val="20"/>
      </w:rPr>
      <w:fldChar w:fldCharType="separate"/>
    </w:r>
    <w:r>
      <w:rPr>
        <w:rFonts w:eastAsia="Calibri"/>
        <w:b/>
        <w:bCs/>
        <w:color w:val="0F5C6E"/>
        <w:sz w:val="20"/>
        <w:szCs w:val="20"/>
      </w:rPr>
      <w:t>1</w:t>
    </w:r>
    <w:r>
      <w:rPr>
        <w:rFonts w:eastAsia="Calibri"/>
        <w:b/>
        <w:bCs/>
        <w:color w:val="0F5C6E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596345">
    <w:abstractNumId w:val="8"/>
  </w:num>
  <w:num w:numId="2" w16cid:durableId="725882774">
    <w:abstractNumId w:val="6"/>
  </w:num>
  <w:num w:numId="3" w16cid:durableId="1130787510">
    <w:abstractNumId w:val="5"/>
  </w:num>
  <w:num w:numId="4" w16cid:durableId="1724939047">
    <w:abstractNumId w:val="4"/>
  </w:num>
  <w:num w:numId="5" w16cid:durableId="623539040">
    <w:abstractNumId w:val="7"/>
  </w:num>
  <w:num w:numId="6" w16cid:durableId="1389187759">
    <w:abstractNumId w:val="3"/>
  </w:num>
  <w:num w:numId="7" w16cid:durableId="1150516032">
    <w:abstractNumId w:val="2"/>
  </w:num>
  <w:num w:numId="8" w16cid:durableId="1340932141">
    <w:abstractNumId w:val="1"/>
  </w:num>
  <w:num w:numId="9" w16cid:durableId="1183977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7A4"/>
    <w:rsid w:val="0006063C"/>
    <w:rsid w:val="0015074B"/>
    <w:rsid w:val="0029639D"/>
    <w:rsid w:val="00326F90"/>
    <w:rsid w:val="004C1921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B79096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Calibri" w:hAnsi="Calibri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5C6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788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788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4C192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1921"/>
    <w:pPr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4C192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451</Words>
  <Characters>2300</Characters>
  <Application>Microsoft Office Word</Application>
  <DocSecurity>0</DocSecurity>
  <Lines>109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التقرير أو البحث يُكتب هنا بوضوح وإيجاز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