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3F5C15" w14:paraId="3BD1C27B" w14:textId="77777777">
        <w:trPr>
          <w:jc w:val="center"/>
        </w:trPr>
        <w:tc>
          <w:tcPr>
            <w:tcW w:w="2183" w:type="dxa"/>
          </w:tcPr>
          <w:p w14:paraId="4D3AFE78" w14:textId="77777777" w:rsidR="003F5C15" w:rsidRDefault="00227B17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4C45BB8" wp14:editId="1BFF75D7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6B411BBB" w14:textId="77777777" w:rsidR="003F5C15" w:rsidRDefault="00227B17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2588456" wp14:editId="08D998CF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1EB1BC" w14:textId="77777777" w:rsidR="003F5C15" w:rsidRDefault="003F5C15">
      <w:pPr>
        <w:spacing w:line="380" w:lineRule="exact"/>
        <w:jc w:val="both"/>
      </w:pPr>
    </w:p>
    <w:p w14:paraId="29957D52" w14:textId="77777777" w:rsidR="003F5C15" w:rsidRDefault="00227B17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وزارة التعليم العالي والبحث العلمي</w:t>
      </w:r>
    </w:p>
    <w:p w14:paraId="66F58EB9" w14:textId="77777777" w:rsidR="003F5C15" w:rsidRDefault="00227B17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اسم الجامعة</w:t>
      </w:r>
    </w:p>
    <w:p w14:paraId="75714A89" w14:textId="77777777" w:rsidR="003F5C15" w:rsidRDefault="00227B17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اسم الكلية</w:t>
      </w:r>
    </w:p>
    <w:p w14:paraId="1645693A" w14:textId="77777777" w:rsidR="003F5C15" w:rsidRDefault="00227B17">
      <w:pPr>
        <w:spacing w:after="40" w:line="380" w:lineRule="exact"/>
        <w:jc w:val="center"/>
      </w:pPr>
      <w:r>
        <w:rPr>
          <w:rFonts w:eastAsia="Segoe UI"/>
          <w:b/>
          <w:bCs/>
          <w:color w:val="1D5E7A"/>
          <w:rtl/>
        </w:rPr>
        <w:t>اسم القسم العلمي</w:t>
      </w:r>
    </w:p>
    <w:p w14:paraId="7FE2887E" w14:textId="77777777" w:rsidR="003F5C15" w:rsidRDefault="003F5C15">
      <w:pPr>
        <w:spacing w:after="0" w:line="800" w:lineRule="exact"/>
        <w:jc w:val="both"/>
      </w:pPr>
    </w:p>
    <w:p w14:paraId="309B5358" w14:textId="77777777" w:rsidR="003F5C15" w:rsidRDefault="00227B17">
      <w:pPr>
        <w:spacing w:after="80" w:line="440" w:lineRule="exact"/>
        <w:jc w:val="center"/>
      </w:pPr>
      <w:r>
        <w:rPr>
          <w:rFonts w:eastAsia="Segoe UI"/>
          <w:color w:val="1D5E7A"/>
          <w:sz w:val="32"/>
          <w:szCs w:val="32"/>
          <w:rtl/>
        </w:rPr>
        <w:t>تقرير / بحث</w:t>
      </w:r>
    </w:p>
    <w:p w14:paraId="51D91D53" w14:textId="77777777" w:rsidR="003F5C15" w:rsidRDefault="00227B17">
      <w:pPr>
        <w:spacing w:line="700" w:lineRule="exact"/>
        <w:jc w:val="center"/>
      </w:pPr>
      <w:r>
        <w:rPr>
          <w:rFonts w:eastAsia="Segoe UI"/>
          <w:b/>
          <w:bCs/>
          <w:color w:val="12455A"/>
          <w:sz w:val="52"/>
          <w:szCs w:val="52"/>
          <w:rtl/>
        </w:rPr>
        <w:t>عنوان التقرير أو البحث يُكتب هنا بوضوح وإيجاز</w:t>
      </w:r>
    </w:p>
    <w:p w14:paraId="1146E880" w14:textId="77777777" w:rsidR="003F5C15" w:rsidRDefault="00227B17">
      <w:pPr>
        <w:spacing w:after="40" w:line="380" w:lineRule="exact"/>
        <w:jc w:val="center"/>
      </w:pPr>
      <w:r>
        <w:rPr>
          <w:rFonts w:eastAsia="Segoe UI"/>
          <w:color w:val="4B5C63"/>
          <w:rtl/>
        </w:rPr>
        <w:t>المادة: اسم المادة</w:t>
      </w:r>
    </w:p>
    <w:p w14:paraId="685226D4" w14:textId="77777777" w:rsidR="003F5C15" w:rsidRDefault="003F5C15">
      <w:pPr>
        <w:spacing w:after="0" w:line="7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3F5C15" w14:paraId="1E98FF6F" w14:textId="77777777">
        <w:trPr>
          <w:trHeight w:val="3969"/>
          <w:jc w:val="center"/>
        </w:trPr>
        <w:tc>
          <w:tcPr>
            <w:tcW w:w="9865" w:type="dxa"/>
            <w:shd w:val="clear" w:color="auto" w:fill="1D5E7A"/>
          </w:tcPr>
          <w:p w14:paraId="32A872ED" w14:textId="77777777" w:rsidR="003F5C15" w:rsidRDefault="003F5C15"/>
          <w:p w14:paraId="034DB4C2" w14:textId="77777777" w:rsidR="003F5C15" w:rsidRDefault="003F5C15">
            <w:pPr>
              <w:spacing w:after="0" w:line="360" w:lineRule="exact"/>
              <w:jc w:val="both"/>
            </w:pPr>
          </w:p>
          <w:p w14:paraId="571C34F7" w14:textId="77777777" w:rsidR="003F5C15" w:rsidRDefault="00227B17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إعداد الطالب: </w:t>
            </w:r>
            <w:r>
              <w:rPr>
                <w:rFonts w:eastAsia="Segoe UI"/>
                <w:b/>
                <w:bCs/>
                <w:color w:val="FFFFFF"/>
                <w:rtl/>
              </w:rPr>
              <w:t>اسم الطالب الثلاثي</w:t>
            </w:r>
          </w:p>
          <w:p w14:paraId="7028D44D" w14:textId="77777777" w:rsidR="003F5C15" w:rsidRDefault="00227B17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المرحلة: </w:t>
            </w:r>
            <w:r>
              <w:rPr>
                <w:rFonts w:eastAsia="Segoe UI"/>
                <w:b/>
                <w:bCs/>
                <w:color w:val="FFFFFF"/>
                <w:rtl/>
              </w:rPr>
              <w:t>……   الشعبة: ……</w:t>
            </w:r>
          </w:p>
          <w:p w14:paraId="69658661" w14:textId="77777777" w:rsidR="003F5C15" w:rsidRDefault="00227B17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إشراف: </w:t>
            </w:r>
            <w:r>
              <w:rPr>
                <w:rFonts w:eastAsia="Segoe UI"/>
                <w:b/>
                <w:bCs/>
                <w:color w:val="FFFFFF"/>
                <w:rtl/>
              </w:rPr>
              <w:t xml:space="preserve">اسم المشرف مع اللقب </w:t>
            </w:r>
            <w:r>
              <w:rPr>
                <w:rFonts w:eastAsia="Segoe UI"/>
                <w:b/>
                <w:bCs/>
                <w:color w:val="FFFFFF"/>
                <w:rtl/>
              </w:rPr>
              <w:t>العلمي</w:t>
            </w:r>
          </w:p>
          <w:p w14:paraId="76E1338B" w14:textId="77777777" w:rsidR="003F5C15" w:rsidRDefault="00227B17">
            <w:pPr>
              <w:spacing w:after="40" w:line="380" w:lineRule="exact"/>
              <w:jc w:val="center"/>
            </w:pPr>
            <w:r>
              <w:rPr>
                <w:rFonts w:eastAsia="Segoe UI"/>
                <w:color w:val="FFFFFF"/>
                <w:rtl/>
              </w:rPr>
              <w:t xml:space="preserve">التاريخ: </w:t>
            </w:r>
            <w:r>
              <w:rPr>
                <w:rFonts w:eastAsia="Segoe UI"/>
                <w:b/>
                <w:bCs/>
                <w:color w:val="FFFFFF"/>
              </w:rPr>
              <w:t>……/……/……</w:t>
            </w:r>
          </w:p>
          <w:p w14:paraId="38834273" w14:textId="77777777" w:rsidR="003F5C15" w:rsidRDefault="00227B17">
            <w:pPr>
              <w:spacing w:before="200" w:line="320" w:lineRule="exact"/>
              <w:jc w:val="center"/>
            </w:pPr>
            <w:r>
              <w:rPr>
                <w:rFonts w:eastAsia="Segoe UI"/>
                <w:color w:val="FFFFFF"/>
                <w:sz w:val="24"/>
                <w:szCs w:val="24"/>
                <w:rtl/>
              </w:rPr>
              <w:t>العام الدراسي 2026 – 2027</w:t>
            </w:r>
          </w:p>
        </w:tc>
      </w:tr>
    </w:tbl>
    <w:p w14:paraId="6E8C0E01" w14:textId="77777777" w:rsidR="003F5C15" w:rsidRDefault="00227B17">
      <w:pPr>
        <w:keepNext/>
        <w:pageBreakBefore/>
        <w:pBdr>
          <w:right w:val="single" w:sz="36" w:space="8" w:color="9A9141"/>
        </w:pBdr>
        <w:spacing w:before="320"/>
      </w:pPr>
      <w:r>
        <w:rPr>
          <w:rFonts w:eastAsia="Segoe UI"/>
          <w:b/>
          <w:bCs/>
          <w:color w:val="12455A"/>
          <w:sz w:val="36"/>
          <w:szCs w:val="36"/>
          <w:rtl/>
        </w:rPr>
        <w:lastRenderedPageBreak/>
        <w:t>المحتويات</w:t>
      </w:r>
    </w:p>
    <w:p w14:paraId="46D9D564" w14:textId="699526E2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877" w:history="1">
        <w:r w:rsidRPr="0036267D">
          <w:rPr>
            <w:rStyle w:val="Hyperlink"/>
            <w:rFonts w:eastAsia="Segoe UI"/>
            <w:noProof/>
            <w:rtl/>
          </w:rPr>
          <w:t xml:space="preserve">1   </w:t>
        </w:r>
        <w:r w:rsidRPr="0036267D">
          <w:rPr>
            <w:rStyle w:val="Hyperlink"/>
            <w:rFonts w:eastAsia="Segoe UI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Toc241685877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DDC34EC" w14:textId="527FDE26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78" w:history="1">
        <w:r w:rsidRPr="0036267D">
          <w:rPr>
            <w:rStyle w:val="Hyperlink"/>
            <w:rFonts w:eastAsia="Segoe UI"/>
            <w:noProof/>
            <w:rtl/>
          </w:rPr>
          <w:t xml:space="preserve">2   </w:t>
        </w:r>
        <w:r w:rsidRPr="0036267D">
          <w:rPr>
            <w:rStyle w:val="Hyperlink"/>
            <w:rFonts w:eastAsia="Segoe UI" w:hint="eastAsia"/>
            <w:noProof/>
            <w:rtl/>
          </w:rPr>
          <w:t>مشكلة</w:t>
        </w:r>
        <w:r w:rsidRPr="0036267D">
          <w:rPr>
            <w:rStyle w:val="Hyperlink"/>
            <w:rFonts w:eastAsia="Segoe UI"/>
            <w:noProof/>
            <w:rtl/>
          </w:rPr>
          <w:t xml:space="preserve"> </w:t>
        </w:r>
        <w:r w:rsidRPr="0036267D">
          <w:rPr>
            <w:rStyle w:val="Hyperlink"/>
            <w:rFonts w:eastAsia="Segoe UI" w:hint="eastAsia"/>
            <w:noProof/>
            <w:rtl/>
          </w:rPr>
          <w:t>البحث</w:t>
        </w:r>
        <w:r w:rsidRPr="0036267D">
          <w:rPr>
            <w:rStyle w:val="Hyperlink"/>
            <w:rFonts w:eastAsia="Segoe UI"/>
            <w:noProof/>
            <w:rtl/>
          </w:rPr>
          <w:t xml:space="preserve"> </w:t>
        </w:r>
        <w:r w:rsidRPr="0036267D">
          <w:rPr>
            <w:rStyle w:val="Hyperlink"/>
            <w:rFonts w:eastAsia="Segoe UI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Toc241685878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3E7022B" w14:textId="2DA67588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79" w:history="1">
        <w:r w:rsidRPr="0036267D">
          <w:rPr>
            <w:rStyle w:val="Hyperlink"/>
            <w:rFonts w:eastAsia="Segoe UI"/>
            <w:noProof/>
            <w:rtl/>
          </w:rPr>
          <w:t xml:space="preserve">3   </w:t>
        </w:r>
        <w:r w:rsidRPr="0036267D">
          <w:rPr>
            <w:rStyle w:val="Hyperlink"/>
            <w:rFonts w:eastAsia="Segoe UI" w:hint="eastAsia"/>
            <w:noProof/>
            <w:rtl/>
          </w:rPr>
          <w:t>الإطار</w:t>
        </w:r>
        <w:r w:rsidRPr="0036267D">
          <w:rPr>
            <w:rStyle w:val="Hyperlink"/>
            <w:rFonts w:eastAsia="Segoe UI"/>
            <w:noProof/>
            <w:rtl/>
          </w:rPr>
          <w:t xml:space="preserve"> </w:t>
        </w:r>
        <w:r w:rsidRPr="0036267D">
          <w:rPr>
            <w:rStyle w:val="Hyperlink"/>
            <w:rFonts w:eastAsia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Toc241685879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04B33EB" w14:textId="442B424D" w:rsidR="00227B17" w:rsidRDefault="00227B17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0" w:history="1">
        <w:r w:rsidRPr="0036267D">
          <w:rPr>
            <w:rStyle w:val="Hyperlink"/>
            <w:rFonts w:eastAsia="Segoe UI"/>
            <w:noProof/>
            <w:rtl/>
          </w:rPr>
          <w:t xml:space="preserve">3.1   </w:t>
        </w:r>
        <w:r w:rsidRPr="0036267D">
          <w:rPr>
            <w:rStyle w:val="Hyperlink"/>
            <w:rFonts w:eastAsia="Segoe UI" w:hint="eastAsia"/>
            <w:noProof/>
            <w:rtl/>
          </w:rPr>
          <w:t>المحور</w:t>
        </w:r>
        <w:r w:rsidRPr="0036267D">
          <w:rPr>
            <w:rStyle w:val="Hyperlink"/>
            <w:rFonts w:eastAsia="Segoe UI"/>
            <w:noProof/>
            <w:rtl/>
          </w:rPr>
          <w:t xml:space="preserve"> </w:t>
        </w:r>
        <w:r w:rsidRPr="0036267D">
          <w:rPr>
            <w:rStyle w:val="Hyperlink"/>
            <w:rFonts w:eastAsia="Segoe UI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013816E" w14:textId="552D6362" w:rsidR="00227B17" w:rsidRDefault="00227B17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1" w:history="1">
        <w:r w:rsidRPr="0036267D">
          <w:rPr>
            <w:rStyle w:val="Hyperlink"/>
            <w:rFonts w:eastAsia="Segoe UI"/>
            <w:noProof/>
            <w:rtl/>
          </w:rPr>
          <w:t xml:space="preserve">3.2   </w:t>
        </w:r>
        <w:r w:rsidRPr="0036267D">
          <w:rPr>
            <w:rStyle w:val="Hyperlink"/>
            <w:rFonts w:eastAsia="Segoe UI" w:hint="eastAsia"/>
            <w:noProof/>
            <w:rtl/>
          </w:rPr>
          <w:t>المحور</w:t>
        </w:r>
        <w:r w:rsidRPr="0036267D">
          <w:rPr>
            <w:rStyle w:val="Hyperlink"/>
            <w:rFonts w:eastAsia="Segoe UI"/>
            <w:noProof/>
            <w:rtl/>
          </w:rPr>
          <w:t xml:space="preserve"> </w:t>
        </w:r>
        <w:r w:rsidRPr="0036267D">
          <w:rPr>
            <w:rStyle w:val="Hyperlink"/>
            <w:rFonts w:eastAsia="Segoe UI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759489A" w14:textId="59BC3C7C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2" w:history="1">
        <w:r w:rsidRPr="0036267D">
          <w:rPr>
            <w:rStyle w:val="Hyperlink"/>
            <w:rFonts w:eastAsia="Segoe UI"/>
            <w:noProof/>
            <w:rtl/>
          </w:rPr>
          <w:t xml:space="preserve">4   </w:t>
        </w:r>
        <w:r w:rsidRPr="0036267D">
          <w:rPr>
            <w:rStyle w:val="Hyperlink"/>
            <w:rFonts w:eastAsia="Segoe UI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7433CE5" w14:textId="33DC1C87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3" w:history="1">
        <w:r w:rsidRPr="0036267D">
          <w:rPr>
            <w:rStyle w:val="Hyperlink"/>
            <w:rFonts w:eastAsia="Segoe UI"/>
            <w:noProof/>
            <w:rtl/>
          </w:rPr>
          <w:t xml:space="preserve">5   </w:t>
        </w:r>
        <w:r w:rsidRPr="0036267D">
          <w:rPr>
            <w:rStyle w:val="Hyperlink"/>
            <w:rFonts w:eastAsia="Segoe UI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19840E30" w14:textId="50EAC94A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4" w:history="1">
        <w:r w:rsidRPr="0036267D">
          <w:rPr>
            <w:rStyle w:val="Hyperlink"/>
            <w:rFonts w:eastAsia="Segoe UI"/>
            <w:noProof/>
            <w:rtl/>
          </w:rPr>
          <w:t xml:space="preserve">6   </w:t>
        </w:r>
        <w:r w:rsidRPr="0036267D">
          <w:rPr>
            <w:rStyle w:val="Hyperlink"/>
            <w:rFonts w:eastAsia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A20F79D" w14:textId="28304800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5" w:history="1">
        <w:r w:rsidRPr="0036267D">
          <w:rPr>
            <w:rStyle w:val="Hyperlink"/>
            <w:rFonts w:eastAsia="Segoe UI"/>
            <w:noProof/>
            <w:rtl/>
          </w:rPr>
          <w:t xml:space="preserve">7   </w:t>
        </w:r>
        <w:r w:rsidRPr="0036267D">
          <w:rPr>
            <w:rStyle w:val="Hyperlink"/>
            <w:rFonts w:eastAsia="Segoe UI" w:hint="eastAsia"/>
            <w:noProof/>
            <w:rtl/>
          </w:rPr>
          <w:t>الخلاصة</w:t>
        </w:r>
        <w:r w:rsidRPr="0036267D">
          <w:rPr>
            <w:rStyle w:val="Hyperlink"/>
            <w:rFonts w:eastAsia="Segoe UI"/>
            <w:noProof/>
            <w:rtl/>
          </w:rPr>
          <w:t xml:space="preserve"> </w:t>
        </w:r>
        <w:r w:rsidRPr="0036267D">
          <w:rPr>
            <w:rStyle w:val="Hyperlink"/>
            <w:rFonts w:eastAsia="Segoe UI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DC83A5E" w14:textId="58867C02" w:rsidR="00227B17" w:rsidRDefault="00227B1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86" w:history="1">
        <w:r w:rsidRPr="0036267D">
          <w:rPr>
            <w:rStyle w:val="Hyperlink"/>
            <w:rFonts w:eastAsia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Toc241685886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30D810A9" w14:textId="65741D8F" w:rsidR="003F5C15" w:rsidRDefault="00227B17">
      <w:r>
        <w:rPr>
          <w:rFonts w:eastAsia="Segoe UI"/>
        </w:rPr>
        <w:fldChar w:fldCharType="end"/>
      </w:r>
    </w:p>
    <w:p w14:paraId="6C03FE5B" w14:textId="77777777" w:rsidR="003F5C15" w:rsidRDefault="003F5C15">
      <w:pPr>
        <w:sectPr w:rsidR="003F5C15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single" w:sz="24" w:space="0" w:color="12455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3F5C15" w14:paraId="4A07A0C2" w14:textId="77777777">
        <w:trPr>
          <w:jc w:val="center"/>
        </w:trPr>
        <w:tc>
          <w:tcPr>
            <w:tcW w:w="9071" w:type="dxa"/>
            <w:shd w:val="clear" w:color="auto" w:fill="EEF5F7"/>
          </w:tcPr>
          <w:p w14:paraId="7041D687" w14:textId="77777777" w:rsidR="003F5C15" w:rsidRDefault="00227B17">
            <w:pPr>
              <w:jc w:val="both"/>
            </w:pPr>
            <w:r>
              <w:rPr>
                <w:rFonts w:eastAsia="Segoe UI"/>
                <w:b/>
                <w:bCs/>
                <w:color w:val="12455A"/>
                <w:rtl/>
              </w:rPr>
              <w:lastRenderedPageBreak/>
              <w:t>طريقة استخدام القالب — احذف هذا المربع قبل الطباعة</w:t>
            </w:r>
          </w:p>
          <w:p w14:paraId="28CFE16B" w14:textId="77777777" w:rsidR="003F5C15" w:rsidRDefault="00227B17">
            <w:pPr>
              <w:jc w:val="both"/>
            </w:pPr>
            <w:r>
              <w:rPr>
                <w:rFonts w:eastAsia="Segoe UI"/>
                <w:color w:val="142228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Segoe UI"/>
                <w:color w:val="142228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21AF18FB" w14:textId="77777777" w:rsidR="003F5C15" w:rsidRDefault="003F5C15">
      <w:pPr>
        <w:spacing w:after="40"/>
        <w:jc w:val="both"/>
      </w:pPr>
    </w:p>
    <w:p w14:paraId="555E1B3E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0" w:name="_Toc241685877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1   </w:t>
      </w:r>
      <w:r>
        <w:rPr>
          <w:rFonts w:ascii="Segoe UI" w:eastAsia="Segoe UI" w:hAnsi="Segoe UI" w:cs="Segoe UI"/>
          <w:sz w:val="36"/>
          <w:szCs w:val="36"/>
          <w:rtl/>
        </w:rPr>
        <w:t>المقدمة</w:t>
      </w:r>
      <w:bookmarkEnd w:id="0"/>
    </w:p>
    <w:p w14:paraId="1647ECFF" w14:textId="77777777" w:rsidR="003F5C15" w:rsidRDefault="00227B17">
      <w:pPr>
        <w:jc w:val="both"/>
      </w:pPr>
      <w:r>
        <w:rPr>
          <w:rFonts w:eastAsia="Segoe UI"/>
          <w:color w:val="4B5C63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605BB373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1" w:name="_Toc241685878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2   </w:t>
      </w:r>
      <w:r>
        <w:rPr>
          <w:rFonts w:ascii="Segoe UI" w:eastAsia="Segoe UI" w:hAnsi="Segoe UI" w:cs="Segoe UI"/>
          <w:sz w:val="36"/>
          <w:szCs w:val="36"/>
          <w:rtl/>
        </w:rPr>
        <w:t>مشكلة البحث وأهدافه</w:t>
      </w:r>
      <w:bookmarkEnd w:id="1"/>
    </w:p>
    <w:p w14:paraId="39002130" w14:textId="77777777" w:rsidR="003F5C15" w:rsidRDefault="00227B17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5506032E" w14:textId="77777777" w:rsidR="003F5C15" w:rsidRDefault="00227B17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1.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الهدف الأول.</w:t>
      </w:r>
    </w:p>
    <w:p w14:paraId="62B4E642" w14:textId="77777777" w:rsidR="003F5C15" w:rsidRDefault="00227B17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2.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الهدف الثاني.</w:t>
      </w:r>
    </w:p>
    <w:p w14:paraId="50F2570E" w14:textId="77777777" w:rsidR="003F5C15" w:rsidRDefault="00227B17">
      <w:pPr>
        <w:spacing w:after="40"/>
        <w:ind w:right="510" w:hanging="340"/>
      </w:pPr>
      <w:r>
        <w:rPr>
          <w:rFonts w:eastAsia="Segoe UI"/>
          <w:b/>
          <w:bCs/>
          <w:color w:val="12455A"/>
          <w:rtl/>
        </w:rPr>
        <w:t>3.</w:t>
      </w:r>
      <w:r>
        <w:rPr>
          <w:rFonts w:eastAsia="Segoe UI"/>
          <w:b/>
          <w:bCs/>
          <w:color w:val="12455A"/>
          <w:rtl/>
        </w:rPr>
        <w:tab/>
      </w:r>
      <w:r>
        <w:rPr>
          <w:rFonts w:eastAsia="Segoe UI"/>
          <w:color w:val="142228"/>
          <w:rtl/>
        </w:rPr>
        <w:t>الهدف الثالث.</w:t>
      </w:r>
    </w:p>
    <w:p w14:paraId="7C028F32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2" w:name="_Toc241685879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3   </w:t>
      </w:r>
      <w:r>
        <w:rPr>
          <w:rFonts w:ascii="Segoe UI" w:eastAsia="Segoe UI" w:hAnsi="Segoe UI" w:cs="Segoe UI"/>
          <w:sz w:val="36"/>
          <w:szCs w:val="36"/>
          <w:rtl/>
        </w:rPr>
        <w:t>الإطار النظري</w:t>
      </w:r>
      <w:bookmarkEnd w:id="2"/>
    </w:p>
    <w:p w14:paraId="093C6C93" w14:textId="77777777" w:rsidR="003F5C15" w:rsidRDefault="00227B17">
      <w:pPr>
        <w:jc w:val="both"/>
      </w:pPr>
      <w:r>
        <w:rPr>
          <w:rFonts w:eastAsia="Segoe UI"/>
          <w:color w:val="4B5C63"/>
          <w:sz w:val="26"/>
          <w:szCs w:val="26"/>
          <w:rtl/>
        </w:rPr>
        <w:t xml:space="preserve">قسّم هذا الجزء إلى محاور فرعية، ولكل محور عنوان. اعرض الأفكار بلغتك واذكر المصدر بين قوسين </w:t>
      </w:r>
      <w:r>
        <w:rPr>
          <w:rFonts w:eastAsia="Segoe UI"/>
          <w:color w:val="4B5C63"/>
          <w:sz w:val="26"/>
          <w:szCs w:val="26"/>
          <w:rtl/>
        </w:rPr>
        <w:t>مربعين [1].</w:t>
      </w:r>
    </w:p>
    <w:p w14:paraId="6E1DFD2B" w14:textId="77777777" w:rsidR="003F5C15" w:rsidRDefault="00227B17">
      <w:pPr>
        <w:pStyle w:val="Heading2"/>
        <w:spacing w:after="120"/>
      </w:pPr>
      <w:bookmarkStart w:id="3" w:name="_Toc241685880"/>
      <w:r>
        <w:rPr>
          <w:rFonts w:ascii="Segoe UI" w:eastAsia="Segoe UI" w:hAnsi="Segoe UI" w:cs="Segoe UI"/>
          <w:sz w:val="32"/>
          <w:szCs w:val="32"/>
          <w:rtl/>
        </w:rPr>
        <w:t>3.1   المحور الأول</w:t>
      </w:r>
      <w:bookmarkEnd w:id="3"/>
    </w:p>
    <w:p w14:paraId="0F865C8D" w14:textId="77777777" w:rsidR="003F5C15" w:rsidRDefault="00227B17">
      <w:pPr>
        <w:jc w:val="both"/>
      </w:pPr>
      <w:r>
        <w:rPr>
          <w:rFonts w:eastAsia="Segoe UI"/>
          <w:color w:val="4B5C63"/>
          <w:sz w:val="26"/>
          <w:szCs w:val="26"/>
          <w:rtl/>
        </w:rPr>
        <w:t>اكتب هنا فقرات المحور الأول.</w:t>
      </w:r>
    </w:p>
    <w:p w14:paraId="30993F80" w14:textId="77777777" w:rsidR="003F5C15" w:rsidRDefault="00227B17">
      <w:pPr>
        <w:pStyle w:val="Heading2"/>
        <w:spacing w:after="120"/>
      </w:pPr>
      <w:bookmarkStart w:id="4" w:name="_Toc241685881"/>
      <w:r>
        <w:rPr>
          <w:rFonts w:ascii="Segoe UI" w:eastAsia="Segoe UI" w:hAnsi="Segoe UI" w:cs="Segoe UI"/>
          <w:sz w:val="32"/>
          <w:szCs w:val="32"/>
          <w:rtl/>
        </w:rPr>
        <w:lastRenderedPageBreak/>
        <w:t>3.2   المحور الثاني</w:t>
      </w:r>
      <w:bookmarkEnd w:id="4"/>
    </w:p>
    <w:p w14:paraId="0225E6C6" w14:textId="77777777" w:rsidR="003F5C15" w:rsidRDefault="00227B17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0312E22C" w14:textId="77777777" w:rsidR="003F5C15" w:rsidRDefault="00227B17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Segoe UI"/>
          <w:color w:val="142228"/>
        </w:rPr>
        <w:tab/>
        <w:t>(1)</w:t>
      </w:r>
    </w:p>
    <w:p w14:paraId="067B53DC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5" w:name="_Toc241685882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4   </w:t>
      </w:r>
      <w:r>
        <w:rPr>
          <w:rFonts w:ascii="Segoe UI" w:eastAsia="Segoe UI" w:hAnsi="Segoe UI" w:cs="Segoe UI"/>
          <w:sz w:val="36"/>
          <w:szCs w:val="36"/>
          <w:rtl/>
        </w:rPr>
        <w:t>المنهجية</w:t>
      </w:r>
      <w:bookmarkEnd w:id="5"/>
    </w:p>
    <w:p w14:paraId="444CC6EE" w14:textId="77777777" w:rsidR="003F5C15" w:rsidRDefault="00227B17">
      <w:pPr>
        <w:jc w:val="both"/>
      </w:pPr>
      <w:r>
        <w:rPr>
          <w:rFonts w:eastAsia="Segoe UI"/>
          <w:color w:val="4B5C63"/>
          <w:sz w:val="26"/>
          <w:szCs w:val="26"/>
          <w:rtl/>
        </w:rPr>
        <w:t xml:space="preserve">المنهج المتّبع، مصادر البيانات أو العيّنة، </w:t>
      </w:r>
      <w:r>
        <w:rPr>
          <w:rFonts w:eastAsia="Segoe UI"/>
          <w:color w:val="4B5C63"/>
          <w:sz w:val="26"/>
          <w:szCs w:val="26"/>
          <w:rtl/>
        </w:rPr>
        <w:t>الأدوات المستخدمة، وطريقة التحليل.</w:t>
      </w:r>
    </w:p>
    <w:p w14:paraId="50786A85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6" w:name="_Toc241685883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5   </w:t>
      </w:r>
      <w:r>
        <w:rPr>
          <w:rFonts w:ascii="Segoe UI" w:eastAsia="Segoe UI" w:hAnsi="Segoe UI" w:cs="Segoe UI"/>
          <w:sz w:val="36"/>
          <w:szCs w:val="36"/>
          <w:rtl/>
        </w:rPr>
        <w:t>النتائج</w:t>
      </w:r>
      <w:bookmarkEnd w:id="6"/>
    </w:p>
    <w:p w14:paraId="369B5D0A" w14:textId="77777777" w:rsidR="003F5C15" w:rsidRDefault="00227B17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014D119E" w14:textId="77777777" w:rsidR="003F5C15" w:rsidRDefault="00227B17">
      <w:pPr>
        <w:keepNext/>
        <w:spacing w:before="40" w:after="80"/>
        <w:jc w:val="center"/>
      </w:pPr>
      <w:r>
        <w:rPr>
          <w:rFonts w:eastAsia="Segoe UI"/>
          <w:b/>
          <w:bCs/>
          <w:color w:val="142228"/>
          <w:sz w:val="24"/>
          <w:szCs w:val="24"/>
          <w:rtl/>
        </w:rPr>
        <w:t xml:space="preserve">الجدول (1). </w:t>
      </w:r>
      <w:r>
        <w:rPr>
          <w:rFonts w:eastAsia="Segoe UI"/>
          <w:color w:val="142228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single" w:sz="8" w:space="0" w:color="12455A"/>
          <w:left w:val="single" w:sz="4" w:space="0" w:color="CCE0E7"/>
          <w:bottom w:val="single" w:sz="8" w:space="0" w:color="12455A"/>
          <w:right w:val="single" w:sz="4" w:space="0" w:color="CCE0E7"/>
          <w:insideH w:val="single" w:sz="4" w:space="0" w:color="CCE0E7"/>
          <w:insideV w:val="single" w:sz="4" w:space="0" w:color="CCE0E7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3F5C15" w14:paraId="54CACA81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5F7"/>
          </w:tcPr>
          <w:p w14:paraId="04A98ABB" w14:textId="77777777" w:rsidR="003F5C15" w:rsidRDefault="00227B17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EEF5F7"/>
          </w:tcPr>
          <w:p w14:paraId="773BE17A" w14:textId="77777777" w:rsidR="003F5C15" w:rsidRDefault="00227B17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EEF5F7"/>
          </w:tcPr>
          <w:p w14:paraId="4F45FDD6" w14:textId="77777777" w:rsidR="003F5C15" w:rsidRDefault="00227B17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EEF5F7"/>
          </w:tcPr>
          <w:p w14:paraId="4B27E6B7" w14:textId="77777777" w:rsidR="003F5C15" w:rsidRDefault="00227B17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4"/>
                <w:szCs w:val="24"/>
                <w:rtl/>
              </w:rPr>
              <w:t>ملاحظات</w:t>
            </w:r>
          </w:p>
        </w:tc>
      </w:tr>
      <w:tr w:rsidR="003F5C15" w14:paraId="69E8F878" w14:textId="77777777">
        <w:trPr>
          <w:cantSplit/>
          <w:jc w:val="center"/>
        </w:trPr>
        <w:tc>
          <w:tcPr>
            <w:tcW w:w="737" w:type="dxa"/>
          </w:tcPr>
          <w:p w14:paraId="02C79068" w14:textId="77777777" w:rsidR="003F5C15" w:rsidRDefault="00227B17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3CFB9B95" w14:textId="77777777" w:rsidR="003F5C15" w:rsidRDefault="003F5C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1B8C66A5" w14:textId="77777777" w:rsidR="003F5C15" w:rsidRDefault="003F5C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44A854E" w14:textId="77777777" w:rsidR="003F5C15" w:rsidRDefault="003F5C15">
            <w:pPr>
              <w:keepNext/>
              <w:spacing w:before="20" w:after="20"/>
              <w:jc w:val="center"/>
            </w:pPr>
          </w:p>
        </w:tc>
      </w:tr>
      <w:tr w:rsidR="003F5C15" w14:paraId="71EBC8D2" w14:textId="77777777">
        <w:trPr>
          <w:cantSplit/>
          <w:jc w:val="center"/>
        </w:trPr>
        <w:tc>
          <w:tcPr>
            <w:tcW w:w="737" w:type="dxa"/>
          </w:tcPr>
          <w:p w14:paraId="29910C9B" w14:textId="77777777" w:rsidR="003F5C15" w:rsidRDefault="00227B17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3C9D5732" w14:textId="77777777" w:rsidR="003F5C15" w:rsidRDefault="003F5C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B26FE8A" w14:textId="77777777" w:rsidR="003F5C15" w:rsidRDefault="003F5C15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1FFEB1F" w14:textId="77777777" w:rsidR="003F5C15" w:rsidRDefault="003F5C15">
            <w:pPr>
              <w:keepNext/>
              <w:spacing w:before="20" w:after="20"/>
              <w:jc w:val="center"/>
            </w:pPr>
          </w:p>
        </w:tc>
      </w:tr>
      <w:tr w:rsidR="003F5C15" w14:paraId="3EEC7C18" w14:textId="77777777">
        <w:trPr>
          <w:cantSplit/>
          <w:jc w:val="center"/>
        </w:trPr>
        <w:tc>
          <w:tcPr>
            <w:tcW w:w="737" w:type="dxa"/>
          </w:tcPr>
          <w:p w14:paraId="7D8401D8" w14:textId="77777777" w:rsidR="003F5C15" w:rsidRDefault="00227B17">
            <w:pPr>
              <w:spacing w:before="20" w:after="20"/>
              <w:jc w:val="center"/>
            </w:pPr>
            <w:r>
              <w:rPr>
                <w:rFonts w:eastAsia="Segoe UI"/>
                <w:color w:val="142228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4C47A87D" w14:textId="77777777" w:rsidR="003F5C15" w:rsidRDefault="003F5C15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7417A856" w14:textId="77777777" w:rsidR="003F5C15" w:rsidRDefault="003F5C15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4AA1DEC8" w14:textId="77777777" w:rsidR="003F5C15" w:rsidRDefault="003F5C15">
            <w:pPr>
              <w:spacing w:before="20" w:after="20"/>
              <w:jc w:val="center"/>
            </w:pPr>
          </w:p>
        </w:tc>
      </w:tr>
    </w:tbl>
    <w:p w14:paraId="11616B9B" w14:textId="77777777" w:rsidR="003F5C15" w:rsidRDefault="003F5C15">
      <w:pPr>
        <w:spacing w:after="40"/>
        <w:jc w:val="both"/>
      </w:pPr>
    </w:p>
    <w:p w14:paraId="6169C657" w14:textId="77777777" w:rsidR="003F5C15" w:rsidRDefault="00227B17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62E4BB5" wp14:editId="491B46D4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AD7D1" w14:textId="77777777" w:rsidR="003F5C15" w:rsidRDefault="00227B17">
      <w:pPr>
        <w:spacing w:before="40" w:after="160"/>
        <w:jc w:val="center"/>
      </w:pPr>
      <w:r>
        <w:rPr>
          <w:rFonts w:eastAsia="Segoe UI"/>
          <w:b/>
          <w:bCs/>
          <w:color w:val="142228"/>
          <w:sz w:val="24"/>
          <w:szCs w:val="24"/>
          <w:rtl/>
        </w:rPr>
        <w:t xml:space="preserve">الشكل (1). </w:t>
      </w:r>
      <w:r>
        <w:rPr>
          <w:rFonts w:eastAsia="Segoe UI"/>
          <w:color w:val="142228"/>
          <w:sz w:val="24"/>
          <w:szCs w:val="24"/>
          <w:rtl/>
        </w:rPr>
        <w:t>عنوان الشكل يوضّح محتواه</w:t>
      </w:r>
    </w:p>
    <w:p w14:paraId="19662919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7" w:name="_Toc241685884"/>
      <w:r>
        <w:rPr>
          <w:rFonts w:ascii="Segoe UI" w:eastAsia="Segoe UI" w:hAnsi="Segoe UI" w:cs="Segoe UI"/>
          <w:color w:val="9A9141"/>
          <w:sz w:val="36"/>
          <w:szCs w:val="36"/>
          <w:rtl/>
        </w:rPr>
        <w:lastRenderedPageBreak/>
        <w:t xml:space="preserve">6   </w:t>
      </w:r>
      <w:r>
        <w:rPr>
          <w:rFonts w:ascii="Segoe UI" w:eastAsia="Segoe UI" w:hAnsi="Segoe UI" w:cs="Segoe UI"/>
          <w:sz w:val="36"/>
          <w:szCs w:val="36"/>
          <w:rtl/>
        </w:rPr>
        <w:t>المناقشة</w:t>
      </w:r>
      <w:bookmarkEnd w:id="7"/>
    </w:p>
    <w:p w14:paraId="7F435216" w14:textId="77777777" w:rsidR="003F5C15" w:rsidRDefault="00227B17">
      <w:pPr>
        <w:jc w:val="both"/>
      </w:pPr>
      <w:r>
        <w:rPr>
          <w:rFonts w:eastAsia="Segoe UI"/>
          <w:color w:val="4B5C63"/>
          <w:sz w:val="26"/>
          <w:szCs w:val="26"/>
          <w:rtl/>
        </w:rPr>
        <w:t xml:space="preserve">فسّر </w:t>
      </w:r>
      <w:r>
        <w:rPr>
          <w:rFonts w:eastAsia="Segoe UI"/>
          <w:color w:val="4B5C63"/>
          <w:sz w:val="26"/>
          <w:szCs w:val="26"/>
          <w:rtl/>
        </w:rPr>
        <w:t>النتائج واربطها بما ورد في الإطار النظري: أين اتفقت وأين اختلفت ولماذا.</w:t>
      </w:r>
    </w:p>
    <w:p w14:paraId="54B10410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8" w:name="_Toc241685885"/>
      <w:r>
        <w:rPr>
          <w:rFonts w:ascii="Segoe UI" w:eastAsia="Segoe UI" w:hAnsi="Segoe UI" w:cs="Segoe UI"/>
          <w:color w:val="9A9141"/>
          <w:sz w:val="36"/>
          <w:szCs w:val="36"/>
          <w:rtl/>
        </w:rPr>
        <w:t xml:space="preserve">7   </w:t>
      </w:r>
      <w:r>
        <w:rPr>
          <w:rFonts w:ascii="Segoe UI" w:eastAsia="Segoe UI" w:hAnsi="Segoe UI" w:cs="Segoe UI"/>
          <w:sz w:val="36"/>
          <w:szCs w:val="36"/>
          <w:rtl/>
        </w:rPr>
        <w:t>الخلاصة والتوصيات</w:t>
      </w:r>
      <w:bookmarkEnd w:id="8"/>
    </w:p>
    <w:p w14:paraId="25F5AD36" w14:textId="77777777" w:rsidR="003F5C15" w:rsidRDefault="00227B17">
      <w:pPr>
        <w:keepNext/>
        <w:jc w:val="both"/>
      </w:pPr>
      <w:r>
        <w:rPr>
          <w:rFonts w:eastAsia="Segoe UI"/>
          <w:color w:val="4B5C63"/>
          <w:sz w:val="26"/>
          <w:szCs w:val="26"/>
          <w:rtl/>
        </w:rPr>
        <w:t>اختصر أهم ما توصّلت إليه، ثم اقترح توصيات عملية قابلة للتنفيذ.</w:t>
      </w:r>
    </w:p>
    <w:p w14:paraId="5D02AA76" w14:textId="77777777" w:rsidR="003F5C15" w:rsidRDefault="00227B1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التوصية الأولى.</w:t>
      </w:r>
    </w:p>
    <w:p w14:paraId="4A525366" w14:textId="77777777" w:rsidR="003F5C15" w:rsidRDefault="00227B1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9A9141"/>
          <w:sz w:val="22"/>
          <w:szCs w:val="22"/>
        </w:rPr>
        <w:tab/>
      </w:r>
      <w:r>
        <w:rPr>
          <w:rFonts w:eastAsia="Segoe UI"/>
          <w:color w:val="142228"/>
          <w:rtl/>
        </w:rPr>
        <w:t>التوصية الثانية.</w:t>
      </w:r>
    </w:p>
    <w:p w14:paraId="5356446C" w14:textId="77777777" w:rsidR="003F5C15" w:rsidRDefault="00227B17">
      <w:pPr>
        <w:pStyle w:val="Heading1"/>
        <w:pBdr>
          <w:right w:val="single" w:sz="36" w:space="8" w:color="9A9141"/>
        </w:pBdr>
        <w:spacing w:before="320" w:after="120"/>
      </w:pPr>
      <w:bookmarkStart w:id="9" w:name="_Toc241685886"/>
      <w:r>
        <w:rPr>
          <w:rFonts w:ascii="Segoe UI" w:eastAsia="Segoe UI" w:hAnsi="Segoe UI" w:cs="Segoe UI"/>
          <w:sz w:val="36"/>
          <w:szCs w:val="36"/>
          <w:rtl/>
        </w:rPr>
        <w:t>المصادر</w:t>
      </w:r>
      <w:bookmarkEnd w:id="9"/>
    </w:p>
    <w:p w14:paraId="2F8BD14E" w14:textId="77777777" w:rsidR="003F5C15" w:rsidRDefault="00227B17">
      <w:pPr>
        <w:keepNext/>
        <w:spacing w:after="80"/>
        <w:ind w:right="510" w:hanging="510"/>
      </w:pPr>
      <w:r>
        <w:rPr>
          <w:rFonts w:eastAsia="Segoe UI"/>
          <w:color w:val="142228"/>
          <w:sz w:val="26"/>
          <w:szCs w:val="26"/>
          <w:rtl/>
        </w:rPr>
        <w:t xml:space="preserve">[1] اسم المؤلف، </w:t>
      </w:r>
      <w:r>
        <w:rPr>
          <w:rFonts w:eastAsia="Segoe UI"/>
          <w:i/>
          <w:color w:val="142228"/>
          <w:sz w:val="26"/>
          <w:szCs w:val="26"/>
          <w:rtl/>
        </w:rPr>
        <w:t>عنوان الكتاب</w:t>
      </w:r>
      <w:r>
        <w:rPr>
          <w:rFonts w:eastAsia="Segoe UI"/>
          <w:color w:val="142228"/>
          <w:sz w:val="26"/>
          <w:szCs w:val="26"/>
          <w:rtl/>
        </w:rPr>
        <w:t xml:space="preserve">، ط2. المدينة: دار </w:t>
      </w:r>
      <w:r>
        <w:rPr>
          <w:rFonts w:eastAsia="Segoe UI"/>
          <w:color w:val="142228"/>
          <w:sz w:val="26"/>
          <w:szCs w:val="26"/>
          <w:rtl/>
        </w:rPr>
        <w:t>النشر، السنة، ص. 45.</w:t>
      </w:r>
    </w:p>
    <w:p w14:paraId="21E970A9" w14:textId="77777777" w:rsidR="003F5C15" w:rsidRDefault="00227B17">
      <w:pPr>
        <w:keepNext/>
        <w:spacing w:after="80"/>
        <w:ind w:right="510" w:hanging="510"/>
      </w:pPr>
      <w:r>
        <w:rPr>
          <w:rFonts w:eastAsia="Segoe UI"/>
          <w:color w:val="142228"/>
          <w:sz w:val="26"/>
          <w:szCs w:val="26"/>
          <w:rtl/>
        </w:rPr>
        <w:t xml:space="preserve">[2] اسم الباحث، «عنوان المقالة»، </w:t>
      </w:r>
      <w:r>
        <w:rPr>
          <w:rFonts w:eastAsia="Segoe UI"/>
          <w:i/>
          <w:color w:val="142228"/>
          <w:sz w:val="26"/>
          <w:szCs w:val="26"/>
          <w:rtl/>
        </w:rPr>
        <w:t>اسم المجلة</w:t>
      </w:r>
      <w:r>
        <w:rPr>
          <w:rFonts w:eastAsia="Segoe UI"/>
          <w:color w:val="142228"/>
          <w:sz w:val="26"/>
          <w:szCs w:val="26"/>
          <w:rtl/>
        </w:rPr>
        <w:t>، مج 12، ع 3، ص. 10–18، السنة.</w:t>
      </w:r>
    </w:p>
    <w:p w14:paraId="1393B646" w14:textId="77777777" w:rsidR="003F5C15" w:rsidRDefault="00227B17">
      <w:pPr>
        <w:spacing w:after="80"/>
        <w:ind w:left="510" w:hanging="510"/>
      </w:pPr>
      <w:r>
        <w:rPr>
          <w:rFonts w:eastAsia="Segoe UI"/>
          <w:color w:val="142228"/>
          <w:sz w:val="26"/>
          <w:szCs w:val="26"/>
        </w:rPr>
        <w:t xml:space="preserve">[3] A. Author and B. Author, </w:t>
      </w:r>
      <w:r>
        <w:rPr>
          <w:rFonts w:eastAsia="Segoe UI"/>
          <w:i/>
          <w:color w:val="142228"/>
          <w:sz w:val="26"/>
          <w:szCs w:val="26"/>
        </w:rPr>
        <w:t>Title of the Book</w:t>
      </w:r>
      <w:r>
        <w:rPr>
          <w:rFonts w:eastAsia="Segoe UI"/>
          <w:color w:val="142228"/>
          <w:sz w:val="26"/>
          <w:szCs w:val="26"/>
        </w:rPr>
        <w:t>, 3rd ed. City, Country: Publisher, 2020.</w:t>
      </w:r>
    </w:p>
    <w:sectPr w:rsidR="003F5C15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12455A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5AC70" w14:textId="77777777" w:rsidR="00227B17" w:rsidRDefault="00227B17">
      <w:pPr>
        <w:spacing w:after="0" w:line="240" w:lineRule="auto"/>
      </w:pPr>
      <w:r>
        <w:separator/>
      </w:r>
    </w:p>
  </w:endnote>
  <w:endnote w:type="continuationSeparator" w:id="0">
    <w:p w14:paraId="09B4299C" w14:textId="77777777" w:rsidR="00227B17" w:rsidRDefault="0022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198B" w14:textId="77777777" w:rsidR="003F5C15" w:rsidRDefault="00227B17">
    <w:pPr>
      <w:pStyle w:val="Footer"/>
      <w:pBdr>
        <w:top w:val="single" w:sz="4" w:space="4" w:color="CCE0E7"/>
      </w:pBdr>
      <w:jc w:val="center"/>
    </w:pPr>
    <w:r>
      <w:rPr>
        <w:rFonts w:eastAsia="Segoe UI"/>
        <w:color w:val="4B5C63"/>
        <w:sz w:val="20"/>
        <w:szCs w:val="20"/>
      </w:rPr>
      <w:t xml:space="preserve">— </w:t>
    </w:r>
    <w:r>
      <w:rPr>
        <w:rFonts w:eastAsia="Segoe UI"/>
        <w:color w:val="4B5C63"/>
        <w:sz w:val="20"/>
        <w:szCs w:val="20"/>
      </w:rPr>
      <w:fldChar w:fldCharType="begin"/>
    </w:r>
    <w:r>
      <w:rPr>
        <w:rFonts w:eastAsia="Segoe UI"/>
        <w:color w:val="4B5C63"/>
        <w:sz w:val="20"/>
        <w:szCs w:val="20"/>
      </w:rPr>
      <w:instrText xml:space="preserve"> PAGE </w:instrText>
    </w:r>
    <w:r>
      <w:rPr>
        <w:rFonts w:eastAsia="Segoe UI"/>
        <w:color w:val="4B5C63"/>
        <w:sz w:val="20"/>
        <w:szCs w:val="20"/>
      </w:rPr>
      <w:fldChar w:fldCharType="separate"/>
    </w:r>
    <w:r>
      <w:rPr>
        <w:rFonts w:eastAsia="Segoe UI"/>
        <w:color w:val="4B5C63"/>
        <w:sz w:val="20"/>
        <w:szCs w:val="20"/>
      </w:rPr>
      <w:t>1</w:t>
    </w:r>
    <w:r>
      <w:rPr>
        <w:rFonts w:eastAsia="Segoe UI"/>
        <w:color w:val="4B5C63"/>
        <w:sz w:val="20"/>
        <w:szCs w:val="20"/>
      </w:rPr>
      <w:fldChar w:fldCharType="end"/>
    </w:r>
    <w:r>
      <w:rPr>
        <w:rFonts w:eastAsia="Segoe UI"/>
        <w:color w:val="4B5C63"/>
        <w:sz w:val="20"/>
        <w:szCs w:val="20"/>
      </w:rPr>
      <w:t xml:space="preserve"> —</w:t>
    </w:r>
  </w:p>
  <w:p w14:paraId="232AD818" w14:textId="77777777" w:rsidR="003F5C15" w:rsidRDefault="00227B17">
    <w:pPr>
      <w:spacing w:before="40" w:after="0"/>
      <w:jc w:val="center"/>
    </w:pPr>
    <w:r>
      <w:rPr>
        <w:rFonts w:eastAsia="Segoe UI"/>
        <w:color w:val="4B5C63"/>
        <w:sz w:val="16"/>
        <w:szCs w:val="16"/>
        <w:rtl/>
      </w:rPr>
      <w:t xml:space="preserve">قالب مجاني من «تم» — </w:t>
    </w:r>
    <w:hyperlink r:id="rId1">
      <w:r>
        <w:rPr>
          <w:rFonts w:eastAsia="Segoe UI"/>
          <w:color w:val="4B5C63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6CB71" w14:textId="77777777" w:rsidR="00227B17" w:rsidRDefault="00227B17">
      <w:pPr>
        <w:spacing w:after="0" w:line="240" w:lineRule="auto"/>
      </w:pPr>
      <w:r>
        <w:separator/>
      </w:r>
    </w:p>
  </w:footnote>
  <w:footnote w:type="continuationSeparator" w:id="0">
    <w:p w14:paraId="4DB282E6" w14:textId="77777777" w:rsidR="00227B17" w:rsidRDefault="00227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1D85A" w14:textId="77777777" w:rsidR="003F5C15" w:rsidRDefault="003F5C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8859594">
    <w:abstractNumId w:val="8"/>
  </w:num>
  <w:num w:numId="2" w16cid:durableId="746999754">
    <w:abstractNumId w:val="6"/>
  </w:num>
  <w:num w:numId="3" w16cid:durableId="1823279622">
    <w:abstractNumId w:val="5"/>
  </w:num>
  <w:num w:numId="4" w16cid:durableId="377969575">
    <w:abstractNumId w:val="4"/>
  </w:num>
  <w:num w:numId="5" w16cid:durableId="1962422281">
    <w:abstractNumId w:val="7"/>
  </w:num>
  <w:num w:numId="6" w16cid:durableId="963075252">
    <w:abstractNumId w:val="3"/>
  </w:num>
  <w:num w:numId="7" w16cid:durableId="256446766">
    <w:abstractNumId w:val="2"/>
  </w:num>
  <w:num w:numId="8" w16cid:durableId="1379941028">
    <w:abstractNumId w:val="1"/>
  </w:num>
  <w:num w:numId="9" w16cid:durableId="312878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7B17"/>
    <w:rsid w:val="0029639D"/>
    <w:rsid w:val="00326F90"/>
    <w:rsid w:val="003F5C15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D7E66F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Segoe UI" w:hAnsi="Segoe U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455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5E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D5E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227B1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7B17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227B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450</Words>
  <Characters>2293</Characters>
  <Application>Microsoft Office Word</Application>
  <DocSecurity>0</DocSecurity>
  <Lines>109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