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B814CB" w14:paraId="77F3BF80" w14:textId="77777777">
        <w:trPr>
          <w:trHeight w:hRule="exact" w:val="14175"/>
          <w:jc w:val="center"/>
        </w:trPr>
        <w:tc>
          <w:tcPr>
            <w:tcW w:w="2494" w:type="dxa"/>
            <w:shd w:val="clear" w:color="auto" w:fill="14213D"/>
          </w:tcPr>
          <w:p w14:paraId="150EFC29" w14:textId="77777777" w:rsidR="00B814CB" w:rsidRDefault="00B814CB"/>
          <w:p w14:paraId="7AEC7FDE" w14:textId="77777777" w:rsidR="00B814CB" w:rsidRDefault="00B814CB">
            <w:pPr>
              <w:spacing w:after="0" w:line="400" w:lineRule="exact"/>
              <w:jc w:val="both"/>
            </w:pPr>
          </w:p>
          <w:p w14:paraId="5DF252B8" w14:textId="77777777" w:rsidR="00B814CB" w:rsidRDefault="008269D6">
            <w:pPr>
              <w:spacing w:after="20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45518BC" wp14:editId="2FA2D66A">
                  <wp:extent cx="936000" cy="93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C4C6A" w14:textId="77777777" w:rsidR="00B814CB" w:rsidRDefault="008269D6">
            <w:pPr>
              <w:spacing w:after="20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50877F4" wp14:editId="00EE7E25">
                  <wp:extent cx="936000" cy="93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53EC43BE" w14:textId="77777777" w:rsidR="00B814CB" w:rsidRDefault="00B814CB"/>
          <w:p w14:paraId="29EFA392" w14:textId="77777777" w:rsidR="00B814CB" w:rsidRDefault="008269D6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Ministry of Higher Education and Scientific Research</w:t>
            </w:r>
          </w:p>
          <w:p w14:paraId="6962DFD1" w14:textId="77777777" w:rsidR="00B814CB" w:rsidRDefault="008269D6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University Name</w:t>
            </w:r>
          </w:p>
          <w:p w14:paraId="11315595" w14:textId="77777777" w:rsidR="00B814CB" w:rsidRDefault="008269D6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College Name</w:t>
            </w:r>
          </w:p>
          <w:p w14:paraId="2CACE3E3" w14:textId="77777777" w:rsidR="00B814CB" w:rsidRDefault="008269D6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Department Name</w:t>
            </w:r>
          </w:p>
          <w:p w14:paraId="7FAF3C20" w14:textId="77777777" w:rsidR="00B814CB" w:rsidRDefault="00B814CB">
            <w:pPr>
              <w:spacing w:after="0" w:line="1200" w:lineRule="exact"/>
              <w:jc w:val="both"/>
            </w:pPr>
          </w:p>
          <w:p w14:paraId="00A28E77" w14:textId="77777777" w:rsidR="00B814CB" w:rsidRDefault="008269D6">
            <w:pPr>
              <w:spacing w:after="80" w:line="380" w:lineRule="exact"/>
            </w:pPr>
            <w:r>
              <w:rPr>
                <w:rFonts w:ascii="Franklin Gothic Medium" w:eastAsia="Franklin Gothic Medium" w:hAnsi="Franklin Gothic Medium"/>
                <w:color w:val="243B6B"/>
                <w:sz w:val="28"/>
                <w:szCs w:val="28"/>
              </w:rPr>
              <w:t>Lab Report — Experiment No. (  )</w:t>
            </w:r>
          </w:p>
          <w:p w14:paraId="77402200" w14:textId="77777777" w:rsidR="00B814CB" w:rsidRDefault="008269D6">
            <w:pPr>
              <w:spacing w:line="540" w:lineRule="exact"/>
            </w:pPr>
            <w:r>
              <w:rPr>
                <w:rFonts w:ascii="Franklin Gothic Medium" w:eastAsia="Franklin Gothic Medium" w:hAnsi="Franklin Gothic Medium"/>
                <w:b/>
                <w:bCs/>
                <w:color w:val="14213D"/>
                <w:sz w:val="40"/>
                <w:szCs w:val="40"/>
              </w:rPr>
              <w:t>Write the Experiment Title Here Exactly as in the Lab Manual</w:t>
            </w:r>
          </w:p>
          <w:p w14:paraId="726551BC" w14:textId="77777777" w:rsidR="00B814CB" w:rsidRDefault="008269D6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>Laboratory Name</w:t>
            </w:r>
          </w:p>
          <w:p w14:paraId="33FD88B7" w14:textId="77777777" w:rsidR="00B814CB" w:rsidRDefault="008269D6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>Course: Course Name</w:t>
            </w:r>
          </w:p>
          <w:p w14:paraId="2072B238" w14:textId="77777777" w:rsidR="00B814CB" w:rsidRDefault="008269D6">
            <w:pPr>
              <w:spacing w:after="200" w:line="320" w:lineRule="exact"/>
            </w:pPr>
            <w:r>
              <w:rPr>
                <w:rFonts w:eastAsia="Bookman Old Style"/>
                <w:color w:val="E63946"/>
              </w:rPr>
              <w:t>▬▬▬</w:t>
            </w:r>
          </w:p>
          <w:p w14:paraId="6B2BCABC" w14:textId="77777777" w:rsidR="00B814CB" w:rsidRDefault="00B814CB">
            <w:pPr>
              <w:spacing w:after="0" w:line="1200" w:lineRule="exact"/>
              <w:jc w:val="both"/>
            </w:pPr>
          </w:p>
          <w:p w14:paraId="0A0D7793" w14:textId="77777777" w:rsidR="00B814CB" w:rsidRDefault="008269D6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Prepared by: </w:t>
            </w:r>
            <w:r>
              <w:rPr>
                <w:rFonts w:eastAsia="Bookman Old Style"/>
                <w:b/>
                <w:bCs/>
                <w:color w:val="141A29"/>
              </w:rPr>
              <w:t>Student's Full Name</w:t>
            </w:r>
          </w:p>
          <w:p w14:paraId="41B0FDD2" w14:textId="77777777" w:rsidR="00B814CB" w:rsidRDefault="008269D6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Stage: </w:t>
            </w:r>
            <w:r>
              <w:rPr>
                <w:rFonts w:eastAsia="Bookman Old Style"/>
                <w:b/>
                <w:bCs/>
                <w:color w:val="141A29"/>
              </w:rPr>
              <w:t>……   Section: ……</w:t>
            </w:r>
          </w:p>
          <w:p w14:paraId="3E063CB4" w14:textId="77777777" w:rsidR="00B814CB" w:rsidRDefault="008269D6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Supervised by: </w:t>
            </w:r>
            <w:r>
              <w:rPr>
                <w:rFonts w:eastAsia="Bookman Old Style"/>
                <w:b/>
                <w:bCs/>
                <w:color w:val="141A29"/>
              </w:rPr>
              <w:t>Supervisor's Name and Title</w:t>
            </w:r>
          </w:p>
          <w:p w14:paraId="10538FF3" w14:textId="77777777" w:rsidR="00B814CB" w:rsidRDefault="008269D6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Date: </w:t>
            </w:r>
            <w:r>
              <w:rPr>
                <w:rFonts w:eastAsia="Bookman Old Style"/>
                <w:b/>
                <w:bCs/>
                <w:color w:val="141A29"/>
              </w:rPr>
              <w:t>……/……/……</w:t>
            </w:r>
          </w:p>
          <w:p w14:paraId="70C6067C" w14:textId="77777777" w:rsidR="00B814CB" w:rsidRDefault="008269D6">
            <w:pPr>
              <w:spacing w:before="200" w:line="280" w:lineRule="exact"/>
            </w:pPr>
            <w:r>
              <w:rPr>
                <w:rFonts w:eastAsia="Bookman Old Style"/>
                <w:color w:val="4F5670"/>
                <w:sz w:val="20"/>
                <w:szCs w:val="20"/>
              </w:rPr>
              <w:t>Academic Year 2026 – 2027</w:t>
            </w:r>
          </w:p>
        </w:tc>
      </w:tr>
    </w:tbl>
    <w:p w14:paraId="5D068676" w14:textId="77777777" w:rsidR="00B814CB" w:rsidRDefault="008269D6">
      <w:pPr>
        <w:keepNext/>
        <w:pageBreakBefore/>
        <w:pBdr>
          <w:bottom w:val="single" w:sz="8" w:space="4" w:color="D1D7E6"/>
        </w:pBdr>
        <w:spacing w:before="320"/>
      </w:pPr>
      <w:r>
        <w:rPr>
          <w:rFonts w:ascii="Franklin Gothic Medium" w:eastAsia="Franklin Gothic Medium" w:hAnsi="Franklin Gothic Medium"/>
          <w:b/>
          <w:bCs/>
          <w:color w:val="14213D"/>
          <w:sz w:val="32"/>
          <w:szCs w:val="32"/>
        </w:rPr>
        <w:lastRenderedPageBreak/>
        <w:t>Contents</w:t>
      </w:r>
    </w:p>
    <w:p w14:paraId="74CBB8F8" w14:textId="56D2F3E9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Bookman Old Style"/>
        </w:rPr>
        <w:fldChar w:fldCharType="begin"/>
      </w:r>
      <w:r>
        <w:rPr>
          <w:rFonts w:eastAsia="Bookman Old Style"/>
        </w:rPr>
        <w:instrText xml:space="preserve"> TOC \o "1-2" \h \z \u </w:instrText>
      </w:r>
      <w:r>
        <w:rPr>
          <w:rFonts w:eastAsia="Bookman Old Style"/>
        </w:rPr>
        <w:fldChar w:fldCharType="separate"/>
      </w:r>
      <w:hyperlink w:anchor="_Toc241685604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683FE8D" w14:textId="0424E2F8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05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0C935D2" w14:textId="4001200E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06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222A7E2" w14:textId="4D44CAA6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07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68F66D7" w14:textId="10B79D52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08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6690280" w14:textId="5528CF2C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09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91AB69" w14:textId="5A77B8E9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10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69BCDA" w14:textId="40FE5213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11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7ECBA5" w14:textId="0BC21A27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12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2572141" w14:textId="085415DB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13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A389D0" w14:textId="3E3F0100" w:rsidR="008269D6" w:rsidRDefault="008269D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14" w:history="1">
        <w:r w:rsidRPr="00695297">
          <w:rPr>
            <w:rStyle w:val="Hyperlink"/>
            <w:rFonts w:ascii="Franklin Gothic Medium" w:eastAsia="Franklin Gothic Medium" w:hAnsi="Franklin Gothic Medium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E614B89" w14:textId="43EACA2D" w:rsidR="00B814CB" w:rsidRDefault="008269D6">
      <w:r>
        <w:rPr>
          <w:rFonts w:eastAsia="Bookman Old Style"/>
        </w:rPr>
        <w:fldChar w:fldCharType="end"/>
      </w:r>
    </w:p>
    <w:p w14:paraId="559BAB79" w14:textId="77777777" w:rsidR="00B814CB" w:rsidRDefault="00B814CB">
      <w:pPr>
        <w:sectPr w:rsidR="00B814CB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243B6B"/>
          <w:left w:val="single" w:sz="6" w:space="0" w:color="243B6B"/>
          <w:bottom w:val="single" w:sz="6" w:space="0" w:color="243B6B"/>
          <w:right w:val="single" w:sz="6" w:space="0" w:color="243B6B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B814CB" w14:paraId="48DECD81" w14:textId="77777777">
        <w:trPr>
          <w:jc w:val="center"/>
        </w:trPr>
        <w:tc>
          <w:tcPr>
            <w:tcW w:w="9071" w:type="dxa"/>
            <w:shd w:val="clear" w:color="auto" w:fill="243B6B"/>
          </w:tcPr>
          <w:p w14:paraId="500E1F97" w14:textId="77777777" w:rsidR="00B814CB" w:rsidRDefault="008269D6">
            <w:r>
              <w:rPr>
                <w:rFonts w:eastAsia="Bookman Old Style"/>
                <w:b/>
                <w:bCs/>
                <w:color w:val="FFFFFF"/>
              </w:rPr>
              <w:lastRenderedPageBreak/>
              <w:t xml:space="preserve">How to use this template — delete this box before </w:t>
            </w:r>
            <w:r>
              <w:rPr>
                <w:rFonts w:eastAsia="Bookman Old Style"/>
                <w:b/>
                <w:bCs/>
                <w:color w:val="FFFFFF"/>
              </w:rPr>
              <w:t>printing</w:t>
            </w:r>
          </w:p>
        </w:tc>
      </w:tr>
      <w:tr w:rsidR="00B814CB" w14:paraId="649B2E8F" w14:textId="77777777">
        <w:trPr>
          <w:jc w:val="center"/>
        </w:trPr>
        <w:tc>
          <w:tcPr>
            <w:tcW w:w="9071" w:type="dxa"/>
            <w:shd w:val="clear" w:color="auto" w:fill="F1F3F8"/>
          </w:tcPr>
          <w:p w14:paraId="267EAC0D" w14:textId="77777777" w:rsidR="00B814CB" w:rsidRDefault="008269D6">
            <w:pPr>
              <w:jc w:val="both"/>
            </w:pPr>
            <w:r>
              <w:rPr>
                <w:rFonts w:eastAsia="Bookman Old Style"/>
                <w:color w:val="141A29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30561ADD" w14:textId="77777777" w:rsidR="00B814CB" w:rsidRDefault="00B814CB">
      <w:pPr>
        <w:spacing w:after="40"/>
        <w:jc w:val="both"/>
      </w:pPr>
    </w:p>
    <w:p w14:paraId="72514DE0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1</w:t>
      </w:r>
    </w:p>
    <w:p w14:paraId="3425700E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0" w:name="_Toc241685604"/>
      <w:r>
        <w:rPr>
          <w:rFonts w:ascii="Franklin Gothic Medium" w:eastAsia="Franklin Gothic Medium" w:hAnsi="Franklin Gothic Medium" w:cs="Times New Roman"/>
          <w:sz w:val="32"/>
          <w:szCs w:val="32"/>
        </w:rPr>
        <w:t>Objective</w:t>
      </w:r>
      <w:bookmarkEnd w:id="0"/>
    </w:p>
    <w:p w14:paraId="1B488F4C" w14:textId="77777777" w:rsidR="00B814CB" w:rsidRDefault="008269D6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>In two or three lines, state why the experiment is performed and which quantity or phenomenon is verified.</w:t>
      </w:r>
    </w:p>
    <w:p w14:paraId="49AE11A7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2</w:t>
      </w:r>
    </w:p>
    <w:p w14:paraId="35E8129A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1" w:name="_Toc241685605"/>
      <w:r>
        <w:rPr>
          <w:rFonts w:ascii="Franklin Gothic Medium" w:eastAsia="Franklin Gothic Medium" w:hAnsi="Franklin Gothic Medium" w:cs="Times New Roman"/>
          <w:sz w:val="32"/>
          <w:szCs w:val="32"/>
        </w:rPr>
        <w:t>Apparatus and Materials</w:t>
      </w:r>
      <w:bookmarkEnd w:id="1"/>
    </w:p>
    <w:p w14:paraId="231E7D1B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List every instrument with its range and resolution where available — supervisors look for this.</w:t>
      </w:r>
    </w:p>
    <w:p w14:paraId="63B24282" w14:textId="77777777" w:rsidR="00B814CB" w:rsidRDefault="008269D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>Instrument 1 (range, resolution)</w:t>
      </w:r>
    </w:p>
    <w:p w14:paraId="48AE5CED" w14:textId="77777777" w:rsidR="00B814CB" w:rsidRDefault="008269D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>Instrument 2 (range, resolution)</w:t>
      </w:r>
    </w:p>
    <w:p w14:paraId="642FD8EC" w14:textId="77777777" w:rsidR="00B814CB" w:rsidRDefault="008269D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>Connecting leads and other materials</w:t>
      </w:r>
    </w:p>
    <w:p w14:paraId="1AA1B3FF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3</w:t>
      </w:r>
    </w:p>
    <w:p w14:paraId="48830472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2" w:name="_Toc241685606"/>
      <w:r>
        <w:rPr>
          <w:rFonts w:ascii="Franklin Gothic Medium" w:eastAsia="Franklin Gothic Medium" w:hAnsi="Franklin Gothic Medium" w:cs="Times New Roman"/>
          <w:sz w:val="32"/>
          <w:szCs w:val="32"/>
        </w:rPr>
        <w:t>Theory</w:t>
      </w:r>
      <w:bookmarkEnd w:id="2"/>
    </w:p>
    <w:p w14:paraId="654E55D7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Explain the law or theory behind the experiment and write each equation, defining every symbol and its unit. An editable example:</w:t>
      </w:r>
    </w:p>
    <w:p w14:paraId="093FFD70" w14:textId="77777777" w:rsidR="00B814CB" w:rsidRDefault="008269D6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Bookman Old Style"/>
          <w:color w:val="141A29"/>
        </w:rPr>
        <w:tab/>
        <w:t>(1)</w:t>
      </w:r>
    </w:p>
    <w:p w14:paraId="76EA6D7A" w14:textId="77777777" w:rsidR="00B814CB" w:rsidRDefault="008269D6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1A76DF94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lastRenderedPageBreak/>
        <w:t>SECTION 4</w:t>
      </w:r>
    </w:p>
    <w:p w14:paraId="5D6BE6CA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3" w:name="_Toc241685607"/>
      <w:r>
        <w:rPr>
          <w:rFonts w:ascii="Franklin Gothic Medium" w:eastAsia="Franklin Gothic Medium" w:hAnsi="Franklin Gothic Medium" w:cs="Times New Roman"/>
          <w:sz w:val="32"/>
          <w:szCs w:val="32"/>
        </w:rPr>
        <w:t>Procedure</w:t>
      </w:r>
      <w:bookmarkEnd w:id="3"/>
    </w:p>
    <w:p w14:paraId="0F81ABCD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 xml:space="preserve">Write the steps in the past passive voice (“the circuit was connected”, “the </w:t>
      </w:r>
      <w:r>
        <w:rPr>
          <w:rFonts w:eastAsia="Bookman Old Style"/>
          <w:i/>
          <w:color w:val="4F5670"/>
          <w:sz w:val="22"/>
          <w:szCs w:val="22"/>
        </w:rPr>
        <w:t>reading was recorded”), not as commands.</w:t>
      </w:r>
    </w:p>
    <w:p w14:paraId="7CA897D5" w14:textId="77777777" w:rsidR="00B814CB" w:rsidRDefault="008269D6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1.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First step.</w:t>
      </w:r>
    </w:p>
    <w:p w14:paraId="6AD5C7B4" w14:textId="77777777" w:rsidR="00B814CB" w:rsidRDefault="008269D6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2.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Second step.</w:t>
      </w:r>
    </w:p>
    <w:p w14:paraId="265B3203" w14:textId="77777777" w:rsidR="00B814CB" w:rsidRDefault="008269D6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3.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Third step.</w:t>
      </w:r>
    </w:p>
    <w:p w14:paraId="139A6D0B" w14:textId="77777777" w:rsidR="00B814CB" w:rsidRDefault="008269D6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4.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Fourth step.</w:t>
      </w:r>
    </w:p>
    <w:p w14:paraId="2655EB35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5</w:t>
      </w:r>
    </w:p>
    <w:p w14:paraId="492D0A2C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4" w:name="_Toc241685608"/>
      <w:r>
        <w:rPr>
          <w:rFonts w:ascii="Franklin Gothic Medium" w:eastAsia="Franklin Gothic Medium" w:hAnsi="Franklin Gothic Medium" w:cs="Times New Roman"/>
          <w:sz w:val="32"/>
          <w:szCs w:val="32"/>
        </w:rPr>
        <w:t>Experimental Set-up</w:t>
      </w:r>
      <w:bookmarkEnd w:id="4"/>
    </w:p>
    <w:p w14:paraId="5FEC237B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Put your circuit diagram or apparatus sketch in place of the picture below (right-click → “Change Picture”).</w:t>
      </w:r>
    </w:p>
    <w:p w14:paraId="011A1C4D" w14:textId="77777777" w:rsidR="00B814CB" w:rsidRDefault="008269D6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86A1540" wp14:editId="78BE20D9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C57B0" w14:textId="77777777" w:rsidR="00B814CB" w:rsidRDefault="008269D6">
      <w:pPr>
        <w:spacing w:before="40" w:after="160"/>
        <w:jc w:val="center"/>
      </w:pPr>
      <w:r>
        <w:rPr>
          <w:rFonts w:eastAsia="Bookman Old Style"/>
          <w:b/>
          <w:bCs/>
          <w:color w:val="14213D"/>
          <w:sz w:val="20"/>
          <w:szCs w:val="20"/>
        </w:rPr>
        <w:t xml:space="preserve">Figure 1: </w:t>
      </w:r>
      <w:r>
        <w:rPr>
          <w:rFonts w:eastAsia="Bookman Old Style"/>
          <w:color w:val="141A29"/>
          <w:sz w:val="20"/>
          <w:szCs w:val="20"/>
        </w:rPr>
        <w:t>Circuit diagram or apparatus used in the experiment</w:t>
      </w:r>
    </w:p>
    <w:p w14:paraId="117CF11B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lastRenderedPageBreak/>
        <w:t>SECTION 6</w:t>
      </w:r>
    </w:p>
    <w:p w14:paraId="013A428C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5" w:name="_Toc241685609"/>
      <w:r>
        <w:rPr>
          <w:rFonts w:ascii="Franklin Gothic Medium" w:eastAsia="Franklin Gothic Medium" w:hAnsi="Franklin Gothic Medium" w:cs="Times New Roman"/>
          <w:sz w:val="32"/>
          <w:szCs w:val="32"/>
        </w:rPr>
        <w:t>Results</w:t>
      </w:r>
      <w:bookmarkEnd w:id="5"/>
    </w:p>
    <w:p w14:paraId="3317AF01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Put the readings in a table; units belong in the column heading, not inside the cells.</w:t>
      </w:r>
    </w:p>
    <w:p w14:paraId="2EA19168" w14:textId="77777777" w:rsidR="00B814CB" w:rsidRDefault="008269D6">
      <w:pPr>
        <w:keepNext/>
        <w:spacing w:before="40" w:after="80"/>
        <w:jc w:val="center"/>
      </w:pPr>
      <w:r>
        <w:rPr>
          <w:rFonts w:eastAsia="Bookman Old Style"/>
          <w:b/>
          <w:bCs/>
          <w:color w:val="14213D"/>
          <w:sz w:val="20"/>
          <w:szCs w:val="20"/>
        </w:rPr>
        <w:t xml:space="preserve">Table 1: </w:t>
      </w:r>
      <w:r>
        <w:rPr>
          <w:rFonts w:eastAsia="Bookman Old Style"/>
          <w:color w:val="141A29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single" w:sz="12" w:space="0" w:color="14213D"/>
          <w:left w:val="nil"/>
          <w:bottom w:val="single" w:sz="12" w:space="0" w:color="14213D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B814CB" w14:paraId="13748DD0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14213D"/>
            </w:tcBorders>
          </w:tcPr>
          <w:p w14:paraId="0754122C" w14:textId="77777777" w:rsidR="00B814CB" w:rsidRDefault="008269D6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No.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3F49D37A" w14:textId="77777777" w:rsidR="00B814CB" w:rsidRDefault="008269D6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0E42B4F8" w14:textId="77777777" w:rsidR="00B814CB" w:rsidRDefault="008269D6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30254E62" w14:textId="77777777" w:rsidR="00B814CB" w:rsidRDefault="008269D6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223CD999" w14:textId="77777777" w:rsidR="00B814CB" w:rsidRDefault="008269D6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Mean</w:t>
            </w:r>
          </w:p>
        </w:tc>
      </w:tr>
      <w:tr w:rsidR="00B814CB" w14:paraId="6B345114" w14:textId="77777777">
        <w:trPr>
          <w:cantSplit/>
          <w:jc w:val="center"/>
        </w:trPr>
        <w:tc>
          <w:tcPr>
            <w:tcW w:w="737" w:type="dxa"/>
          </w:tcPr>
          <w:p w14:paraId="7971261F" w14:textId="77777777" w:rsidR="00B814CB" w:rsidRDefault="008269D6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04D070FF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B8B9252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47929A8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73FF203" w14:textId="77777777" w:rsidR="00B814CB" w:rsidRDefault="00B814CB">
            <w:pPr>
              <w:keepNext/>
              <w:spacing w:before="20" w:after="20"/>
              <w:jc w:val="center"/>
            </w:pPr>
          </w:p>
        </w:tc>
      </w:tr>
      <w:tr w:rsidR="00B814CB" w14:paraId="141E92C4" w14:textId="77777777">
        <w:trPr>
          <w:cantSplit/>
          <w:jc w:val="center"/>
        </w:trPr>
        <w:tc>
          <w:tcPr>
            <w:tcW w:w="737" w:type="dxa"/>
          </w:tcPr>
          <w:p w14:paraId="51174CFF" w14:textId="77777777" w:rsidR="00B814CB" w:rsidRDefault="008269D6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05F1BFA9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65274E3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45AEEAC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F831DE3" w14:textId="77777777" w:rsidR="00B814CB" w:rsidRDefault="00B814CB">
            <w:pPr>
              <w:keepNext/>
              <w:spacing w:before="20" w:after="20"/>
              <w:jc w:val="center"/>
            </w:pPr>
          </w:p>
        </w:tc>
      </w:tr>
      <w:tr w:rsidR="00B814CB" w14:paraId="5442BBC2" w14:textId="77777777">
        <w:trPr>
          <w:cantSplit/>
          <w:jc w:val="center"/>
        </w:trPr>
        <w:tc>
          <w:tcPr>
            <w:tcW w:w="737" w:type="dxa"/>
          </w:tcPr>
          <w:p w14:paraId="73F12212" w14:textId="77777777" w:rsidR="00B814CB" w:rsidRDefault="008269D6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04B50793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FF04FC5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1310957" w14:textId="77777777" w:rsidR="00B814CB" w:rsidRDefault="00B814CB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140211A" w14:textId="77777777" w:rsidR="00B814CB" w:rsidRDefault="00B814CB">
            <w:pPr>
              <w:keepNext/>
              <w:spacing w:before="20" w:after="20"/>
              <w:jc w:val="center"/>
            </w:pPr>
          </w:p>
        </w:tc>
      </w:tr>
      <w:tr w:rsidR="00B814CB" w14:paraId="3FAE7A4B" w14:textId="77777777">
        <w:trPr>
          <w:cantSplit/>
          <w:jc w:val="center"/>
        </w:trPr>
        <w:tc>
          <w:tcPr>
            <w:tcW w:w="737" w:type="dxa"/>
          </w:tcPr>
          <w:p w14:paraId="1F29EF19" w14:textId="77777777" w:rsidR="00B814CB" w:rsidRDefault="008269D6">
            <w:pPr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26C661F5" w14:textId="77777777" w:rsidR="00B814CB" w:rsidRDefault="00B814C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3A8BF9C" w14:textId="77777777" w:rsidR="00B814CB" w:rsidRDefault="00B814C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BCB81B7" w14:textId="77777777" w:rsidR="00B814CB" w:rsidRDefault="00B814CB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693C0C3D" w14:textId="77777777" w:rsidR="00B814CB" w:rsidRDefault="00B814CB">
            <w:pPr>
              <w:spacing w:before="20" w:after="20"/>
              <w:jc w:val="center"/>
            </w:pPr>
          </w:p>
        </w:tc>
      </w:tr>
    </w:tbl>
    <w:p w14:paraId="23966BEF" w14:textId="77777777" w:rsidR="00B814CB" w:rsidRDefault="00B814CB">
      <w:pPr>
        <w:spacing w:after="40"/>
        <w:jc w:val="both"/>
      </w:pPr>
    </w:p>
    <w:p w14:paraId="5CB77DC0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7</w:t>
      </w:r>
    </w:p>
    <w:p w14:paraId="066004FF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6" w:name="_Toc241685610"/>
      <w:r>
        <w:rPr>
          <w:rFonts w:ascii="Franklin Gothic Medium" w:eastAsia="Franklin Gothic Medium" w:hAnsi="Franklin Gothic Medium" w:cs="Times New Roman"/>
          <w:sz w:val="32"/>
          <w:szCs w:val="32"/>
        </w:rPr>
        <w:t>Calculations</w:t>
      </w:r>
      <w:bookmarkEnd w:id="6"/>
    </w:p>
    <w:p w14:paraId="2CAC60BD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Write the equation first, substitute the numbers, then give the result with its unit. The percentage error is:</w:t>
      </w:r>
    </w:p>
    <w:p w14:paraId="6C07EBAE" w14:textId="77777777" w:rsidR="00B814CB" w:rsidRDefault="008269D6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Bookman Old Style"/>
          <w:color w:val="141A29"/>
        </w:rPr>
        <w:tab/>
        <w:t>(2)</w:t>
      </w:r>
    </w:p>
    <w:p w14:paraId="06E954D2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8</w:t>
      </w:r>
    </w:p>
    <w:p w14:paraId="4067B143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7" w:name="_Toc241685611"/>
      <w:r>
        <w:rPr>
          <w:rFonts w:ascii="Franklin Gothic Medium" w:eastAsia="Franklin Gothic Medium" w:hAnsi="Franklin Gothic Medium" w:cs="Times New Roman"/>
          <w:sz w:val="32"/>
          <w:szCs w:val="32"/>
        </w:rPr>
        <w:t>Discussion</w:t>
      </w:r>
      <w:bookmarkEnd w:id="7"/>
    </w:p>
    <w:p w14:paraId="65084149" w14:textId="77777777" w:rsidR="00B814CB" w:rsidRDefault="008269D6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 xml:space="preserve">Compare your </w:t>
      </w:r>
      <w:r>
        <w:rPr>
          <w:rFonts w:eastAsia="Bookman Old Style"/>
          <w:i/>
          <w:color w:val="4F5670"/>
          <w:sz w:val="22"/>
          <w:szCs w:val="22"/>
        </w:rPr>
        <w:t>result with the theoretical value and explain the difference. This section separates a good report from a weak one.</w:t>
      </w:r>
    </w:p>
    <w:p w14:paraId="08BD8795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9</w:t>
      </w:r>
    </w:p>
    <w:p w14:paraId="6A070E7B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8" w:name="_Toc241685612"/>
      <w:r>
        <w:rPr>
          <w:rFonts w:ascii="Franklin Gothic Medium" w:eastAsia="Franklin Gothic Medium" w:hAnsi="Franklin Gothic Medium" w:cs="Times New Roman"/>
          <w:sz w:val="32"/>
          <w:szCs w:val="32"/>
        </w:rPr>
        <w:t>Sources of Error</w:t>
      </w:r>
      <w:bookmarkEnd w:id="8"/>
    </w:p>
    <w:p w14:paraId="2BC37D18" w14:textId="77777777" w:rsidR="00B814CB" w:rsidRDefault="008269D6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Mention measurement, instrument and environmental errors, and how they could be reduced.</w:t>
      </w:r>
    </w:p>
    <w:p w14:paraId="05A2D797" w14:textId="77777777" w:rsidR="00B814CB" w:rsidRDefault="008269D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 xml:space="preserve">Instrument </w:t>
      </w:r>
      <w:r>
        <w:rPr>
          <w:rFonts w:eastAsia="Bookman Old Style"/>
          <w:color w:val="141A29"/>
        </w:rPr>
        <w:t>reading errors.</w:t>
      </w:r>
    </w:p>
    <w:p w14:paraId="53357579" w14:textId="77777777" w:rsidR="00B814CB" w:rsidRDefault="008269D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lastRenderedPageBreak/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>Lead resistance or changing ambient conditions.</w:t>
      </w:r>
    </w:p>
    <w:p w14:paraId="44E896F2" w14:textId="77777777" w:rsidR="00B814CB" w:rsidRDefault="008269D6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10</w:t>
      </w:r>
    </w:p>
    <w:p w14:paraId="29F3A2A6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9" w:name="_Toc241685613"/>
      <w:r>
        <w:rPr>
          <w:rFonts w:ascii="Franklin Gothic Medium" w:eastAsia="Franklin Gothic Medium" w:hAnsi="Franklin Gothic Medium" w:cs="Times New Roman"/>
          <w:sz w:val="32"/>
          <w:szCs w:val="32"/>
        </w:rPr>
        <w:t>Conclusion</w:t>
      </w:r>
      <w:bookmarkEnd w:id="9"/>
    </w:p>
    <w:p w14:paraId="02B380E4" w14:textId="77777777" w:rsidR="00B814CB" w:rsidRDefault="008269D6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>One paragraph that answers the objective directly: was it achieved, and why or why not.</w:t>
      </w:r>
    </w:p>
    <w:p w14:paraId="3B64625A" w14:textId="77777777" w:rsidR="00B814CB" w:rsidRDefault="008269D6">
      <w:pPr>
        <w:pStyle w:val="Heading1"/>
        <w:pBdr>
          <w:bottom w:val="single" w:sz="8" w:space="4" w:color="D1D7E6"/>
        </w:pBdr>
        <w:spacing w:before="320" w:after="120"/>
      </w:pPr>
      <w:bookmarkStart w:id="10" w:name="_Toc241685614"/>
      <w:r>
        <w:rPr>
          <w:rFonts w:ascii="Franklin Gothic Medium" w:eastAsia="Franklin Gothic Medium" w:hAnsi="Franklin Gothic Medium" w:cs="Times New Roman"/>
          <w:sz w:val="32"/>
          <w:szCs w:val="32"/>
        </w:rPr>
        <w:t>References</w:t>
      </w:r>
      <w:bookmarkEnd w:id="10"/>
    </w:p>
    <w:p w14:paraId="151DE108" w14:textId="77777777" w:rsidR="00B814CB" w:rsidRDefault="008269D6">
      <w:pPr>
        <w:keepNext/>
        <w:spacing w:after="80"/>
        <w:ind w:left="510" w:hanging="510"/>
      </w:pPr>
      <w:r>
        <w:rPr>
          <w:rFonts w:eastAsia="Bookman Old Style"/>
          <w:color w:val="141A29"/>
          <w:sz w:val="22"/>
          <w:szCs w:val="22"/>
        </w:rPr>
        <w:t xml:space="preserve">[1] A. Author, </w:t>
      </w:r>
      <w:r>
        <w:rPr>
          <w:rFonts w:eastAsia="Bookman Old Style"/>
          <w:i/>
          <w:color w:val="141A29"/>
          <w:sz w:val="22"/>
          <w:szCs w:val="22"/>
        </w:rPr>
        <w:t>Title of the Book</w:t>
      </w:r>
      <w:r>
        <w:rPr>
          <w:rFonts w:eastAsia="Bookman Old Style"/>
          <w:color w:val="141A29"/>
          <w:sz w:val="22"/>
          <w:szCs w:val="22"/>
        </w:rPr>
        <w:t xml:space="preserve">, 2nd ed. City, Country: </w:t>
      </w:r>
      <w:r>
        <w:rPr>
          <w:rFonts w:eastAsia="Bookman Old Style"/>
          <w:color w:val="141A29"/>
          <w:sz w:val="22"/>
          <w:szCs w:val="22"/>
        </w:rPr>
        <w:t>Publisher, Year, pp. 40–45.</w:t>
      </w:r>
    </w:p>
    <w:p w14:paraId="364E9B37" w14:textId="77777777" w:rsidR="00B814CB" w:rsidRDefault="008269D6">
      <w:pPr>
        <w:keepNext/>
        <w:spacing w:after="80"/>
        <w:ind w:left="510" w:hanging="510"/>
      </w:pPr>
      <w:r>
        <w:rPr>
          <w:rFonts w:eastAsia="Bookman Old Style"/>
          <w:color w:val="141A29"/>
          <w:sz w:val="22"/>
          <w:szCs w:val="22"/>
        </w:rPr>
        <w:t xml:space="preserve">[2] A. Author and B. Author, “Title of the article,” </w:t>
      </w:r>
      <w:r>
        <w:rPr>
          <w:rFonts w:eastAsia="Bookman Old Style"/>
          <w:i/>
          <w:color w:val="141A29"/>
          <w:sz w:val="22"/>
          <w:szCs w:val="22"/>
        </w:rPr>
        <w:t>Journal Name</w:t>
      </w:r>
      <w:r>
        <w:rPr>
          <w:rFonts w:eastAsia="Bookman Old Style"/>
          <w:color w:val="141A29"/>
          <w:sz w:val="22"/>
          <w:szCs w:val="22"/>
        </w:rPr>
        <w:t>, vol. 12, no. 3, pp. 10–18, Year.</w:t>
      </w:r>
    </w:p>
    <w:p w14:paraId="00A56660" w14:textId="77777777" w:rsidR="00B814CB" w:rsidRDefault="008269D6">
      <w:pPr>
        <w:spacing w:after="80"/>
        <w:ind w:left="510" w:hanging="510"/>
      </w:pPr>
      <w:r>
        <w:rPr>
          <w:rFonts w:eastAsia="Bookman Old Style"/>
          <w:color w:val="141A29"/>
          <w:sz w:val="22"/>
          <w:szCs w:val="22"/>
        </w:rPr>
        <w:t>[3] Organisation, “Title of the web page,” Site Name. Accessed: Month Day, Year. [Online]. Available: https://…</w:t>
      </w:r>
    </w:p>
    <w:sectPr w:rsidR="00B814CB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243B6B"/>
        <w:left w:val="dotted" w:sz="8" w:space="24" w:color="243B6B"/>
        <w:bottom w:val="dotted" w:sz="8" w:space="24" w:color="243B6B"/>
        <w:right w:val="dotted" w:sz="8" w:space="24" w:color="243B6B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579C" w14:textId="77777777" w:rsidR="008269D6" w:rsidRDefault="008269D6">
      <w:pPr>
        <w:spacing w:after="0" w:line="240" w:lineRule="auto"/>
      </w:pPr>
      <w:r>
        <w:separator/>
      </w:r>
    </w:p>
  </w:endnote>
  <w:endnote w:type="continuationSeparator" w:id="0">
    <w:p w14:paraId="6BB1BC4B" w14:textId="77777777" w:rsidR="008269D6" w:rsidRDefault="0082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1FA7E" w14:textId="77777777" w:rsidR="00B814CB" w:rsidRDefault="008269D6">
    <w:pPr>
      <w:pStyle w:val="Footer"/>
      <w:jc w:val="center"/>
    </w:pPr>
    <w:r>
      <w:rPr>
        <w:rFonts w:eastAsia="Bookman Old Style"/>
        <w:sz w:val="16"/>
        <w:szCs w:val="16"/>
      </w:rPr>
      <w:fldChar w:fldCharType="begin"/>
    </w:r>
    <w:r>
      <w:rPr>
        <w:rFonts w:eastAsia="Bookman Old Style"/>
        <w:sz w:val="16"/>
        <w:szCs w:val="16"/>
      </w:rPr>
      <w:instrText xml:space="preserve"> PAGE </w:instrText>
    </w:r>
    <w:r>
      <w:rPr>
        <w:rFonts w:eastAsia="Bookman Old Style"/>
        <w:sz w:val="16"/>
        <w:szCs w:val="16"/>
      </w:rPr>
      <w:fldChar w:fldCharType="separate"/>
    </w:r>
    <w:r>
      <w:rPr>
        <w:rFonts w:eastAsia="Bookman Old Style"/>
        <w:sz w:val="16"/>
        <w:szCs w:val="16"/>
      </w:rPr>
      <w:t>1</w:t>
    </w:r>
    <w:r>
      <w:rPr>
        <w:rFonts w:eastAsia="Bookman Old Style"/>
        <w:sz w:val="16"/>
        <w:szCs w:val="16"/>
      </w:rPr>
      <w:fldChar w:fldCharType="end"/>
    </w:r>
  </w:p>
  <w:p w14:paraId="60136393" w14:textId="77777777" w:rsidR="00B814CB" w:rsidRDefault="008269D6">
    <w:pPr>
      <w:spacing w:before="40" w:after="0"/>
      <w:jc w:val="center"/>
    </w:pPr>
    <w:r>
      <w:rPr>
        <w:rFonts w:eastAsia="Bookman Old Style"/>
        <w:color w:val="4F5670"/>
        <w:sz w:val="14"/>
        <w:szCs w:val="14"/>
      </w:rPr>
      <w:t xml:space="preserve">Free template by Tem — </w:t>
    </w:r>
    <w:hyperlink r:id="rId1">
      <w:r>
        <w:rPr>
          <w:rFonts w:eastAsia="Bookman Old Style"/>
          <w:color w:val="4F5670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C049B" w14:textId="77777777" w:rsidR="008269D6" w:rsidRDefault="008269D6">
      <w:pPr>
        <w:spacing w:after="0" w:line="240" w:lineRule="auto"/>
      </w:pPr>
      <w:r>
        <w:separator/>
      </w:r>
    </w:p>
  </w:footnote>
  <w:footnote w:type="continuationSeparator" w:id="0">
    <w:p w14:paraId="3589FF31" w14:textId="77777777" w:rsidR="008269D6" w:rsidRDefault="00826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1E2B" w14:textId="77777777" w:rsidR="00B814CB" w:rsidRDefault="00B814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1208186">
    <w:abstractNumId w:val="8"/>
  </w:num>
  <w:num w:numId="2" w16cid:durableId="1623878663">
    <w:abstractNumId w:val="6"/>
  </w:num>
  <w:num w:numId="3" w16cid:durableId="1990355661">
    <w:abstractNumId w:val="5"/>
  </w:num>
  <w:num w:numId="4" w16cid:durableId="1948929942">
    <w:abstractNumId w:val="4"/>
  </w:num>
  <w:num w:numId="5" w16cid:durableId="2000499265">
    <w:abstractNumId w:val="7"/>
  </w:num>
  <w:num w:numId="6" w16cid:durableId="1801146916">
    <w:abstractNumId w:val="3"/>
  </w:num>
  <w:num w:numId="7" w16cid:durableId="333652613">
    <w:abstractNumId w:val="2"/>
  </w:num>
  <w:num w:numId="8" w16cid:durableId="2085301642">
    <w:abstractNumId w:val="1"/>
  </w:num>
  <w:num w:numId="9" w16cid:durableId="1533956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269D6"/>
    <w:rsid w:val="00AA1D8D"/>
    <w:rsid w:val="00B47730"/>
    <w:rsid w:val="00B814CB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D20DF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Bookman Old Style" w:hAnsi="Bookman Old Styl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3B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43B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269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269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640</Words>
  <Characters>3189</Characters>
  <Application>Microsoft Office Word</Application>
  <DocSecurity>0</DocSecurity>
  <Lines>177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