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256A3E">
        <w:trPr>
          <w:trHeight w:val="5953"/>
          <w:jc w:val="center"/>
        </w:trPr>
        <w:tc>
          <w:tcPr>
            <w:tcW w:w="9865" w:type="dxa"/>
            <w:shd w:val="clear" w:color="auto" w:fill="264D3B"/>
          </w:tcPr>
          <w:p w:rsidR="00256A3E" w:rsidRDefault="00256A3E"/>
          <w:p w:rsidR="00256A3E" w:rsidRDefault="00256A3E">
            <w:pPr>
              <w:spacing w:after="0" w:line="200" w:lineRule="exact"/>
              <w:jc w:val="both"/>
            </w:pPr>
          </w:p>
          <w:p w:rsidR="00256A3E" w:rsidRDefault="00AF03CE">
            <w:pPr>
              <w:spacing w:after="40" w:line="320" w:lineRule="exact"/>
              <w:jc w:val="center"/>
            </w:pPr>
            <w:r>
              <w:rPr>
                <w:rFonts w:eastAsia="Palatino Linotype"/>
                <w:b/>
                <w:bCs/>
                <w:color w:val="FFFFFF"/>
              </w:rPr>
              <w:t>Ministry of Higher Education and Scientific Research</w:t>
            </w:r>
          </w:p>
          <w:p w:rsidR="00256A3E" w:rsidRDefault="00AF03CE">
            <w:pPr>
              <w:spacing w:after="40" w:line="320" w:lineRule="exact"/>
              <w:jc w:val="center"/>
            </w:pPr>
            <w:r>
              <w:rPr>
                <w:rFonts w:eastAsia="Palatino Linotype"/>
                <w:b/>
                <w:bCs/>
                <w:color w:val="FFFFFF"/>
              </w:rPr>
              <w:t>University Name</w:t>
            </w:r>
          </w:p>
          <w:p w:rsidR="00256A3E" w:rsidRDefault="00AF03CE">
            <w:pPr>
              <w:spacing w:after="40" w:line="320" w:lineRule="exact"/>
              <w:jc w:val="center"/>
            </w:pPr>
            <w:r>
              <w:rPr>
                <w:rFonts w:eastAsia="Palatino Linotype"/>
                <w:b/>
                <w:bCs/>
                <w:color w:val="FFFFFF"/>
              </w:rPr>
              <w:t>College Name</w:t>
            </w:r>
          </w:p>
          <w:p w:rsidR="00256A3E" w:rsidRDefault="00AF03CE">
            <w:pPr>
              <w:spacing w:after="40" w:line="320" w:lineRule="exact"/>
              <w:jc w:val="center"/>
            </w:pPr>
            <w:r>
              <w:rPr>
                <w:rFonts w:eastAsia="Palatino Linotype"/>
                <w:b/>
                <w:bCs/>
                <w:color w:val="FFFFFF"/>
              </w:rPr>
              <w:t>Department Name</w:t>
            </w:r>
          </w:p>
          <w:p w:rsidR="00256A3E" w:rsidRDefault="00256A3E">
            <w:pPr>
              <w:spacing w:after="0" w:line="720" w:lineRule="exact"/>
              <w:jc w:val="both"/>
            </w:pPr>
          </w:p>
          <w:p w:rsidR="00256A3E" w:rsidRDefault="00AF03CE">
            <w:pPr>
              <w:spacing w:after="80" w:line="380" w:lineRule="exact"/>
              <w:jc w:val="center"/>
            </w:pPr>
            <w:r>
              <w:rPr>
                <w:rFonts w:eastAsia="Palatino Linotype"/>
                <w:color w:val="FFFFFF"/>
                <w:sz w:val="28"/>
                <w:szCs w:val="28"/>
              </w:rPr>
              <w:t>Lab Report — Experiment No. (  )</w:t>
            </w:r>
          </w:p>
          <w:p w:rsidR="00256A3E" w:rsidRDefault="00AF03CE">
            <w:pPr>
              <w:spacing w:line="540" w:lineRule="exact"/>
              <w:jc w:val="center"/>
            </w:pPr>
            <w:r>
              <w:rPr>
                <w:rFonts w:eastAsia="Palatino Linotype"/>
                <w:b/>
                <w:bCs/>
                <w:color w:val="FFFFFF"/>
                <w:sz w:val="40"/>
                <w:szCs w:val="40"/>
              </w:rPr>
              <w:t>Write the Experiment Title Here Exactly as in the Lab Manual</w:t>
            </w:r>
          </w:p>
          <w:p w:rsidR="00256A3E" w:rsidRDefault="00AF03CE">
            <w:pPr>
              <w:spacing w:after="40" w:line="320" w:lineRule="exact"/>
              <w:jc w:val="center"/>
            </w:pPr>
            <w:r>
              <w:rPr>
                <w:rFonts w:eastAsia="Palatino Linotype"/>
                <w:color w:val="FFFFFF"/>
              </w:rPr>
              <w:t>Laboratory Name</w:t>
            </w:r>
          </w:p>
          <w:p w:rsidR="00256A3E" w:rsidRDefault="00AF03CE">
            <w:pPr>
              <w:spacing w:after="40" w:line="320" w:lineRule="exact"/>
              <w:jc w:val="center"/>
            </w:pPr>
            <w:r>
              <w:rPr>
                <w:rFonts w:eastAsia="Palatino Linotype"/>
                <w:color w:val="FFFFFF"/>
              </w:rPr>
              <w:t>Course: Course Name</w:t>
            </w:r>
          </w:p>
        </w:tc>
      </w:tr>
    </w:tbl>
    <w:p w:rsidR="00256A3E" w:rsidRDefault="00256A3E">
      <w:pPr>
        <w:spacing w:after="0" w:line="320" w:lineRule="exact"/>
        <w:jc w:val="both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984"/>
      </w:tblGrid>
      <w:tr w:rsidR="00256A3E">
        <w:trPr>
          <w:jc w:val="center"/>
        </w:trPr>
        <w:tc>
          <w:tcPr>
            <w:tcW w:w="1984" w:type="dxa"/>
          </w:tcPr>
          <w:p w:rsidR="00256A3E" w:rsidRDefault="00AF03CE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20000" cy="72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256A3E" w:rsidRDefault="00AF03CE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20000" cy="72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6A3E" w:rsidRDefault="00256A3E">
      <w:pPr>
        <w:spacing w:line="320" w:lineRule="exact"/>
        <w:jc w:val="both"/>
      </w:pPr>
    </w:p>
    <w:p w:rsidR="00256A3E" w:rsidRDefault="00256A3E">
      <w:pPr>
        <w:spacing w:after="0" w:line="800" w:lineRule="exact"/>
        <w:jc w:val="both"/>
      </w:pPr>
    </w:p>
    <w:p w:rsidR="00256A3E" w:rsidRDefault="00AF03CE">
      <w:pPr>
        <w:spacing w:after="40" w:line="320" w:lineRule="exact"/>
        <w:jc w:val="center"/>
      </w:pPr>
      <w:r>
        <w:rPr>
          <w:rFonts w:eastAsia="Palatino Linotype"/>
          <w:color w:val="52605A"/>
        </w:rPr>
        <w:t xml:space="preserve">Prepared by: </w:t>
      </w:r>
      <w:r>
        <w:rPr>
          <w:rFonts w:eastAsia="Palatino Linotype"/>
          <w:b/>
          <w:bCs/>
          <w:color w:val="1A221E"/>
        </w:rPr>
        <w:t>Student's Full Name</w:t>
      </w:r>
    </w:p>
    <w:p w:rsidR="00256A3E" w:rsidRDefault="00AF03CE">
      <w:pPr>
        <w:spacing w:after="40" w:line="320" w:lineRule="exact"/>
        <w:jc w:val="center"/>
      </w:pPr>
      <w:r>
        <w:rPr>
          <w:rFonts w:eastAsia="Palatino Linotype"/>
          <w:color w:val="52605A"/>
        </w:rPr>
        <w:t xml:space="preserve">Stage: </w:t>
      </w:r>
      <w:r>
        <w:rPr>
          <w:rFonts w:eastAsia="Palatino Linotype"/>
          <w:b/>
          <w:bCs/>
          <w:color w:val="1A221E"/>
        </w:rPr>
        <w:t>……   Section: ……</w:t>
      </w:r>
    </w:p>
    <w:p w:rsidR="00256A3E" w:rsidRDefault="00AF03CE">
      <w:pPr>
        <w:spacing w:after="40" w:line="320" w:lineRule="exact"/>
        <w:jc w:val="center"/>
      </w:pPr>
      <w:r>
        <w:rPr>
          <w:rFonts w:eastAsia="Palatino Linotype"/>
          <w:color w:val="52605A"/>
        </w:rPr>
        <w:t xml:space="preserve">Supervised by: </w:t>
      </w:r>
      <w:r>
        <w:rPr>
          <w:rFonts w:eastAsia="Palatino Linotype"/>
          <w:b/>
          <w:bCs/>
          <w:color w:val="1A221E"/>
        </w:rPr>
        <w:t>Supervisor's Name and Title</w:t>
      </w:r>
    </w:p>
    <w:p w:rsidR="00256A3E" w:rsidRDefault="00AF03CE">
      <w:pPr>
        <w:spacing w:after="40" w:line="320" w:lineRule="exact"/>
        <w:jc w:val="center"/>
      </w:pPr>
      <w:r>
        <w:rPr>
          <w:rFonts w:eastAsia="Palatino Linotype"/>
          <w:color w:val="52605A"/>
        </w:rPr>
        <w:t xml:space="preserve">Date: </w:t>
      </w:r>
      <w:r>
        <w:rPr>
          <w:rFonts w:eastAsia="Palatino Linotype"/>
          <w:b/>
          <w:bCs/>
          <w:color w:val="1A221E"/>
        </w:rPr>
        <w:t>……/……/……</w:t>
      </w:r>
    </w:p>
    <w:p w:rsidR="00256A3E" w:rsidRDefault="00AF03CE">
      <w:pPr>
        <w:spacing w:before="360" w:line="280" w:lineRule="exact"/>
        <w:jc w:val="center"/>
      </w:pPr>
      <w:r>
        <w:rPr>
          <w:rFonts w:eastAsia="Palatino Linotype"/>
          <w:color w:val="52605A"/>
          <w:sz w:val="20"/>
          <w:szCs w:val="20"/>
        </w:rPr>
        <w:t>Academic Year 2026 – 2027</w:t>
      </w:r>
    </w:p>
    <w:p w:rsidR="00256A3E" w:rsidRDefault="00AF03CE">
      <w:pPr>
        <w:keepNext/>
        <w:pageBreakBefore/>
        <w:spacing w:before="320"/>
      </w:pPr>
      <w:r>
        <w:rPr>
          <w:rFonts w:eastAsia="Palatino Linotype"/>
          <w:b/>
          <w:bCs/>
          <w:color w:val="1A221E"/>
          <w:sz w:val="32"/>
          <w:szCs w:val="32"/>
        </w:rPr>
        <w:lastRenderedPageBreak/>
        <w:t>Contents</w:t>
      </w:r>
    </w:p>
    <w:p w:rsidR="00256A3E" w:rsidRDefault="00AF03CE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:rsidR="00AF03CE" w:rsidRDefault="00AF03C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Palatino Linotype"/>
        </w:rPr>
        <w:fldChar w:fldCharType="begin"/>
      </w:r>
      <w:r>
        <w:rPr>
          <w:rFonts w:eastAsia="Palatino Linotype"/>
        </w:rPr>
        <w:instrText xml:space="preserve"> TOC \o "1-2" \h \z \u </w:instrText>
      </w:r>
      <w:r>
        <w:rPr>
          <w:rFonts w:eastAsia="Palatino Linotype"/>
        </w:rPr>
        <w:fldChar w:fldCharType="separate"/>
      </w:r>
      <w:hyperlink w:anchor="_Toc241685520" w:history="1">
        <w:r w:rsidRPr="008E22F7">
          <w:rPr>
            <w:rStyle w:val="Hyperlink"/>
            <w:rFonts w:eastAsia="Palatino Linotype"/>
            <w:noProof/>
          </w:rPr>
          <w:t>1   Objective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_Toc241685520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AF03CE" w:rsidRDefault="00AF03C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521" w:history="1">
        <w:r w:rsidRPr="008E22F7">
          <w:rPr>
            <w:rStyle w:val="Hyperlink"/>
            <w:rFonts w:eastAsia="Palatino Linotype"/>
            <w:noProof/>
          </w:rPr>
          <w:t>2   Apparatus and Materials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_Toc241685521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AF03CE" w:rsidRDefault="00AF03C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522" w:history="1">
        <w:r w:rsidRPr="008E22F7">
          <w:rPr>
            <w:rStyle w:val="Hyperlink"/>
            <w:rFonts w:eastAsia="Palatino Linotype"/>
            <w:noProof/>
          </w:rPr>
          <w:t>3   Theory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_Toc241685522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AF03CE" w:rsidRDefault="00AF03C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523" w:history="1">
        <w:r w:rsidRPr="008E22F7">
          <w:rPr>
            <w:rStyle w:val="Hyperlink"/>
            <w:rFonts w:eastAsia="Palatino Linotype"/>
            <w:noProof/>
          </w:rPr>
          <w:t>4   Procedure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_Toc241685523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AF03CE" w:rsidRDefault="00AF03C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524" w:history="1">
        <w:r w:rsidRPr="008E22F7">
          <w:rPr>
            <w:rStyle w:val="Hyperlink"/>
            <w:rFonts w:eastAsia="Palatino Linotype"/>
            <w:noProof/>
          </w:rPr>
          <w:t>5   Experimental Set-up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_Toc241685524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AF03CE" w:rsidRDefault="00AF03C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525" w:history="1">
        <w:r w:rsidRPr="008E22F7">
          <w:rPr>
            <w:rStyle w:val="Hyperlink"/>
            <w:rFonts w:eastAsia="Palatino Linotype"/>
            <w:noProof/>
          </w:rPr>
          <w:t>6  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_Toc241685525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AF03CE" w:rsidRDefault="00AF03C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526" w:history="1">
        <w:r w:rsidRPr="008E22F7">
          <w:rPr>
            <w:rStyle w:val="Hyperlink"/>
            <w:rFonts w:eastAsia="Palatino Linotype"/>
            <w:noProof/>
          </w:rPr>
          <w:t>7   Calculations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_Toc241685526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AF03CE" w:rsidRDefault="00AF03C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527" w:history="1">
        <w:r w:rsidRPr="008E22F7">
          <w:rPr>
            <w:rStyle w:val="Hyperlink"/>
            <w:rFonts w:eastAsia="Palatino Linotype"/>
            <w:noProof/>
          </w:rPr>
          <w:t>8   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_Toc241685527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AF03CE" w:rsidRDefault="00AF03C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528" w:history="1">
        <w:r w:rsidRPr="008E22F7">
          <w:rPr>
            <w:rStyle w:val="Hyperlink"/>
            <w:rFonts w:eastAsia="Palatino Linotype"/>
            <w:noProof/>
          </w:rPr>
          <w:t>9   Sources of Error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_Toc241685528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AF03CE" w:rsidRDefault="00AF03C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529" w:history="1">
        <w:r w:rsidRPr="008E22F7">
          <w:rPr>
            <w:rStyle w:val="Hyperlink"/>
            <w:rFonts w:eastAsia="Palatino Linotype"/>
            <w:noProof/>
          </w:rPr>
          <w:t>10   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_Toc241685529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AF03CE" w:rsidRDefault="00AF03C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530" w:history="1">
        <w:r w:rsidRPr="008E22F7">
          <w:rPr>
            <w:rStyle w:val="Hyperlink"/>
            <w:rFonts w:eastAsia="Palatino Linotype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_Toc241685530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56A3E" w:rsidRDefault="00AF03CE">
      <w:r>
        <w:rPr>
          <w:rFonts w:eastAsia="Palatino Linotype"/>
        </w:rPr>
        <w:fldChar w:fldCharType="end"/>
      </w:r>
    </w:p>
    <w:p w:rsidR="00256A3E" w:rsidRDefault="00256A3E">
      <w:pPr>
        <w:sectPr w:rsidR="00256A3E">
          <w:pgSz w:w="11906" w:h="16838"/>
          <w:pgMar w:top="1020" w:right="1020" w:bottom="1020" w:left="1020" w:header="624" w:footer="567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single" w:sz="4" w:space="0" w:color="D2E0D6"/>
          <w:left w:val="single" w:sz="4" w:space="0" w:color="D2E0D6"/>
          <w:bottom w:val="single" w:sz="18" w:space="0" w:color="D2E0D6"/>
          <w:right w:val="single" w:sz="4" w:space="0" w:color="D2E0D6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256A3E">
        <w:trPr>
          <w:jc w:val="center"/>
        </w:trPr>
        <w:tc>
          <w:tcPr>
            <w:tcW w:w="9071" w:type="dxa"/>
          </w:tcPr>
          <w:p w:rsidR="00256A3E" w:rsidRDefault="00AF03CE">
            <w:pPr>
              <w:jc w:val="both"/>
            </w:pPr>
            <w:r>
              <w:rPr>
                <w:rFonts w:eastAsia="Palatino Linotype"/>
                <w:b/>
                <w:bCs/>
                <w:color w:val="264D3B"/>
              </w:rPr>
              <w:lastRenderedPageBreak/>
              <w:t xml:space="preserve">How to use this template — delete this box </w:t>
            </w:r>
            <w:r>
              <w:rPr>
                <w:rFonts w:eastAsia="Palatino Linotype"/>
                <w:b/>
                <w:bCs/>
                <w:color w:val="264D3B"/>
              </w:rPr>
              <w:t>before printing</w:t>
            </w:r>
          </w:p>
          <w:p w:rsidR="00256A3E" w:rsidRDefault="00AF03CE">
            <w:pPr>
              <w:jc w:val="both"/>
            </w:pPr>
            <w:r>
              <w:rPr>
                <w:rFonts w:eastAsia="Palatino Linotype"/>
                <w:color w:val="1A221E"/>
              </w:rPr>
              <w:t>Grey text is guidance: read it, delete it 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:rsidR="00256A3E" w:rsidRDefault="00256A3E">
      <w:pPr>
        <w:spacing w:after="40"/>
        <w:jc w:val="both"/>
      </w:pPr>
    </w:p>
    <w:p w:rsidR="00256A3E" w:rsidRDefault="00AF03CE">
      <w:pPr>
        <w:pStyle w:val="Heading1"/>
        <w:spacing w:before="320" w:after="120"/>
      </w:pPr>
      <w:bookmarkStart w:id="0" w:name="_Toc241685520"/>
      <w:r>
        <w:rPr>
          <w:rFonts w:ascii="Palatino Linotype" w:eastAsia="Palatino Linotype" w:hAnsi="Palatino Linotype" w:cs="Times New Roman"/>
          <w:sz w:val="32"/>
          <w:szCs w:val="32"/>
        </w:rPr>
        <w:t xml:space="preserve">1   </w:t>
      </w:r>
      <w:r>
        <w:rPr>
          <w:rFonts w:ascii="Palatino Linotype" w:eastAsia="Palatino Linotype" w:hAnsi="Palatino Linotype" w:cs="Times New Roman"/>
          <w:color w:val="1A221E"/>
          <w:sz w:val="32"/>
          <w:szCs w:val="32"/>
        </w:rPr>
        <w:t>Objective</w:t>
      </w:r>
      <w:bookmarkEnd w:id="0"/>
    </w:p>
    <w:p w:rsidR="00256A3E" w:rsidRDefault="00AF03CE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:rsidR="00256A3E" w:rsidRDefault="00AF03CE">
      <w:pPr>
        <w:jc w:val="both"/>
      </w:pPr>
      <w:r>
        <w:rPr>
          <w:rFonts w:eastAsia="Palatino Linotype"/>
          <w:i/>
          <w:color w:val="52605A"/>
          <w:sz w:val="22"/>
          <w:szCs w:val="22"/>
        </w:rPr>
        <w:t>In two or three lines, state why the experiment is performed and which quantity or phenomenon is verified.</w:t>
      </w:r>
    </w:p>
    <w:p w:rsidR="00256A3E" w:rsidRDefault="00AF03CE">
      <w:pPr>
        <w:pStyle w:val="Heading1"/>
        <w:spacing w:before="320" w:after="120"/>
      </w:pPr>
      <w:bookmarkStart w:id="1" w:name="_Toc241685521"/>
      <w:r>
        <w:rPr>
          <w:rFonts w:ascii="Palatino Linotype" w:eastAsia="Palatino Linotype" w:hAnsi="Palatino Linotype" w:cs="Times New Roman"/>
          <w:sz w:val="32"/>
          <w:szCs w:val="32"/>
        </w:rPr>
        <w:t xml:space="preserve">2   </w:t>
      </w:r>
      <w:r>
        <w:rPr>
          <w:rFonts w:ascii="Palatino Linotype" w:eastAsia="Palatino Linotype" w:hAnsi="Palatino Linotype" w:cs="Times New Roman"/>
          <w:color w:val="1A221E"/>
          <w:sz w:val="32"/>
          <w:szCs w:val="32"/>
        </w:rPr>
        <w:t>Apparatus and Materials</w:t>
      </w:r>
      <w:bookmarkEnd w:id="1"/>
    </w:p>
    <w:p w:rsidR="00256A3E" w:rsidRDefault="00AF03CE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:rsidR="00256A3E" w:rsidRDefault="00AF03CE">
      <w:pPr>
        <w:keepNext/>
        <w:jc w:val="both"/>
      </w:pPr>
      <w:r>
        <w:rPr>
          <w:rFonts w:eastAsia="Palatino Linotype"/>
          <w:i/>
          <w:color w:val="52605A"/>
          <w:sz w:val="22"/>
          <w:szCs w:val="22"/>
        </w:rPr>
        <w:t>List every instrument with its range and resolution where available — supervisors look for this.</w:t>
      </w:r>
    </w:p>
    <w:p w:rsidR="00256A3E" w:rsidRDefault="00AF03CE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C0712F"/>
          <w:sz w:val="18"/>
          <w:szCs w:val="18"/>
        </w:rPr>
        <w:t>○</w:t>
      </w:r>
      <w:r>
        <w:rPr>
          <w:rFonts w:ascii="Segoe UI Symbol" w:eastAsia="Segoe UI Symbol" w:hAnsi="Segoe UI Symbol" w:cs="Segoe UI Symbol"/>
          <w:color w:val="C0712F"/>
          <w:sz w:val="18"/>
          <w:szCs w:val="18"/>
        </w:rPr>
        <w:tab/>
      </w:r>
      <w:r>
        <w:rPr>
          <w:rFonts w:eastAsia="Palatino Linotype"/>
          <w:color w:val="1A221E"/>
        </w:rPr>
        <w:t>Instrument 1 (range, resolution)</w:t>
      </w:r>
    </w:p>
    <w:p w:rsidR="00256A3E" w:rsidRDefault="00AF03CE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C0712F"/>
          <w:sz w:val="18"/>
          <w:szCs w:val="18"/>
        </w:rPr>
        <w:t>○</w:t>
      </w:r>
      <w:r>
        <w:rPr>
          <w:rFonts w:ascii="Segoe UI Symbol" w:eastAsia="Segoe UI Symbol" w:hAnsi="Segoe UI Symbol" w:cs="Segoe UI Symbol"/>
          <w:color w:val="C0712F"/>
          <w:sz w:val="18"/>
          <w:szCs w:val="18"/>
        </w:rPr>
        <w:tab/>
      </w:r>
      <w:r>
        <w:rPr>
          <w:rFonts w:eastAsia="Palatino Linotype"/>
          <w:color w:val="1A221E"/>
        </w:rPr>
        <w:t>Instrument 2 (range, resolution)</w:t>
      </w:r>
    </w:p>
    <w:p w:rsidR="00256A3E" w:rsidRDefault="00AF03CE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C0712F"/>
          <w:sz w:val="18"/>
          <w:szCs w:val="18"/>
        </w:rPr>
        <w:t>○</w:t>
      </w:r>
      <w:r>
        <w:rPr>
          <w:rFonts w:ascii="Segoe UI Symbol" w:eastAsia="Segoe UI Symbol" w:hAnsi="Segoe UI Symbol" w:cs="Segoe UI Symbol"/>
          <w:color w:val="C0712F"/>
          <w:sz w:val="18"/>
          <w:szCs w:val="18"/>
        </w:rPr>
        <w:tab/>
      </w:r>
      <w:r>
        <w:rPr>
          <w:rFonts w:eastAsia="Palatino Linotype"/>
          <w:color w:val="1A221E"/>
        </w:rPr>
        <w:t>Connecting leads and other materials</w:t>
      </w:r>
    </w:p>
    <w:p w:rsidR="00256A3E" w:rsidRDefault="00AF03CE">
      <w:pPr>
        <w:pStyle w:val="Heading1"/>
        <w:spacing w:before="320" w:after="120"/>
      </w:pPr>
      <w:bookmarkStart w:id="2" w:name="_Toc241685522"/>
      <w:r>
        <w:rPr>
          <w:rFonts w:ascii="Palatino Linotype" w:eastAsia="Palatino Linotype" w:hAnsi="Palatino Linotype" w:cs="Times New Roman"/>
          <w:sz w:val="32"/>
          <w:szCs w:val="32"/>
        </w:rPr>
        <w:t xml:space="preserve">3   </w:t>
      </w:r>
      <w:r>
        <w:rPr>
          <w:rFonts w:ascii="Palatino Linotype" w:eastAsia="Palatino Linotype" w:hAnsi="Palatino Linotype" w:cs="Times New Roman"/>
          <w:color w:val="1A221E"/>
          <w:sz w:val="32"/>
          <w:szCs w:val="32"/>
        </w:rPr>
        <w:t>Theory</w:t>
      </w:r>
      <w:bookmarkEnd w:id="2"/>
    </w:p>
    <w:p w:rsidR="00256A3E" w:rsidRDefault="00AF03CE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:rsidR="00256A3E" w:rsidRDefault="00AF03CE">
      <w:pPr>
        <w:keepNext/>
        <w:jc w:val="both"/>
      </w:pPr>
      <w:r>
        <w:rPr>
          <w:rFonts w:eastAsia="Palatino Linotype"/>
          <w:i/>
          <w:color w:val="52605A"/>
          <w:sz w:val="22"/>
          <w:szCs w:val="22"/>
        </w:rPr>
        <w:t>Explain the law or theory behind the experiment and write each equation, defining every symbol and its unit. An editable example:</w:t>
      </w:r>
    </w:p>
    <w:p w:rsidR="00256A3E" w:rsidRDefault="00AF03CE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Palatino Linotype"/>
          <w:color w:val="1A221E"/>
        </w:rPr>
        <w:tab/>
        <w:t>(1)</w:t>
      </w:r>
    </w:p>
    <w:p w:rsidR="00256A3E" w:rsidRDefault="00AF03CE">
      <w:pPr>
        <w:jc w:val="both"/>
      </w:pPr>
      <w:r>
        <w:rPr>
          <w:rFonts w:eastAsia="Palatino Linotype"/>
          <w:i/>
          <w:color w:val="52605A"/>
          <w:sz w:val="22"/>
          <w:szCs w:val="22"/>
        </w:rPr>
        <w:t>where y is the dependent variable, x the independent variable, a the slope and b the intercept. (Double-click the equation to edit it.)</w:t>
      </w:r>
    </w:p>
    <w:p w:rsidR="00256A3E" w:rsidRDefault="00AF03CE">
      <w:pPr>
        <w:pStyle w:val="Heading1"/>
        <w:spacing w:before="320" w:after="120"/>
      </w:pPr>
      <w:bookmarkStart w:id="3" w:name="_Toc241685523"/>
      <w:r>
        <w:rPr>
          <w:rFonts w:ascii="Palatino Linotype" w:eastAsia="Palatino Linotype" w:hAnsi="Palatino Linotype" w:cs="Times New Roman"/>
          <w:sz w:val="32"/>
          <w:szCs w:val="32"/>
        </w:rPr>
        <w:lastRenderedPageBreak/>
        <w:t xml:space="preserve">4   </w:t>
      </w:r>
      <w:r>
        <w:rPr>
          <w:rFonts w:ascii="Palatino Linotype" w:eastAsia="Palatino Linotype" w:hAnsi="Palatino Linotype" w:cs="Times New Roman"/>
          <w:color w:val="1A221E"/>
          <w:sz w:val="32"/>
          <w:szCs w:val="32"/>
        </w:rPr>
        <w:t>Procedure</w:t>
      </w:r>
      <w:bookmarkEnd w:id="3"/>
    </w:p>
    <w:p w:rsidR="00256A3E" w:rsidRDefault="00AF03CE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:rsidR="00256A3E" w:rsidRDefault="00AF03CE">
      <w:pPr>
        <w:keepNext/>
        <w:jc w:val="both"/>
      </w:pPr>
      <w:r>
        <w:rPr>
          <w:rFonts w:eastAsia="Palatino Linotype"/>
          <w:i/>
          <w:color w:val="52605A"/>
          <w:sz w:val="22"/>
          <w:szCs w:val="22"/>
        </w:rPr>
        <w:t xml:space="preserve">Write the steps in the past passive voice (“the circuit was connected”, “the </w:t>
      </w:r>
      <w:r>
        <w:rPr>
          <w:rFonts w:eastAsia="Palatino Linotype"/>
          <w:i/>
          <w:color w:val="52605A"/>
          <w:sz w:val="22"/>
          <w:szCs w:val="22"/>
        </w:rPr>
        <w:t>reading was recorded”), not as commands.</w:t>
      </w:r>
    </w:p>
    <w:p w:rsidR="00256A3E" w:rsidRDefault="00AF03CE">
      <w:pPr>
        <w:spacing w:after="40"/>
        <w:ind w:left="510" w:hanging="340"/>
      </w:pPr>
      <w:r>
        <w:rPr>
          <w:rFonts w:eastAsia="Palatino Linotype"/>
          <w:b/>
          <w:bCs/>
          <w:color w:val="264D3B"/>
        </w:rPr>
        <w:t>1.</w:t>
      </w:r>
      <w:r>
        <w:rPr>
          <w:rFonts w:eastAsia="Palatino Linotype"/>
          <w:b/>
          <w:bCs/>
          <w:color w:val="264D3B"/>
        </w:rPr>
        <w:tab/>
      </w:r>
      <w:r>
        <w:rPr>
          <w:rFonts w:eastAsia="Palatino Linotype"/>
          <w:color w:val="1A221E"/>
        </w:rPr>
        <w:t>First step.</w:t>
      </w:r>
    </w:p>
    <w:p w:rsidR="00256A3E" w:rsidRDefault="00AF03CE">
      <w:pPr>
        <w:spacing w:after="40"/>
        <w:ind w:left="510" w:hanging="340"/>
      </w:pPr>
      <w:r>
        <w:rPr>
          <w:rFonts w:eastAsia="Palatino Linotype"/>
          <w:b/>
          <w:bCs/>
          <w:color w:val="264D3B"/>
        </w:rPr>
        <w:t>2.</w:t>
      </w:r>
      <w:r>
        <w:rPr>
          <w:rFonts w:eastAsia="Palatino Linotype"/>
          <w:b/>
          <w:bCs/>
          <w:color w:val="264D3B"/>
        </w:rPr>
        <w:tab/>
      </w:r>
      <w:r>
        <w:rPr>
          <w:rFonts w:eastAsia="Palatino Linotype"/>
          <w:color w:val="1A221E"/>
        </w:rPr>
        <w:t>Second step.</w:t>
      </w:r>
    </w:p>
    <w:p w:rsidR="00256A3E" w:rsidRDefault="00AF03CE">
      <w:pPr>
        <w:spacing w:after="40"/>
        <w:ind w:left="510" w:hanging="340"/>
      </w:pPr>
      <w:r>
        <w:rPr>
          <w:rFonts w:eastAsia="Palatino Linotype"/>
          <w:b/>
          <w:bCs/>
          <w:color w:val="264D3B"/>
        </w:rPr>
        <w:t>3.</w:t>
      </w:r>
      <w:r>
        <w:rPr>
          <w:rFonts w:eastAsia="Palatino Linotype"/>
          <w:b/>
          <w:bCs/>
          <w:color w:val="264D3B"/>
        </w:rPr>
        <w:tab/>
      </w:r>
      <w:r>
        <w:rPr>
          <w:rFonts w:eastAsia="Palatino Linotype"/>
          <w:color w:val="1A221E"/>
        </w:rPr>
        <w:t>Third step.</w:t>
      </w:r>
    </w:p>
    <w:p w:rsidR="00256A3E" w:rsidRDefault="00AF03CE">
      <w:pPr>
        <w:spacing w:after="40"/>
        <w:ind w:left="510" w:hanging="340"/>
      </w:pPr>
      <w:r>
        <w:rPr>
          <w:rFonts w:eastAsia="Palatino Linotype"/>
          <w:b/>
          <w:bCs/>
          <w:color w:val="264D3B"/>
        </w:rPr>
        <w:t>4.</w:t>
      </w:r>
      <w:r>
        <w:rPr>
          <w:rFonts w:eastAsia="Palatino Linotype"/>
          <w:b/>
          <w:bCs/>
          <w:color w:val="264D3B"/>
        </w:rPr>
        <w:tab/>
      </w:r>
      <w:r>
        <w:rPr>
          <w:rFonts w:eastAsia="Palatino Linotype"/>
          <w:color w:val="1A221E"/>
        </w:rPr>
        <w:t>Fourth step.</w:t>
      </w:r>
    </w:p>
    <w:p w:rsidR="00256A3E" w:rsidRDefault="00AF03CE">
      <w:pPr>
        <w:pStyle w:val="Heading1"/>
        <w:spacing w:before="320" w:after="120"/>
      </w:pPr>
      <w:bookmarkStart w:id="4" w:name="_Toc241685524"/>
      <w:r>
        <w:rPr>
          <w:rFonts w:ascii="Palatino Linotype" w:eastAsia="Palatino Linotype" w:hAnsi="Palatino Linotype" w:cs="Times New Roman"/>
          <w:sz w:val="32"/>
          <w:szCs w:val="32"/>
        </w:rPr>
        <w:t xml:space="preserve">5   </w:t>
      </w:r>
      <w:r>
        <w:rPr>
          <w:rFonts w:ascii="Palatino Linotype" w:eastAsia="Palatino Linotype" w:hAnsi="Palatino Linotype" w:cs="Times New Roman"/>
          <w:color w:val="1A221E"/>
          <w:sz w:val="32"/>
          <w:szCs w:val="32"/>
        </w:rPr>
        <w:t>Experimental Set-up</w:t>
      </w:r>
      <w:bookmarkEnd w:id="4"/>
    </w:p>
    <w:p w:rsidR="00256A3E" w:rsidRDefault="00AF03CE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:rsidR="00256A3E" w:rsidRDefault="00AF03CE">
      <w:pPr>
        <w:keepNext/>
        <w:jc w:val="both"/>
      </w:pPr>
      <w:r>
        <w:rPr>
          <w:rFonts w:eastAsia="Palatino Linotype"/>
          <w:i/>
          <w:color w:val="52605A"/>
          <w:sz w:val="22"/>
          <w:szCs w:val="22"/>
        </w:rPr>
        <w:t>Put your circuit diagram or apparatus sketch in place of the picture below (right-click → “Change Picture”).</w:t>
      </w:r>
    </w:p>
    <w:p w:rsidR="00256A3E" w:rsidRDefault="00AF03CE">
      <w:pPr>
        <w:keepNext/>
        <w:spacing w:after="40"/>
        <w:jc w:val="center"/>
      </w:pPr>
      <w:r>
        <w:rPr>
          <w:noProof/>
        </w:rPr>
        <w:drawing>
          <wp:inline distT="0" distB="0" distL="0" distR="0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A3E" w:rsidRDefault="00AF03CE">
      <w:pPr>
        <w:spacing w:before="40" w:after="160"/>
        <w:jc w:val="center"/>
      </w:pPr>
      <w:r>
        <w:rPr>
          <w:rFonts w:eastAsia="Palatino Linotype"/>
          <w:b/>
          <w:bCs/>
          <w:color w:val="3C6E57"/>
          <w:sz w:val="20"/>
          <w:szCs w:val="20"/>
        </w:rPr>
        <w:t xml:space="preserve">Figure 1: </w:t>
      </w:r>
      <w:r>
        <w:rPr>
          <w:rFonts w:eastAsia="Palatino Linotype"/>
          <w:color w:val="52605A"/>
          <w:sz w:val="20"/>
          <w:szCs w:val="20"/>
        </w:rPr>
        <w:t>Circuit diagram or apparatus used in the experiment</w:t>
      </w:r>
    </w:p>
    <w:p w:rsidR="00256A3E" w:rsidRDefault="00AF03CE">
      <w:pPr>
        <w:pStyle w:val="Heading1"/>
        <w:spacing w:before="320" w:after="120"/>
      </w:pPr>
      <w:bookmarkStart w:id="5" w:name="_Toc241685525"/>
      <w:r>
        <w:rPr>
          <w:rFonts w:ascii="Palatino Linotype" w:eastAsia="Palatino Linotype" w:hAnsi="Palatino Linotype" w:cs="Times New Roman"/>
          <w:sz w:val="32"/>
          <w:szCs w:val="32"/>
        </w:rPr>
        <w:lastRenderedPageBreak/>
        <w:t xml:space="preserve">6   </w:t>
      </w:r>
      <w:r>
        <w:rPr>
          <w:rFonts w:ascii="Palatino Linotype" w:eastAsia="Palatino Linotype" w:hAnsi="Palatino Linotype" w:cs="Times New Roman"/>
          <w:color w:val="1A221E"/>
          <w:sz w:val="32"/>
          <w:szCs w:val="32"/>
        </w:rPr>
        <w:t>Results</w:t>
      </w:r>
      <w:bookmarkEnd w:id="5"/>
    </w:p>
    <w:p w:rsidR="00256A3E" w:rsidRDefault="00AF03CE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:rsidR="00256A3E" w:rsidRDefault="00AF03CE">
      <w:pPr>
        <w:keepNext/>
        <w:jc w:val="both"/>
      </w:pPr>
      <w:r>
        <w:rPr>
          <w:rFonts w:eastAsia="Palatino Linotype"/>
          <w:i/>
          <w:color w:val="52605A"/>
          <w:sz w:val="22"/>
          <w:szCs w:val="22"/>
        </w:rPr>
        <w:t>Put the readings in a table; units belong in the column heading, not inside the cells.</w:t>
      </w:r>
    </w:p>
    <w:p w:rsidR="00256A3E" w:rsidRDefault="00AF03CE">
      <w:pPr>
        <w:keepNext/>
        <w:spacing w:before="40" w:after="80"/>
        <w:jc w:val="center"/>
      </w:pPr>
      <w:r>
        <w:rPr>
          <w:rFonts w:eastAsia="Palatino Linotype"/>
          <w:b/>
          <w:bCs/>
          <w:color w:val="3C6E57"/>
          <w:sz w:val="20"/>
          <w:szCs w:val="20"/>
        </w:rPr>
        <w:t xml:space="preserve">Table 1: </w:t>
      </w:r>
      <w:r>
        <w:rPr>
          <w:rFonts w:eastAsia="Palatino Linotype"/>
          <w:color w:val="52605A"/>
          <w:sz w:val="20"/>
          <w:szCs w:val="20"/>
        </w:rPr>
        <w:t>Readings recorded during the experiment</w:t>
      </w:r>
    </w:p>
    <w:tbl>
      <w:tblPr>
        <w:tblW w:w="0" w:type="auto"/>
        <w:jc w:val="center"/>
        <w:tblBorders>
          <w:top w:val="single" w:sz="12" w:space="0" w:color="264D3B"/>
          <w:left w:val="nil"/>
          <w:bottom w:val="single" w:sz="12" w:space="0" w:color="264D3B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256A3E">
        <w:trPr>
          <w:cantSplit/>
          <w:tblHeader/>
          <w:jc w:val="center"/>
        </w:trPr>
        <w:tc>
          <w:tcPr>
            <w:tcW w:w="737" w:type="dxa"/>
            <w:tcBorders>
              <w:bottom w:val="single" w:sz="6" w:space="0" w:color="264D3B"/>
            </w:tcBorders>
          </w:tcPr>
          <w:p w:rsidR="00256A3E" w:rsidRDefault="00AF03CE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264D3B"/>
                <w:sz w:val="20"/>
                <w:szCs w:val="20"/>
              </w:rPr>
              <w:t>No.</w:t>
            </w:r>
          </w:p>
        </w:tc>
        <w:tc>
          <w:tcPr>
            <w:tcW w:w="2083" w:type="dxa"/>
            <w:tcBorders>
              <w:bottom w:val="single" w:sz="6" w:space="0" w:color="264D3B"/>
            </w:tcBorders>
          </w:tcPr>
          <w:p w:rsidR="00256A3E" w:rsidRDefault="00AF03CE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264D3B"/>
                <w:sz w:val="20"/>
                <w:szCs w:val="20"/>
              </w:rPr>
              <w:t>Measured quantity (unit)</w:t>
            </w:r>
          </w:p>
        </w:tc>
        <w:tc>
          <w:tcPr>
            <w:tcW w:w="2083" w:type="dxa"/>
            <w:tcBorders>
              <w:bottom w:val="single" w:sz="6" w:space="0" w:color="264D3B"/>
            </w:tcBorders>
          </w:tcPr>
          <w:p w:rsidR="00256A3E" w:rsidRDefault="00AF03CE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264D3B"/>
                <w:sz w:val="20"/>
                <w:szCs w:val="20"/>
              </w:rPr>
              <w:t>Reading 1</w:t>
            </w:r>
          </w:p>
        </w:tc>
        <w:tc>
          <w:tcPr>
            <w:tcW w:w="2083" w:type="dxa"/>
            <w:tcBorders>
              <w:bottom w:val="single" w:sz="6" w:space="0" w:color="264D3B"/>
            </w:tcBorders>
          </w:tcPr>
          <w:p w:rsidR="00256A3E" w:rsidRDefault="00AF03CE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264D3B"/>
                <w:sz w:val="20"/>
                <w:szCs w:val="20"/>
              </w:rPr>
              <w:t>Reading 2</w:t>
            </w:r>
          </w:p>
        </w:tc>
        <w:tc>
          <w:tcPr>
            <w:tcW w:w="2083" w:type="dxa"/>
            <w:tcBorders>
              <w:bottom w:val="single" w:sz="6" w:space="0" w:color="264D3B"/>
            </w:tcBorders>
          </w:tcPr>
          <w:p w:rsidR="00256A3E" w:rsidRDefault="00AF03CE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264D3B"/>
                <w:sz w:val="20"/>
                <w:szCs w:val="20"/>
              </w:rPr>
              <w:t>Mean</w:t>
            </w:r>
          </w:p>
        </w:tc>
      </w:tr>
      <w:tr w:rsidR="00256A3E">
        <w:trPr>
          <w:cantSplit/>
          <w:jc w:val="center"/>
        </w:trPr>
        <w:tc>
          <w:tcPr>
            <w:tcW w:w="737" w:type="dxa"/>
          </w:tcPr>
          <w:p w:rsidR="00256A3E" w:rsidRDefault="00AF03CE">
            <w:pPr>
              <w:keepNext/>
              <w:spacing w:before="20" w:after="20"/>
              <w:jc w:val="center"/>
            </w:pPr>
            <w:r>
              <w:rPr>
                <w:rFonts w:eastAsia="Palatino Linotype"/>
                <w:color w:val="1A221E"/>
                <w:sz w:val="20"/>
                <w:szCs w:val="20"/>
              </w:rPr>
              <w:t>1</w:t>
            </w:r>
          </w:p>
        </w:tc>
        <w:tc>
          <w:tcPr>
            <w:tcW w:w="2083" w:type="dxa"/>
          </w:tcPr>
          <w:p w:rsidR="00256A3E" w:rsidRDefault="00256A3E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:rsidR="00256A3E" w:rsidRDefault="00256A3E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:rsidR="00256A3E" w:rsidRDefault="00256A3E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:rsidR="00256A3E" w:rsidRDefault="00256A3E">
            <w:pPr>
              <w:keepNext/>
              <w:spacing w:before="20" w:after="20"/>
              <w:jc w:val="center"/>
            </w:pPr>
          </w:p>
        </w:tc>
      </w:tr>
      <w:tr w:rsidR="00256A3E">
        <w:trPr>
          <w:cantSplit/>
          <w:jc w:val="center"/>
        </w:trPr>
        <w:tc>
          <w:tcPr>
            <w:tcW w:w="737" w:type="dxa"/>
          </w:tcPr>
          <w:p w:rsidR="00256A3E" w:rsidRDefault="00AF03CE">
            <w:pPr>
              <w:keepNext/>
              <w:spacing w:before="20" w:after="20"/>
              <w:jc w:val="center"/>
            </w:pPr>
            <w:r>
              <w:rPr>
                <w:rFonts w:eastAsia="Palatino Linotype"/>
                <w:color w:val="1A221E"/>
                <w:sz w:val="20"/>
                <w:szCs w:val="20"/>
              </w:rPr>
              <w:t>2</w:t>
            </w:r>
          </w:p>
        </w:tc>
        <w:tc>
          <w:tcPr>
            <w:tcW w:w="2083" w:type="dxa"/>
          </w:tcPr>
          <w:p w:rsidR="00256A3E" w:rsidRDefault="00256A3E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:rsidR="00256A3E" w:rsidRDefault="00256A3E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:rsidR="00256A3E" w:rsidRDefault="00256A3E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:rsidR="00256A3E" w:rsidRDefault="00256A3E">
            <w:pPr>
              <w:keepNext/>
              <w:spacing w:before="20" w:after="20"/>
              <w:jc w:val="center"/>
            </w:pPr>
          </w:p>
        </w:tc>
      </w:tr>
      <w:tr w:rsidR="00256A3E">
        <w:trPr>
          <w:cantSplit/>
          <w:jc w:val="center"/>
        </w:trPr>
        <w:tc>
          <w:tcPr>
            <w:tcW w:w="737" w:type="dxa"/>
          </w:tcPr>
          <w:p w:rsidR="00256A3E" w:rsidRDefault="00AF03CE">
            <w:pPr>
              <w:keepNext/>
              <w:spacing w:before="20" w:after="20"/>
              <w:jc w:val="center"/>
            </w:pPr>
            <w:r>
              <w:rPr>
                <w:rFonts w:eastAsia="Palatino Linotype"/>
                <w:color w:val="1A221E"/>
                <w:sz w:val="20"/>
                <w:szCs w:val="20"/>
              </w:rPr>
              <w:t>3</w:t>
            </w:r>
          </w:p>
        </w:tc>
        <w:tc>
          <w:tcPr>
            <w:tcW w:w="2083" w:type="dxa"/>
          </w:tcPr>
          <w:p w:rsidR="00256A3E" w:rsidRDefault="00256A3E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:rsidR="00256A3E" w:rsidRDefault="00256A3E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:rsidR="00256A3E" w:rsidRDefault="00256A3E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:rsidR="00256A3E" w:rsidRDefault="00256A3E">
            <w:pPr>
              <w:keepNext/>
              <w:spacing w:before="20" w:after="20"/>
              <w:jc w:val="center"/>
            </w:pPr>
          </w:p>
        </w:tc>
      </w:tr>
      <w:tr w:rsidR="00256A3E">
        <w:trPr>
          <w:cantSplit/>
          <w:jc w:val="center"/>
        </w:trPr>
        <w:tc>
          <w:tcPr>
            <w:tcW w:w="737" w:type="dxa"/>
          </w:tcPr>
          <w:p w:rsidR="00256A3E" w:rsidRDefault="00AF03CE">
            <w:pPr>
              <w:spacing w:before="20" w:after="20"/>
              <w:jc w:val="center"/>
            </w:pPr>
            <w:r>
              <w:rPr>
                <w:rFonts w:eastAsia="Palatino Linotype"/>
                <w:color w:val="1A221E"/>
                <w:sz w:val="20"/>
                <w:szCs w:val="20"/>
              </w:rPr>
              <w:t>4</w:t>
            </w:r>
          </w:p>
        </w:tc>
        <w:tc>
          <w:tcPr>
            <w:tcW w:w="2083" w:type="dxa"/>
          </w:tcPr>
          <w:p w:rsidR="00256A3E" w:rsidRDefault="00256A3E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:rsidR="00256A3E" w:rsidRDefault="00256A3E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:rsidR="00256A3E" w:rsidRDefault="00256A3E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:rsidR="00256A3E" w:rsidRDefault="00256A3E">
            <w:pPr>
              <w:spacing w:before="20" w:after="20"/>
              <w:jc w:val="center"/>
            </w:pPr>
          </w:p>
        </w:tc>
      </w:tr>
    </w:tbl>
    <w:p w:rsidR="00256A3E" w:rsidRDefault="00256A3E">
      <w:pPr>
        <w:spacing w:after="40"/>
        <w:jc w:val="both"/>
      </w:pPr>
    </w:p>
    <w:p w:rsidR="00256A3E" w:rsidRDefault="00AF03CE">
      <w:pPr>
        <w:pStyle w:val="Heading1"/>
        <w:spacing w:before="320" w:after="120"/>
      </w:pPr>
      <w:bookmarkStart w:id="6" w:name="_Toc241685526"/>
      <w:r>
        <w:rPr>
          <w:rFonts w:ascii="Palatino Linotype" w:eastAsia="Palatino Linotype" w:hAnsi="Palatino Linotype" w:cs="Times New Roman"/>
          <w:sz w:val="32"/>
          <w:szCs w:val="32"/>
        </w:rPr>
        <w:t xml:space="preserve">7   </w:t>
      </w:r>
      <w:r>
        <w:rPr>
          <w:rFonts w:ascii="Palatino Linotype" w:eastAsia="Palatino Linotype" w:hAnsi="Palatino Linotype" w:cs="Times New Roman"/>
          <w:color w:val="1A221E"/>
          <w:sz w:val="32"/>
          <w:szCs w:val="32"/>
        </w:rPr>
        <w:t>Calculations</w:t>
      </w:r>
      <w:bookmarkEnd w:id="6"/>
    </w:p>
    <w:p w:rsidR="00256A3E" w:rsidRDefault="00AF03CE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:rsidR="00256A3E" w:rsidRDefault="00AF03CE">
      <w:pPr>
        <w:keepNext/>
        <w:jc w:val="both"/>
      </w:pPr>
      <w:r>
        <w:rPr>
          <w:rFonts w:eastAsia="Palatino Linotype"/>
          <w:i/>
          <w:color w:val="52605A"/>
          <w:sz w:val="22"/>
          <w:szCs w:val="22"/>
        </w:rPr>
        <w:t>Write the equation first, substitute the numbers, then give the result with its unit. The percentage error is:</w:t>
      </w:r>
    </w:p>
    <w:p w:rsidR="00256A3E" w:rsidRDefault="00AF03CE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Palatino Linotype"/>
          <w:color w:val="1A221E"/>
        </w:rPr>
        <w:tab/>
        <w:t>(2)</w:t>
      </w:r>
    </w:p>
    <w:p w:rsidR="00256A3E" w:rsidRDefault="00AF03CE">
      <w:pPr>
        <w:pStyle w:val="Heading1"/>
        <w:spacing w:before="320" w:after="120"/>
      </w:pPr>
      <w:bookmarkStart w:id="7" w:name="_Toc241685527"/>
      <w:r>
        <w:rPr>
          <w:rFonts w:ascii="Palatino Linotype" w:eastAsia="Palatino Linotype" w:hAnsi="Palatino Linotype" w:cs="Times New Roman"/>
          <w:sz w:val="32"/>
          <w:szCs w:val="32"/>
        </w:rPr>
        <w:t xml:space="preserve">8   </w:t>
      </w:r>
      <w:r>
        <w:rPr>
          <w:rFonts w:ascii="Palatino Linotype" w:eastAsia="Palatino Linotype" w:hAnsi="Palatino Linotype" w:cs="Times New Roman"/>
          <w:color w:val="1A221E"/>
          <w:sz w:val="32"/>
          <w:szCs w:val="32"/>
        </w:rPr>
        <w:t>Discussion</w:t>
      </w:r>
      <w:bookmarkEnd w:id="7"/>
    </w:p>
    <w:p w:rsidR="00256A3E" w:rsidRDefault="00AF03CE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:rsidR="00256A3E" w:rsidRDefault="00AF03CE">
      <w:pPr>
        <w:jc w:val="both"/>
      </w:pPr>
      <w:r>
        <w:rPr>
          <w:rFonts w:eastAsia="Palatino Linotype"/>
          <w:i/>
          <w:color w:val="52605A"/>
          <w:sz w:val="22"/>
          <w:szCs w:val="22"/>
        </w:rPr>
        <w:t>Compare your result with the theoretical value and explain the difference. This section separates a good report from a weak one.</w:t>
      </w:r>
    </w:p>
    <w:p w:rsidR="00256A3E" w:rsidRDefault="00AF03CE">
      <w:pPr>
        <w:pStyle w:val="Heading1"/>
        <w:spacing w:before="320" w:after="120"/>
      </w:pPr>
      <w:bookmarkStart w:id="8" w:name="_Toc241685528"/>
      <w:r>
        <w:rPr>
          <w:rFonts w:ascii="Palatino Linotype" w:eastAsia="Palatino Linotype" w:hAnsi="Palatino Linotype" w:cs="Times New Roman"/>
          <w:sz w:val="32"/>
          <w:szCs w:val="32"/>
        </w:rPr>
        <w:t xml:space="preserve">9   </w:t>
      </w:r>
      <w:r>
        <w:rPr>
          <w:rFonts w:ascii="Palatino Linotype" w:eastAsia="Palatino Linotype" w:hAnsi="Palatino Linotype" w:cs="Times New Roman"/>
          <w:color w:val="1A221E"/>
          <w:sz w:val="32"/>
          <w:szCs w:val="32"/>
        </w:rPr>
        <w:t>Sources of Error</w:t>
      </w:r>
      <w:bookmarkEnd w:id="8"/>
    </w:p>
    <w:p w:rsidR="00256A3E" w:rsidRDefault="00AF03CE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:rsidR="00256A3E" w:rsidRDefault="00AF03CE">
      <w:pPr>
        <w:keepNext/>
        <w:jc w:val="both"/>
      </w:pPr>
      <w:r>
        <w:rPr>
          <w:rFonts w:eastAsia="Palatino Linotype"/>
          <w:i/>
          <w:color w:val="52605A"/>
          <w:sz w:val="22"/>
          <w:szCs w:val="22"/>
        </w:rPr>
        <w:t>Mention measurement, instrument and environmental errors, and how they could be reduced.</w:t>
      </w:r>
    </w:p>
    <w:p w:rsidR="00256A3E" w:rsidRDefault="00AF03CE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C0712F"/>
          <w:sz w:val="18"/>
          <w:szCs w:val="18"/>
        </w:rPr>
        <w:t>○</w:t>
      </w:r>
      <w:r>
        <w:rPr>
          <w:rFonts w:ascii="Segoe UI Symbol" w:eastAsia="Segoe UI Symbol" w:hAnsi="Segoe UI Symbol" w:cs="Segoe UI Symbol"/>
          <w:color w:val="C0712F"/>
          <w:sz w:val="18"/>
          <w:szCs w:val="18"/>
        </w:rPr>
        <w:tab/>
      </w:r>
      <w:r>
        <w:rPr>
          <w:rFonts w:eastAsia="Palatino Linotype"/>
          <w:color w:val="1A221E"/>
        </w:rPr>
        <w:t>Instrument reading errors.</w:t>
      </w:r>
    </w:p>
    <w:p w:rsidR="00256A3E" w:rsidRDefault="00AF03CE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C0712F"/>
          <w:sz w:val="18"/>
          <w:szCs w:val="18"/>
        </w:rPr>
        <w:lastRenderedPageBreak/>
        <w:t>○</w:t>
      </w:r>
      <w:r>
        <w:rPr>
          <w:rFonts w:ascii="Segoe UI Symbol" w:eastAsia="Segoe UI Symbol" w:hAnsi="Segoe UI Symbol" w:cs="Segoe UI Symbol"/>
          <w:color w:val="C0712F"/>
          <w:sz w:val="18"/>
          <w:szCs w:val="18"/>
        </w:rPr>
        <w:tab/>
      </w:r>
      <w:r>
        <w:rPr>
          <w:rFonts w:eastAsia="Palatino Linotype"/>
          <w:color w:val="1A221E"/>
        </w:rPr>
        <w:t>Lead resistance or changing ambient conditions.</w:t>
      </w:r>
    </w:p>
    <w:p w:rsidR="00256A3E" w:rsidRDefault="00AF03CE">
      <w:pPr>
        <w:pStyle w:val="Heading1"/>
        <w:spacing w:before="320" w:after="120"/>
      </w:pPr>
      <w:bookmarkStart w:id="9" w:name="_Toc241685529"/>
      <w:r>
        <w:rPr>
          <w:rFonts w:ascii="Palatino Linotype" w:eastAsia="Palatino Linotype" w:hAnsi="Palatino Linotype" w:cs="Times New Roman"/>
          <w:sz w:val="32"/>
          <w:szCs w:val="32"/>
        </w:rPr>
        <w:t xml:space="preserve">10   </w:t>
      </w:r>
      <w:r>
        <w:rPr>
          <w:rFonts w:ascii="Palatino Linotype" w:eastAsia="Palatino Linotype" w:hAnsi="Palatino Linotype" w:cs="Times New Roman"/>
          <w:color w:val="1A221E"/>
          <w:sz w:val="32"/>
          <w:szCs w:val="32"/>
        </w:rPr>
        <w:t>Conclusion</w:t>
      </w:r>
      <w:bookmarkEnd w:id="9"/>
    </w:p>
    <w:p w:rsidR="00256A3E" w:rsidRDefault="00AF03CE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:rsidR="00256A3E" w:rsidRDefault="00AF03CE">
      <w:pPr>
        <w:jc w:val="both"/>
      </w:pPr>
      <w:r>
        <w:rPr>
          <w:rFonts w:eastAsia="Palatino Linotype"/>
          <w:i/>
          <w:color w:val="52605A"/>
          <w:sz w:val="22"/>
          <w:szCs w:val="22"/>
        </w:rPr>
        <w:t>One paragraph that answers the objective directly: was it achieved, and why or why not.</w:t>
      </w:r>
    </w:p>
    <w:p w:rsidR="00256A3E" w:rsidRDefault="00AF03CE">
      <w:pPr>
        <w:pStyle w:val="Heading1"/>
        <w:spacing w:before="320" w:after="120"/>
      </w:pPr>
      <w:bookmarkStart w:id="10" w:name="_Toc241685530"/>
      <w:r>
        <w:rPr>
          <w:rFonts w:ascii="Palatino Linotype" w:eastAsia="Palatino Linotype" w:hAnsi="Palatino Linotype" w:cs="Times New Roman"/>
          <w:color w:val="1A221E"/>
          <w:sz w:val="32"/>
          <w:szCs w:val="32"/>
        </w:rPr>
        <w:t>References</w:t>
      </w:r>
      <w:bookmarkEnd w:id="10"/>
    </w:p>
    <w:p w:rsidR="00256A3E" w:rsidRDefault="00AF03CE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:rsidR="00256A3E" w:rsidRDefault="00AF03CE">
      <w:pPr>
        <w:keepNext/>
        <w:spacing w:after="80"/>
        <w:ind w:left="510" w:hanging="510"/>
      </w:pPr>
      <w:r>
        <w:rPr>
          <w:rFonts w:eastAsia="Palatino Linotype"/>
          <w:color w:val="1A221E"/>
          <w:sz w:val="22"/>
          <w:szCs w:val="22"/>
        </w:rPr>
        <w:t xml:space="preserve">[1] A. Author, </w:t>
      </w:r>
      <w:r>
        <w:rPr>
          <w:rFonts w:eastAsia="Palatino Linotype"/>
          <w:i/>
          <w:color w:val="1A221E"/>
          <w:sz w:val="22"/>
          <w:szCs w:val="22"/>
        </w:rPr>
        <w:t>Title of the Book</w:t>
      </w:r>
      <w:r>
        <w:rPr>
          <w:rFonts w:eastAsia="Palatino Linotype"/>
          <w:color w:val="1A221E"/>
          <w:sz w:val="22"/>
          <w:szCs w:val="22"/>
        </w:rPr>
        <w:t>, 2nd ed. City, Country: Publisher, Year, pp. 40–45.</w:t>
      </w:r>
    </w:p>
    <w:p w:rsidR="00256A3E" w:rsidRDefault="00AF03CE">
      <w:pPr>
        <w:keepNext/>
        <w:spacing w:after="80"/>
        <w:ind w:left="510" w:hanging="510"/>
      </w:pPr>
      <w:r>
        <w:rPr>
          <w:rFonts w:eastAsia="Palatino Linotype"/>
          <w:color w:val="1A221E"/>
          <w:sz w:val="22"/>
          <w:szCs w:val="22"/>
        </w:rPr>
        <w:t xml:space="preserve">[2] A. Author and B. Author, “Title of the article,” </w:t>
      </w:r>
      <w:r>
        <w:rPr>
          <w:rFonts w:eastAsia="Palatino Linotype"/>
          <w:i/>
          <w:color w:val="1A221E"/>
          <w:sz w:val="22"/>
          <w:szCs w:val="22"/>
        </w:rPr>
        <w:t>Journal Name</w:t>
      </w:r>
      <w:r>
        <w:rPr>
          <w:rFonts w:eastAsia="Palatino Linotype"/>
          <w:color w:val="1A221E"/>
          <w:sz w:val="22"/>
          <w:szCs w:val="22"/>
        </w:rPr>
        <w:t>, vol. 12, no. 3, pp. 10–18, Year.</w:t>
      </w:r>
    </w:p>
    <w:p w:rsidR="00256A3E" w:rsidRDefault="00AF03CE">
      <w:pPr>
        <w:spacing w:after="80"/>
        <w:ind w:left="510" w:hanging="510"/>
      </w:pPr>
      <w:r>
        <w:rPr>
          <w:rFonts w:eastAsia="Palatino Linotype"/>
          <w:color w:val="1A221E"/>
          <w:sz w:val="22"/>
          <w:szCs w:val="22"/>
        </w:rPr>
        <w:t>[3] Organisation, “Title of the web page,” Site Name. Accessed: Month Day, Year. [Online]. Available: https://…</w:t>
      </w:r>
    </w:p>
    <w:sectPr w:rsidR="00256A3E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thinThickSmallGap" w:sz="12" w:space="24" w:color="264D3B"/>
        <w:bottom w:val="thinThickSmallGap" w:sz="12" w:space="24" w:color="264D3B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F03CE" w:rsidRDefault="00AF03CE">
      <w:pPr>
        <w:spacing w:after="0" w:line="240" w:lineRule="auto"/>
      </w:pPr>
      <w:r>
        <w:separator/>
      </w:r>
    </w:p>
  </w:endnote>
  <w:endnote w:type="continuationSeparator" w:id="0">
    <w:p w:rsidR="00AF03CE" w:rsidRDefault="00AF0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56A3E" w:rsidRDefault="00AF03CE">
    <w:pPr>
      <w:pStyle w:val="Footer"/>
      <w:jc w:val="center"/>
    </w:pPr>
    <w:r>
      <w:rPr>
        <w:rFonts w:eastAsia="Palatino Linotype"/>
        <w:sz w:val="16"/>
        <w:szCs w:val="16"/>
      </w:rPr>
      <w:fldChar w:fldCharType="begin"/>
    </w:r>
    <w:r>
      <w:rPr>
        <w:rFonts w:eastAsia="Palatino Linotype"/>
        <w:sz w:val="16"/>
        <w:szCs w:val="16"/>
      </w:rPr>
      <w:instrText xml:space="preserve"> PAGE </w:instrText>
    </w:r>
    <w:r>
      <w:rPr>
        <w:rFonts w:eastAsia="Palatino Linotype"/>
        <w:sz w:val="16"/>
        <w:szCs w:val="16"/>
      </w:rPr>
      <w:fldChar w:fldCharType="separate"/>
    </w:r>
    <w:r>
      <w:rPr>
        <w:rFonts w:eastAsia="Palatino Linotype"/>
        <w:sz w:val="16"/>
        <w:szCs w:val="16"/>
      </w:rPr>
      <w:t>1</w:t>
    </w:r>
    <w:r>
      <w:rPr>
        <w:rFonts w:eastAsia="Palatino Linotype"/>
        <w:sz w:val="16"/>
        <w:szCs w:val="16"/>
      </w:rPr>
      <w:fldChar w:fldCharType="end"/>
    </w:r>
  </w:p>
  <w:p w:rsidR="00256A3E" w:rsidRDefault="00AF03CE">
    <w:pPr>
      <w:spacing w:before="40" w:after="0"/>
      <w:jc w:val="center"/>
    </w:pPr>
    <w:r>
      <w:rPr>
        <w:rFonts w:eastAsia="Palatino Linotype"/>
        <w:color w:val="52605A"/>
        <w:sz w:val="14"/>
        <w:szCs w:val="14"/>
      </w:rPr>
      <w:t xml:space="preserve">Free template by Tem — </w:t>
    </w:r>
    <w:hyperlink r:id="rId1">
      <w:r>
        <w:rPr>
          <w:rFonts w:eastAsia="Palatino Linotype"/>
          <w:color w:val="52605A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F03CE" w:rsidRDefault="00AF03CE">
      <w:pPr>
        <w:spacing w:after="0" w:line="240" w:lineRule="auto"/>
      </w:pPr>
      <w:r>
        <w:separator/>
      </w:r>
    </w:p>
  </w:footnote>
  <w:footnote w:type="continuationSeparator" w:id="0">
    <w:p w:rsidR="00AF03CE" w:rsidRDefault="00AF0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56A3E" w:rsidRDefault="00AF03CE">
    <w:pPr>
      <w:pStyle w:val="Header"/>
      <w:pBdr>
        <w:bottom w:val="single" w:sz="6" w:space="4" w:color="D2E0D6"/>
      </w:pBdr>
      <w:tabs>
        <w:tab w:val="clear" w:pos="9360"/>
        <w:tab w:val="right" w:pos="9072"/>
      </w:tabs>
    </w:pPr>
    <w:r>
      <w:rPr>
        <w:rFonts w:eastAsia="Palatino Linotype"/>
        <w:color w:val="52605A"/>
        <w:sz w:val="16"/>
        <w:szCs w:val="16"/>
      </w:rPr>
      <w:t>Lab Report — Course Name</w:t>
    </w:r>
    <w:r>
      <w:tab/>
    </w:r>
    <w:r>
      <w:rPr>
        <w:rFonts w:eastAsia="Palatino Linotype"/>
        <w:color w:val="52605A"/>
        <w:sz w:val="16"/>
        <w:szCs w:val="16"/>
      </w:rPr>
      <w:t>University Name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6885310">
    <w:abstractNumId w:val="8"/>
  </w:num>
  <w:num w:numId="2" w16cid:durableId="1204563121">
    <w:abstractNumId w:val="6"/>
  </w:num>
  <w:num w:numId="3" w16cid:durableId="248538258">
    <w:abstractNumId w:val="5"/>
  </w:num>
  <w:num w:numId="4" w16cid:durableId="518082075">
    <w:abstractNumId w:val="4"/>
  </w:num>
  <w:num w:numId="5" w16cid:durableId="805779896">
    <w:abstractNumId w:val="7"/>
  </w:num>
  <w:num w:numId="6" w16cid:durableId="684480550">
    <w:abstractNumId w:val="3"/>
  </w:num>
  <w:num w:numId="7" w16cid:durableId="155150859">
    <w:abstractNumId w:val="2"/>
  </w:num>
  <w:num w:numId="8" w16cid:durableId="1612711943">
    <w:abstractNumId w:val="1"/>
  </w:num>
  <w:num w:numId="9" w16cid:durableId="1730691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6A3E"/>
    <w:rsid w:val="0029639D"/>
    <w:rsid w:val="00326F90"/>
    <w:rsid w:val="00AA1D8D"/>
    <w:rsid w:val="00AF03CE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Palatino Linotype" w:hAnsi="Palatino Linotype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64D3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C6E5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C6E5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AF03CE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F03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665</Words>
  <Characters>3202</Characters>
  <Application>Microsoft Office Word</Application>
  <DocSecurity>0</DocSecurity>
  <Lines>177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the Experiment Title Here Exactly as in the Lab Manual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