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4340"/>
      </w:tblGrid>
      <w:tr w:rsidR="00A337C4" w14:paraId="408056F7" w14:textId="77777777">
        <w:trPr>
          <w:jc w:val="center"/>
        </w:trPr>
        <w:tc>
          <w:tcPr>
            <w:tcW w:w="5524" w:type="dxa"/>
          </w:tcPr>
          <w:p w14:paraId="2604F0B3" w14:textId="77777777" w:rsidR="00A337C4" w:rsidRDefault="00A337C4"/>
          <w:p w14:paraId="2692D081" w14:textId="77777777" w:rsidR="00A337C4" w:rsidRDefault="000904BA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Ministry of Higher Education and Scientific Research</w:t>
            </w:r>
          </w:p>
          <w:p w14:paraId="6955B7A8" w14:textId="77777777" w:rsidR="00A337C4" w:rsidRDefault="000904BA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University Name</w:t>
            </w:r>
          </w:p>
          <w:p w14:paraId="18739D39" w14:textId="77777777" w:rsidR="00A337C4" w:rsidRDefault="000904BA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College Name</w:t>
            </w:r>
          </w:p>
          <w:p w14:paraId="26634A7B" w14:textId="77777777" w:rsidR="00A337C4" w:rsidRDefault="000904BA">
            <w:pPr>
              <w:spacing w:after="40" w:line="300" w:lineRule="exact"/>
            </w:pPr>
            <w:r>
              <w:rPr>
                <w:rFonts w:eastAsia="Times New Roman"/>
                <w:b/>
                <w:bCs/>
                <w:color w:val="1B2A4A"/>
                <w:sz w:val="22"/>
                <w:szCs w:val="22"/>
              </w:rPr>
              <w:t>Department Name</w:t>
            </w:r>
          </w:p>
        </w:tc>
        <w:tc>
          <w:tcPr>
            <w:tcW w:w="4340" w:type="dxa"/>
          </w:tcPr>
          <w:p w14:paraId="4A2D220E" w14:textId="77777777" w:rsidR="00A337C4" w:rsidRDefault="000904BA">
            <w:pPr>
              <w:spacing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1CA99871" wp14:editId="3149F98C">
                  <wp:extent cx="486000" cy="4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7DF7492C" wp14:editId="12BF0A9C">
                  <wp:extent cx="486000" cy="48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952071" w14:textId="77777777" w:rsidR="00A337C4" w:rsidRDefault="00A337C4">
      <w:pPr>
        <w:pBdr>
          <w:bottom w:val="double" w:sz="18" w:space="4" w:color="1B2A4A"/>
        </w:pBdr>
        <w:spacing w:after="0" w:line="320" w:lineRule="exact"/>
        <w:jc w:val="both"/>
      </w:pPr>
    </w:p>
    <w:p w14:paraId="720A594D" w14:textId="77777777" w:rsidR="00A337C4" w:rsidRDefault="00A337C4">
      <w:pPr>
        <w:spacing w:after="0" w:line="560" w:lineRule="exact"/>
        <w:jc w:val="both"/>
      </w:pPr>
    </w:p>
    <w:tbl>
      <w:tblPr>
        <w:tblW w:w="0" w:type="auto"/>
        <w:jc w:val="center"/>
        <w:tblBorders>
          <w:top w:val="single" w:sz="12" w:space="0" w:color="1B2A4A"/>
          <w:left w:val="single" w:sz="12" w:space="0" w:color="1B2A4A"/>
          <w:bottom w:val="single" w:sz="12" w:space="0" w:color="1B2A4A"/>
          <w:right w:val="single" w:sz="12" w:space="0" w:color="1B2A4A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84"/>
      </w:tblGrid>
      <w:tr w:rsidR="00A337C4" w14:paraId="2D0CC61F" w14:textId="77777777">
        <w:trPr>
          <w:jc w:val="center"/>
        </w:trPr>
        <w:tc>
          <w:tcPr>
            <w:tcW w:w="8484" w:type="dxa"/>
            <w:shd w:val="clear" w:color="auto" w:fill="F3F5FA"/>
          </w:tcPr>
          <w:p w14:paraId="1210DF67" w14:textId="77777777" w:rsidR="00A337C4" w:rsidRDefault="00A337C4"/>
          <w:p w14:paraId="2C5732C8" w14:textId="77777777" w:rsidR="00A337C4" w:rsidRDefault="00A337C4">
            <w:pPr>
              <w:spacing w:after="0" w:line="160" w:lineRule="exact"/>
              <w:jc w:val="both"/>
            </w:pPr>
          </w:p>
          <w:p w14:paraId="2843FD9F" w14:textId="77777777" w:rsidR="00A337C4" w:rsidRDefault="000904BA">
            <w:pPr>
              <w:spacing w:after="80" w:line="380" w:lineRule="exact"/>
              <w:jc w:val="center"/>
            </w:pPr>
            <w:r>
              <w:rPr>
                <w:rFonts w:eastAsia="Times New Roman"/>
                <w:color w:val="2E4A7D"/>
                <w:sz w:val="28"/>
                <w:szCs w:val="28"/>
              </w:rPr>
              <w:t>Lab Report — Experiment No. (  )</w:t>
            </w:r>
          </w:p>
          <w:p w14:paraId="536583DE" w14:textId="77777777" w:rsidR="00A337C4" w:rsidRDefault="000904BA">
            <w:pPr>
              <w:spacing w:line="540" w:lineRule="exact"/>
              <w:jc w:val="center"/>
            </w:pPr>
            <w:r>
              <w:rPr>
                <w:rFonts w:eastAsia="Times New Roman"/>
                <w:b/>
                <w:bCs/>
                <w:color w:val="1B2A4A"/>
                <w:sz w:val="40"/>
                <w:szCs w:val="40"/>
              </w:rPr>
              <w:t>Write the Experiment Title Here Exactly as in the Lab Manual</w:t>
            </w:r>
          </w:p>
          <w:p w14:paraId="7880C3F2" w14:textId="77777777" w:rsidR="00A337C4" w:rsidRDefault="000904BA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545B69"/>
              </w:rPr>
              <w:t>Laboratory Name</w:t>
            </w:r>
          </w:p>
          <w:p w14:paraId="7EEA151E" w14:textId="77777777" w:rsidR="00A337C4" w:rsidRDefault="000904BA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545B69"/>
              </w:rPr>
              <w:t>Course: Course Name</w:t>
            </w:r>
          </w:p>
          <w:p w14:paraId="753929FD" w14:textId="77777777" w:rsidR="00A337C4" w:rsidRDefault="00A337C4">
            <w:pPr>
              <w:spacing w:after="0" w:line="160" w:lineRule="exact"/>
              <w:jc w:val="both"/>
            </w:pPr>
          </w:p>
        </w:tc>
      </w:tr>
    </w:tbl>
    <w:p w14:paraId="5E196CCD" w14:textId="77777777" w:rsidR="00A337C4" w:rsidRDefault="00A337C4">
      <w:pPr>
        <w:spacing w:after="0" w:line="44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5012"/>
      </w:tblGrid>
      <w:tr w:rsidR="00A337C4" w14:paraId="21256C4D" w14:textId="77777777">
        <w:trPr>
          <w:jc w:val="center"/>
        </w:trPr>
        <w:tc>
          <w:tcPr>
            <w:tcW w:w="2358" w:type="dxa"/>
          </w:tcPr>
          <w:p w14:paraId="106FD0A3" w14:textId="77777777" w:rsidR="00A337C4" w:rsidRDefault="000904BA">
            <w:r>
              <w:rPr>
                <w:rFonts w:eastAsia="Times New Roman"/>
                <w:color w:val="545B69"/>
                <w:sz w:val="20"/>
                <w:szCs w:val="20"/>
              </w:rPr>
              <w:t>Prepared by</w:t>
            </w:r>
          </w:p>
        </w:tc>
        <w:tc>
          <w:tcPr>
            <w:tcW w:w="5012" w:type="dxa"/>
          </w:tcPr>
          <w:p w14:paraId="2CA3C0BA" w14:textId="77777777" w:rsidR="00A337C4" w:rsidRDefault="000904BA">
            <w:r>
              <w:rPr>
                <w:rFonts w:eastAsia="Times New Roman"/>
                <w:b/>
                <w:bCs/>
                <w:color w:val="1A1D24"/>
              </w:rPr>
              <w:t>Student's Full Name</w:t>
            </w:r>
          </w:p>
        </w:tc>
      </w:tr>
      <w:tr w:rsidR="00A337C4" w14:paraId="7F22CF2A" w14:textId="77777777">
        <w:trPr>
          <w:jc w:val="center"/>
        </w:trPr>
        <w:tc>
          <w:tcPr>
            <w:tcW w:w="2358" w:type="dxa"/>
          </w:tcPr>
          <w:p w14:paraId="33B87973" w14:textId="77777777" w:rsidR="00A337C4" w:rsidRDefault="000904BA">
            <w:r>
              <w:rPr>
                <w:rFonts w:eastAsia="Times New Roman"/>
                <w:color w:val="545B69"/>
                <w:sz w:val="20"/>
                <w:szCs w:val="20"/>
              </w:rPr>
              <w:t>Stage</w:t>
            </w:r>
          </w:p>
        </w:tc>
        <w:tc>
          <w:tcPr>
            <w:tcW w:w="5012" w:type="dxa"/>
          </w:tcPr>
          <w:p w14:paraId="47180273" w14:textId="77777777" w:rsidR="00A337C4" w:rsidRDefault="000904BA">
            <w:r>
              <w:rPr>
                <w:rFonts w:eastAsia="Times New Roman"/>
                <w:b/>
                <w:bCs/>
                <w:color w:val="1A1D24"/>
              </w:rPr>
              <w:t>……   Section: ……</w:t>
            </w:r>
          </w:p>
        </w:tc>
      </w:tr>
      <w:tr w:rsidR="00A337C4" w14:paraId="777ED88B" w14:textId="77777777">
        <w:trPr>
          <w:jc w:val="center"/>
        </w:trPr>
        <w:tc>
          <w:tcPr>
            <w:tcW w:w="2358" w:type="dxa"/>
          </w:tcPr>
          <w:p w14:paraId="757272D8" w14:textId="77777777" w:rsidR="00A337C4" w:rsidRDefault="000904BA">
            <w:r>
              <w:rPr>
                <w:rFonts w:eastAsia="Times New Roman"/>
                <w:color w:val="545B69"/>
                <w:sz w:val="20"/>
                <w:szCs w:val="20"/>
              </w:rPr>
              <w:t>Supervised by</w:t>
            </w:r>
          </w:p>
        </w:tc>
        <w:tc>
          <w:tcPr>
            <w:tcW w:w="5012" w:type="dxa"/>
          </w:tcPr>
          <w:p w14:paraId="42ACBA96" w14:textId="77777777" w:rsidR="00A337C4" w:rsidRDefault="000904BA">
            <w:r>
              <w:rPr>
                <w:rFonts w:eastAsia="Times New Roman"/>
                <w:b/>
                <w:bCs/>
                <w:color w:val="1A1D24"/>
              </w:rPr>
              <w:t>Supervisor's Name and Title</w:t>
            </w:r>
          </w:p>
        </w:tc>
      </w:tr>
      <w:tr w:rsidR="00A337C4" w14:paraId="44D53DB1" w14:textId="77777777">
        <w:trPr>
          <w:jc w:val="center"/>
        </w:trPr>
        <w:tc>
          <w:tcPr>
            <w:tcW w:w="2358" w:type="dxa"/>
          </w:tcPr>
          <w:p w14:paraId="58463458" w14:textId="77777777" w:rsidR="00A337C4" w:rsidRDefault="000904BA">
            <w:r>
              <w:rPr>
                <w:rFonts w:eastAsia="Times New Roman"/>
                <w:color w:val="545B69"/>
                <w:sz w:val="20"/>
                <w:szCs w:val="20"/>
              </w:rPr>
              <w:t>Date</w:t>
            </w:r>
          </w:p>
        </w:tc>
        <w:tc>
          <w:tcPr>
            <w:tcW w:w="5012" w:type="dxa"/>
          </w:tcPr>
          <w:p w14:paraId="18530AE2" w14:textId="77777777" w:rsidR="00A337C4" w:rsidRDefault="000904BA">
            <w:r>
              <w:rPr>
                <w:rFonts w:eastAsia="Times New Roman"/>
                <w:b/>
                <w:bCs/>
                <w:color w:val="1A1D24"/>
              </w:rPr>
              <w:t>……/……/……</w:t>
            </w:r>
          </w:p>
        </w:tc>
      </w:tr>
    </w:tbl>
    <w:p w14:paraId="43AC94FB" w14:textId="77777777" w:rsidR="00A337C4" w:rsidRDefault="000904BA">
      <w:pPr>
        <w:spacing w:before="120" w:line="280" w:lineRule="exact"/>
        <w:jc w:val="center"/>
      </w:pPr>
      <w:r>
        <w:rPr>
          <w:rFonts w:eastAsia="Times New Roman"/>
          <w:color w:val="545B69"/>
          <w:sz w:val="20"/>
          <w:szCs w:val="20"/>
        </w:rPr>
        <w:t>Academic Year 2026 – 2027</w:t>
      </w:r>
    </w:p>
    <w:p w14:paraId="4EDC2751" w14:textId="77777777" w:rsidR="00A337C4" w:rsidRDefault="000904BA">
      <w:pPr>
        <w:keepNext/>
        <w:pageBreakBefore/>
        <w:pBdr>
          <w:top w:val="single" w:sz="12" w:space="4" w:color="1B2A4A"/>
          <w:bottom w:val="single" w:sz="4" w:space="4" w:color="A68A2E"/>
        </w:pBdr>
        <w:spacing w:before="320"/>
      </w:pPr>
      <w:r>
        <w:rPr>
          <w:rFonts w:eastAsia="Times New Roman"/>
          <w:b/>
          <w:bCs/>
          <w:color w:val="1B2A4A"/>
          <w:sz w:val="32"/>
          <w:szCs w:val="32"/>
        </w:rPr>
        <w:lastRenderedPageBreak/>
        <w:t>Contents</w:t>
      </w:r>
    </w:p>
    <w:p w14:paraId="5903731A" w14:textId="07852E92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268" w:history="1">
        <w:r w:rsidRPr="00DD731C">
          <w:rPr>
            <w:rStyle w:val="Hyperlink"/>
            <w:rFonts w:eastAsia="Times New Roman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4638BE7" w14:textId="0A5E75BF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69" w:history="1">
        <w:r w:rsidRPr="00DD731C">
          <w:rPr>
            <w:rStyle w:val="Hyperlink"/>
            <w:rFonts w:eastAsia="Times New Roman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9FB067E" w14:textId="76344187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0" w:history="1">
        <w:r w:rsidRPr="00DD731C">
          <w:rPr>
            <w:rStyle w:val="Hyperlink"/>
            <w:rFonts w:eastAsia="Times New Roman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E34E711" w14:textId="7F6C63E6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1" w:history="1">
        <w:r w:rsidRPr="00DD731C">
          <w:rPr>
            <w:rStyle w:val="Hyperlink"/>
            <w:rFonts w:eastAsia="Times New Roman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91421A" w14:textId="7F2E54FB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2" w:history="1">
        <w:r w:rsidRPr="00DD731C">
          <w:rPr>
            <w:rStyle w:val="Hyperlink"/>
            <w:rFonts w:eastAsia="Times New Roman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5A1D1DC" w14:textId="34865663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3" w:history="1">
        <w:r w:rsidRPr="00DD731C">
          <w:rPr>
            <w:rStyle w:val="Hyperlink"/>
            <w:rFonts w:eastAsia="Times New Roman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FCCCD9" w14:textId="7B0CC019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4" w:history="1">
        <w:r w:rsidRPr="00DD731C">
          <w:rPr>
            <w:rStyle w:val="Hyperlink"/>
            <w:rFonts w:eastAsia="Times New Roman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4B7832" w14:textId="7F7F65A5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5" w:history="1">
        <w:r w:rsidRPr="00DD731C">
          <w:rPr>
            <w:rStyle w:val="Hyperlink"/>
            <w:rFonts w:eastAsia="Times New Roman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4F0E6D" w14:textId="02570A05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6" w:history="1">
        <w:r w:rsidRPr="00DD731C">
          <w:rPr>
            <w:rStyle w:val="Hyperlink"/>
            <w:rFonts w:eastAsia="Times New Roman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E9339B" w14:textId="0277BAD2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7" w:history="1">
        <w:r w:rsidRPr="00DD731C">
          <w:rPr>
            <w:rStyle w:val="Hyperlink"/>
            <w:rFonts w:eastAsia="Times New Roman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6D8A24" w14:textId="12B78547" w:rsidR="000904BA" w:rsidRDefault="000904BA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78" w:history="1">
        <w:r w:rsidRPr="00DD731C">
          <w:rPr>
            <w:rStyle w:val="Hyperlink"/>
            <w:rFonts w:eastAsia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F5EE96" w14:textId="47594FD5" w:rsidR="00A337C4" w:rsidRDefault="000904BA">
      <w:r>
        <w:rPr>
          <w:rFonts w:eastAsia="Times New Roman"/>
        </w:rPr>
        <w:fldChar w:fldCharType="end"/>
      </w:r>
    </w:p>
    <w:p w14:paraId="0DCEE77B" w14:textId="77777777" w:rsidR="00A337C4" w:rsidRDefault="00A337C4">
      <w:pPr>
        <w:sectPr w:rsidR="00A337C4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dashed" w:sz="8" w:space="0" w:color="1B2A4A"/>
          <w:left w:val="dashed" w:sz="8" w:space="0" w:color="1B2A4A"/>
          <w:bottom w:val="dashed" w:sz="8" w:space="0" w:color="1B2A4A"/>
          <w:right w:val="dashed" w:sz="8" w:space="0" w:color="1B2A4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A337C4" w14:paraId="6C4E7622" w14:textId="77777777">
        <w:trPr>
          <w:jc w:val="center"/>
        </w:trPr>
        <w:tc>
          <w:tcPr>
            <w:tcW w:w="9071" w:type="dxa"/>
          </w:tcPr>
          <w:p w14:paraId="55931E3E" w14:textId="77777777" w:rsidR="00A337C4" w:rsidRDefault="000904BA">
            <w:pPr>
              <w:jc w:val="both"/>
            </w:pPr>
            <w:r>
              <w:rPr>
                <w:rFonts w:eastAsia="Times New Roman"/>
                <w:b/>
                <w:bCs/>
                <w:color w:val="1B2A4A"/>
              </w:rPr>
              <w:lastRenderedPageBreak/>
              <w:t xml:space="preserve">How to use this template — delete this box before </w:t>
            </w:r>
            <w:r>
              <w:rPr>
                <w:rFonts w:eastAsia="Times New Roman"/>
                <w:b/>
                <w:bCs/>
                <w:color w:val="1B2A4A"/>
              </w:rPr>
              <w:t>printing</w:t>
            </w:r>
          </w:p>
          <w:p w14:paraId="07FC1215" w14:textId="77777777" w:rsidR="00A337C4" w:rsidRDefault="000904BA">
            <w:pPr>
              <w:jc w:val="both"/>
            </w:pPr>
            <w:r>
              <w:rPr>
                <w:rFonts w:eastAsia="Times New Roman"/>
                <w:color w:val="1A1D24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1916F3A2" w14:textId="77777777" w:rsidR="00A337C4" w:rsidRDefault="00A337C4">
      <w:pPr>
        <w:spacing w:after="40"/>
        <w:jc w:val="both"/>
      </w:pPr>
    </w:p>
    <w:p w14:paraId="208D5C4E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0" w:name="_Toc241685268"/>
      <w:r>
        <w:rPr>
          <w:rFonts w:ascii="Times New Roman" w:eastAsia="Times New Roman" w:hAnsi="Times New Roman" w:cs="Times New Roman"/>
          <w:sz w:val="32"/>
          <w:szCs w:val="32"/>
        </w:rPr>
        <w:t xml:space="preserve">1   </w:t>
      </w:r>
      <w:r>
        <w:rPr>
          <w:rFonts w:ascii="Times New Roman" w:eastAsia="Times New Roman" w:hAnsi="Times New Roman" w:cs="Times New Roman"/>
          <w:sz w:val="32"/>
          <w:szCs w:val="32"/>
        </w:rPr>
        <w:t>Objective</w:t>
      </w:r>
      <w:bookmarkEnd w:id="0"/>
    </w:p>
    <w:p w14:paraId="6A1AD6A1" w14:textId="77777777" w:rsidR="00A337C4" w:rsidRDefault="000904BA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In two or three lines, state why the experiment is performed and which quantity or phenomenon is verified.</w:t>
      </w:r>
    </w:p>
    <w:p w14:paraId="22A8C478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" w:name="_Toc241685269"/>
      <w:r>
        <w:rPr>
          <w:rFonts w:ascii="Times New Roman" w:eastAsia="Times New Roman" w:hAnsi="Times New Roman" w:cs="Times New Roman"/>
          <w:sz w:val="32"/>
          <w:szCs w:val="32"/>
        </w:rPr>
        <w:t>2   Apparatus and Materials</w:t>
      </w:r>
      <w:bookmarkEnd w:id="1"/>
    </w:p>
    <w:p w14:paraId="3F85EB3D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List every instrument with its range and resolution where available — supervisors look for this.</w:t>
      </w:r>
    </w:p>
    <w:p w14:paraId="0F9E4D1E" w14:textId="77777777" w:rsidR="00A337C4" w:rsidRDefault="000904B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Instrument 1 (range, resolution)</w:t>
      </w:r>
    </w:p>
    <w:p w14:paraId="47013617" w14:textId="77777777" w:rsidR="00A337C4" w:rsidRDefault="000904B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Instrument 2 (range, resolution)</w:t>
      </w:r>
    </w:p>
    <w:p w14:paraId="1484E10E" w14:textId="77777777" w:rsidR="00A337C4" w:rsidRDefault="000904B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Connecting leads and other materials</w:t>
      </w:r>
    </w:p>
    <w:p w14:paraId="48BAA19D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2" w:name="_Toc241685270"/>
      <w:r>
        <w:rPr>
          <w:rFonts w:ascii="Times New Roman" w:eastAsia="Times New Roman" w:hAnsi="Times New Roman" w:cs="Times New Roman"/>
          <w:sz w:val="32"/>
          <w:szCs w:val="32"/>
        </w:rPr>
        <w:t>3   Theory</w:t>
      </w:r>
      <w:bookmarkEnd w:id="2"/>
    </w:p>
    <w:p w14:paraId="3AD6E179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Explain the law or theory behind the experiment and write each equation, defining every symbol and its unit. An editable example:</w:t>
      </w:r>
    </w:p>
    <w:p w14:paraId="6094A5D6" w14:textId="77777777" w:rsidR="00A337C4" w:rsidRDefault="000904BA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Times New Roman"/>
          <w:color w:val="1A1D24"/>
        </w:rPr>
        <w:tab/>
        <w:t>(1)</w:t>
      </w:r>
    </w:p>
    <w:p w14:paraId="41AAFC80" w14:textId="77777777" w:rsidR="00A337C4" w:rsidRDefault="000904BA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57A59AB5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3" w:name="_Toc241685271"/>
      <w:r>
        <w:rPr>
          <w:rFonts w:ascii="Times New Roman" w:eastAsia="Times New Roman" w:hAnsi="Times New Roman" w:cs="Times New Roman"/>
          <w:sz w:val="32"/>
          <w:szCs w:val="32"/>
        </w:rPr>
        <w:t>4   Procedure</w:t>
      </w:r>
      <w:bookmarkEnd w:id="3"/>
    </w:p>
    <w:p w14:paraId="072CF44A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Write the steps in the past passive voice (“the circuit was connected”, “the reading was recorded”), not as commands.</w:t>
      </w:r>
    </w:p>
    <w:p w14:paraId="62A468E3" w14:textId="77777777" w:rsidR="00A337C4" w:rsidRDefault="000904BA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1.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First step.</w:t>
      </w:r>
    </w:p>
    <w:p w14:paraId="5858BA89" w14:textId="77777777" w:rsidR="00A337C4" w:rsidRDefault="000904BA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2.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Second step.</w:t>
      </w:r>
    </w:p>
    <w:p w14:paraId="5EF8ED17" w14:textId="77777777" w:rsidR="00A337C4" w:rsidRDefault="000904BA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t>3.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Third step.</w:t>
      </w:r>
    </w:p>
    <w:p w14:paraId="0EAC6499" w14:textId="77777777" w:rsidR="00A337C4" w:rsidRDefault="000904BA">
      <w:pPr>
        <w:spacing w:after="40"/>
        <w:ind w:left="510" w:hanging="340"/>
      </w:pPr>
      <w:r>
        <w:rPr>
          <w:rFonts w:eastAsia="Times New Roman"/>
          <w:b/>
          <w:bCs/>
          <w:color w:val="1B2A4A"/>
        </w:rPr>
        <w:lastRenderedPageBreak/>
        <w:t>4.</w:t>
      </w:r>
      <w:r>
        <w:rPr>
          <w:rFonts w:eastAsia="Times New Roman"/>
          <w:b/>
          <w:bCs/>
          <w:color w:val="1B2A4A"/>
        </w:rPr>
        <w:tab/>
      </w:r>
      <w:r>
        <w:rPr>
          <w:rFonts w:eastAsia="Times New Roman"/>
          <w:color w:val="1A1D24"/>
        </w:rPr>
        <w:t>Fourth step.</w:t>
      </w:r>
    </w:p>
    <w:p w14:paraId="069C01E0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4" w:name="_Toc241685272"/>
      <w:r>
        <w:rPr>
          <w:rFonts w:ascii="Times New Roman" w:eastAsia="Times New Roman" w:hAnsi="Times New Roman" w:cs="Times New Roman"/>
          <w:sz w:val="32"/>
          <w:szCs w:val="32"/>
        </w:rPr>
        <w:t>5   Experimental Set-up</w:t>
      </w:r>
      <w:bookmarkEnd w:id="4"/>
    </w:p>
    <w:p w14:paraId="2A009C02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Put your circuit diagram or apparatus sketch in place of the picture below (right-click → “Change Picture”).</w:t>
      </w:r>
    </w:p>
    <w:p w14:paraId="746DC3F4" w14:textId="77777777" w:rsidR="00A337C4" w:rsidRDefault="000904BA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9D955FE" wp14:editId="31C4BCCD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4F91" w14:textId="77777777" w:rsidR="00A337C4" w:rsidRDefault="000904BA">
      <w:pPr>
        <w:pBdr>
          <w:top w:val="single" w:sz="4" w:space="4" w:color="D5DBE8"/>
        </w:pBdr>
        <w:spacing w:before="40" w:after="160"/>
        <w:jc w:val="center"/>
      </w:pPr>
      <w:r>
        <w:rPr>
          <w:rFonts w:eastAsia="Times New Roman"/>
          <w:b/>
          <w:bCs/>
          <w:color w:val="1B2A4A"/>
          <w:sz w:val="20"/>
          <w:szCs w:val="20"/>
        </w:rPr>
        <w:t xml:space="preserve">Figure 1: </w:t>
      </w:r>
      <w:r>
        <w:rPr>
          <w:rFonts w:eastAsia="Times New Roman"/>
          <w:color w:val="1A1D24"/>
          <w:sz w:val="20"/>
          <w:szCs w:val="20"/>
        </w:rPr>
        <w:t xml:space="preserve">Circuit diagram or apparatus used </w:t>
      </w:r>
      <w:r>
        <w:rPr>
          <w:rFonts w:eastAsia="Times New Roman"/>
          <w:color w:val="1A1D24"/>
          <w:sz w:val="20"/>
          <w:szCs w:val="20"/>
        </w:rPr>
        <w:t>in the experiment</w:t>
      </w:r>
    </w:p>
    <w:p w14:paraId="4410451E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5" w:name="_Toc241685273"/>
      <w:r>
        <w:rPr>
          <w:rFonts w:ascii="Times New Roman" w:eastAsia="Times New Roman" w:hAnsi="Times New Roman" w:cs="Times New Roman"/>
          <w:sz w:val="32"/>
          <w:szCs w:val="32"/>
        </w:rPr>
        <w:t>6   Results</w:t>
      </w:r>
      <w:bookmarkEnd w:id="5"/>
    </w:p>
    <w:p w14:paraId="3F3868C4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Put the readings in a table; units belong in the column heading, not inside the cells.</w:t>
      </w:r>
    </w:p>
    <w:p w14:paraId="7217EB03" w14:textId="77777777" w:rsidR="00A337C4" w:rsidRDefault="000904BA">
      <w:pPr>
        <w:keepNext/>
        <w:pBdr>
          <w:top w:val="single" w:sz="4" w:space="4" w:color="D5DBE8"/>
        </w:pBdr>
        <w:spacing w:before="40" w:after="80"/>
        <w:jc w:val="center"/>
      </w:pPr>
      <w:r>
        <w:rPr>
          <w:rFonts w:eastAsia="Times New Roman"/>
          <w:b/>
          <w:bCs/>
          <w:color w:val="1B2A4A"/>
          <w:sz w:val="20"/>
          <w:szCs w:val="20"/>
        </w:rPr>
        <w:t xml:space="preserve">Table 1: </w:t>
      </w:r>
      <w:r>
        <w:rPr>
          <w:rFonts w:eastAsia="Times New Roman"/>
          <w:color w:val="1A1D24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D5DBE8"/>
          <w:right w:val="nil"/>
          <w:insideH w:val="single" w:sz="4" w:space="0" w:color="D5DB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A337C4" w14:paraId="227338B2" w14:textId="77777777">
        <w:trPr>
          <w:cantSplit/>
          <w:tblHeader/>
          <w:jc w:val="center"/>
        </w:trPr>
        <w:tc>
          <w:tcPr>
            <w:tcW w:w="737" w:type="dxa"/>
            <w:shd w:val="clear" w:color="auto" w:fill="2E4A7D"/>
          </w:tcPr>
          <w:p w14:paraId="1A9FBAB1" w14:textId="77777777" w:rsidR="00A337C4" w:rsidRDefault="000904B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2E4A7D"/>
          </w:tcPr>
          <w:p w14:paraId="7CC9E1A7" w14:textId="77777777" w:rsidR="00A337C4" w:rsidRDefault="000904B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2E4A7D"/>
          </w:tcPr>
          <w:p w14:paraId="67E2BD33" w14:textId="77777777" w:rsidR="00A337C4" w:rsidRDefault="000904B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2E4A7D"/>
          </w:tcPr>
          <w:p w14:paraId="00813F59" w14:textId="77777777" w:rsidR="00A337C4" w:rsidRDefault="000904B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2E4A7D"/>
          </w:tcPr>
          <w:p w14:paraId="7967E96F" w14:textId="77777777" w:rsidR="00A337C4" w:rsidRDefault="000904BA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Mean</w:t>
            </w:r>
          </w:p>
        </w:tc>
      </w:tr>
      <w:tr w:rsidR="00A337C4" w14:paraId="14339859" w14:textId="77777777">
        <w:trPr>
          <w:cantSplit/>
          <w:jc w:val="center"/>
        </w:trPr>
        <w:tc>
          <w:tcPr>
            <w:tcW w:w="737" w:type="dxa"/>
          </w:tcPr>
          <w:p w14:paraId="3952BCF0" w14:textId="77777777" w:rsidR="00A337C4" w:rsidRDefault="000904B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36270679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2302E25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D670147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3A8F7B4" w14:textId="77777777" w:rsidR="00A337C4" w:rsidRDefault="00A337C4">
            <w:pPr>
              <w:keepNext/>
              <w:spacing w:before="20" w:after="20"/>
              <w:jc w:val="center"/>
            </w:pPr>
          </w:p>
        </w:tc>
      </w:tr>
      <w:tr w:rsidR="00A337C4" w14:paraId="590430DC" w14:textId="77777777">
        <w:trPr>
          <w:cantSplit/>
          <w:jc w:val="center"/>
        </w:trPr>
        <w:tc>
          <w:tcPr>
            <w:tcW w:w="737" w:type="dxa"/>
          </w:tcPr>
          <w:p w14:paraId="1A684DA6" w14:textId="77777777" w:rsidR="00A337C4" w:rsidRDefault="000904B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2E779F70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E2C6620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856BCAE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2913DFF" w14:textId="77777777" w:rsidR="00A337C4" w:rsidRDefault="00A337C4">
            <w:pPr>
              <w:keepNext/>
              <w:spacing w:before="20" w:after="20"/>
              <w:jc w:val="center"/>
            </w:pPr>
          </w:p>
        </w:tc>
      </w:tr>
      <w:tr w:rsidR="00A337C4" w14:paraId="15FF7366" w14:textId="77777777">
        <w:trPr>
          <w:cantSplit/>
          <w:jc w:val="center"/>
        </w:trPr>
        <w:tc>
          <w:tcPr>
            <w:tcW w:w="737" w:type="dxa"/>
          </w:tcPr>
          <w:p w14:paraId="10D33DDE" w14:textId="77777777" w:rsidR="00A337C4" w:rsidRDefault="000904BA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12F92E3D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C6FA3A9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1E691DD" w14:textId="77777777" w:rsidR="00A337C4" w:rsidRDefault="00A337C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576B4B5" w14:textId="77777777" w:rsidR="00A337C4" w:rsidRDefault="00A337C4">
            <w:pPr>
              <w:keepNext/>
              <w:spacing w:before="20" w:after="20"/>
              <w:jc w:val="center"/>
            </w:pPr>
          </w:p>
        </w:tc>
      </w:tr>
      <w:tr w:rsidR="00A337C4" w14:paraId="765D1909" w14:textId="77777777">
        <w:trPr>
          <w:cantSplit/>
          <w:jc w:val="center"/>
        </w:trPr>
        <w:tc>
          <w:tcPr>
            <w:tcW w:w="737" w:type="dxa"/>
          </w:tcPr>
          <w:p w14:paraId="03FADC43" w14:textId="77777777" w:rsidR="00A337C4" w:rsidRDefault="000904BA">
            <w:pPr>
              <w:spacing w:before="20" w:after="20"/>
              <w:jc w:val="center"/>
            </w:pPr>
            <w:r>
              <w:rPr>
                <w:rFonts w:eastAsia="Times New Roman"/>
                <w:color w:val="1A1D24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49E09F66" w14:textId="77777777" w:rsidR="00A337C4" w:rsidRDefault="00A337C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94FFA93" w14:textId="77777777" w:rsidR="00A337C4" w:rsidRDefault="00A337C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C4CB02C" w14:textId="77777777" w:rsidR="00A337C4" w:rsidRDefault="00A337C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50F487F" w14:textId="77777777" w:rsidR="00A337C4" w:rsidRDefault="00A337C4">
            <w:pPr>
              <w:spacing w:before="20" w:after="20"/>
              <w:jc w:val="center"/>
            </w:pPr>
          </w:p>
        </w:tc>
      </w:tr>
    </w:tbl>
    <w:p w14:paraId="6C96537F" w14:textId="77777777" w:rsidR="00A337C4" w:rsidRDefault="00A337C4">
      <w:pPr>
        <w:spacing w:after="40"/>
        <w:jc w:val="both"/>
      </w:pPr>
    </w:p>
    <w:p w14:paraId="5E0E1842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6" w:name="_Toc241685274"/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7   Calculations</w:t>
      </w:r>
      <w:bookmarkEnd w:id="6"/>
    </w:p>
    <w:p w14:paraId="5DC5962F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Write the equation first, substitute the numbers, then give the result with its unit. The percentage error is:</w:t>
      </w:r>
    </w:p>
    <w:p w14:paraId="001F6CBC" w14:textId="77777777" w:rsidR="00A337C4" w:rsidRDefault="000904BA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Times New Roman"/>
          <w:color w:val="1A1D24"/>
        </w:rPr>
        <w:tab/>
        <w:t>(2)</w:t>
      </w:r>
    </w:p>
    <w:p w14:paraId="509B0BBD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7" w:name="_Toc241685275"/>
      <w:r>
        <w:rPr>
          <w:rFonts w:ascii="Times New Roman" w:eastAsia="Times New Roman" w:hAnsi="Times New Roman" w:cs="Times New Roman"/>
          <w:sz w:val="32"/>
          <w:szCs w:val="32"/>
        </w:rPr>
        <w:t>8   Discussion</w:t>
      </w:r>
      <w:bookmarkEnd w:id="7"/>
    </w:p>
    <w:p w14:paraId="671E2847" w14:textId="77777777" w:rsidR="00A337C4" w:rsidRDefault="000904BA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Compare your result with the theoretical value and explain the difference. This section separates a good report from a weak one.</w:t>
      </w:r>
    </w:p>
    <w:p w14:paraId="0AFC131F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8" w:name="_Toc241685276"/>
      <w:r>
        <w:rPr>
          <w:rFonts w:ascii="Times New Roman" w:eastAsia="Times New Roman" w:hAnsi="Times New Roman" w:cs="Times New Roman"/>
          <w:sz w:val="32"/>
          <w:szCs w:val="32"/>
        </w:rPr>
        <w:t>9   Sources of Error</w:t>
      </w:r>
      <w:bookmarkEnd w:id="8"/>
    </w:p>
    <w:p w14:paraId="03765240" w14:textId="77777777" w:rsidR="00A337C4" w:rsidRDefault="000904BA">
      <w:pPr>
        <w:keepNext/>
        <w:jc w:val="both"/>
      </w:pPr>
      <w:r>
        <w:rPr>
          <w:rFonts w:eastAsia="Times New Roman"/>
          <w:i/>
          <w:color w:val="545B69"/>
          <w:sz w:val="22"/>
          <w:szCs w:val="22"/>
        </w:rPr>
        <w:t>Mention measurement, instrument and environmental errors, and how they could be reduced.</w:t>
      </w:r>
    </w:p>
    <w:p w14:paraId="6D3E0763" w14:textId="77777777" w:rsidR="00A337C4" w:rsidRDefault="000904B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Instrument reading errors.</w:t>
      </w:r>
    </w:p>
    <w:p w14:paraId="7FAE4C42" w14:textId="77777777" w:rsidR="00A337C4" w:rsidRDefault="000904BA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>—</w:t>
      </w:r>
      <w:r>
        <w:rPr>
          <w:rFonts w:ascii="Segoe UI Symbol" w:eastAsia="Segoe UI Symbol" w:hAnsi="Segoe UI Symbol" w:cs="Segoe UI Symbol"/>
          <w:color w:val="A68A2E"/>
          <w:sz w:val="18"/>
          <w:szCs w:val="18"/>
        </w:rPr>
        <w:tab/>
      </w:r>
      <w:r>
        <w:rPr>
          <w:rFonts w:eastAsia="Times New Roman"/>
          <w:color w:val="1A1D24"/>
        </w:rPr>
        <w:t>Lead resistance or changing ambient conditions.</w:t>
      </w:r>
    </w:p>
    <w:p w14:paraId="5CB08460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9" w:name="_Toc241685277"/>
      <w:r>
        <w:rPr>
          <w:rFonts w:ascii="Times New Roman" w:eastAsia="Times New Roman" w:hAnsi="Times New Roman" w:cs="Times New Roman"/>
          <w:sz w:val="32"/>
          <w:szCs w:val="32"/>
        </w:rPr>
        <w:t xml:space="preserve">10   </w:t>
      </w:r>
      <w:r>
        <w:rPr>
          <w:rFonts w:ascii="Times New Roman" w:eastAsia="Times New Roman" w:hAnsi="Times New Roman" w:cs="Times New Roman"/>
          <w:sz w:val="32"/>
          <w:szCs w:val="32"/>
        </w:rPr>
        <w:t>Conclusion</w:t>
      </w:r>
      <w:bookmarkEnd w:id="9"/>
    </w:p>
    <w:p w14:paraId="7AD32F36" w14:textId="77777777" w:rsidR="00A337C4" w:rsidRDefault="000904BA">
      <w:pPr>
        <w:jc w:val="both"/>
      </w:pPr>
      <w:r>
        <w:rPr>
          <w:rFonts w:eastAsia="Times New Roman"/>
          <w:i/>
          <w:color w:val="545B69"/>
          <w:sz w:val="22"/>
          <w:szCs w:val="22"/>
        </w:rPr>
        <w:t>One paragraph that answers the objective directly: was it achieved, and why or why not.</w:t>
      </w:r>
    </w:p>
    <w:p w14:paraId="12C730BE" w14:textId="77777777" w:rsidR="00A337C4" w:rsidRDefault="000904BA">
      <w:pPr>
        <w:pStyle w:val="Heading1"/>
        <w:pBdr>
          <w:top w:val="single" w:sz="12" w:space="4" w:color="1B2A4A"/>
          <w:bottom w:val="single" w:sz="4" w:space="4" w:color="A68A2E"/>
        </w:pBdr>
        <w:spacing w:before="320" w:after="120"/>
      </w:pPr>
      <w:bookmarkStart w:id="10" w:name="_Toc241685278"/>
      <w:r>
        <w:rPr>
          <w:rFonts w:ascii="Times New Roman" w:eastAsia="Times New Roman" w:hAnsi="Times New Roman" w:cs="Times New Roman"/>
          <w:sz w:val="32"/>
          <w:szCs w:val="32"/>
        </w:rPr>
        <w:t>References</w:t>
      </w:r>
      <w:bookmarkEnd w:id="10"/>
    </w:p>
    <w:p w14:paraId="7EA5A1E4" w14:textId="77777777" w:rsidR="00A337C4" w:rsidRDefault="000904BA">
      <w:pPr>
        <w:keepNext/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 xml:space="preserve">[1] A. Author, </w:t>
      </w:r>
      <w:r>
        <w:rPr>
          <w:rFonts w:eastAsia="Times New Roman"/>
          <w:i/>
          <w:color w:val="1A1D24"/>
          <w:sz w:val="22"/>
          <w:szCs w:val="22"/>
        </w:rPr>
        <w:t>Title of the Book</w:t>
      </w:r>
      <w:r>
        <w:rPr>
          <w:rFonts w:eastAsia="Times New Roman"/>
          <w:color w:val="1A1D24"/>
          <w:sz w:val="22"/>
          <w:szCs w:val="22"/>
        </w:rPr>
        <w:t>, 2nd ed. City, Country: Publisher, Year, pp. 40–45.</w:t>
      </w:r>
    </w:p>
    <w:p w14:paraId="3340A2DD" w14:textId="77777777" w:rsidR="00A337C4" w:rsidRDefault="000904BA">
      <w:pPr>
        <w:keepNext/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 xml:space="preserve">[2] A. Author and B. Author, “Title of the article,” </w:t>
      </w:r>
      <w:r>
        <w:rPr>
          <w:rFonts w:eastAsia="Times New Roman"/>
          <w:i/>
          <w:color w:val="1A1D24"/>
          <w:sz w:val="22"/>
          <w:szCs w:val="22"/>
        </w:rPr>
        <w:t>Journal Name</w:t>
      </w:r>
      <w:r>
        <w:rPr>
          <w:rFonts w:eastAsia="Times New Roman"/>
          <w:color w:val="1A1D24"/>
          <w:sz w:val="22"/>
          <w:szCs w:val="22"/>
        </w:rPr>
        <w:t>, vol. 12, no. 3, pp. 10–18, Year.</w:t>
      </w:r>
    </w:p>
    <w:p w14:paraId="51B4B5A7" w14:textId="77777777" w:rsidR="00A337C4" w:rsidRDefault="000904BA">
      <w:pPr>
        <w:spacing w:after="80"/>
        <w:ind w:left="510" w:hanging="510"/>
      </w:pPr>
      <w:r>
        <w:rPr>
          <w:rFonts w:eastAsia="Times New Roman"/>
          <w:color w:val="1A1D24"/>
          <w:sz w:val="22"/>
          <w:szCs w:val="22"/>
        </w:rPr>
        <w:t>[3] Organisation, “Title of the web page,” Site Name. Accessed: Month Day, Year. [Online]. Available: https://…</w:t>
      </w:r>
    </w:p>
    <w:sectPr w:rsidR="00A337C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B2A4A"/>
        <w:left w:val="single" w:sz="6" w:space="24" w:color="1B2A4A"/>
        <w:bottom w:val="single" w:sz="6" w:space="24" w:color="1B2A4A"/>
        <w:right w:val="single" w:sz="6" w:space="24" w:color="1B2A4A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81094" w14:textId="77777777" w:rsidR="000904BA" w:rsidRDefault="000904BA">
      <w:pPr>
        <w:spacing w:after="0" w:line="240" w:lineRule="auto"/>
      </w:pPr>
      <w:r>
        <w:separator/>
      </w:r>
    </w:p>
  </w:endnote>
  <w:endnote w:type="continuationSeparator" w:id="0">
    <w:p w14:paraId="38F48647" w14:textId="77777777" w:rsidR="000904BA" w:rsidRDefault="00090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2424" w14:textId="77777777" w:rsidR="00A337C4" w:rsidRDefault="000904BA">
    <w:pPr>
      <w:pStyle w:val="Footer"/>
      <w:jc w:val="center"/>
    </w:pPr>
    <w:r>
      <w:rPr>
        <w:rFonts w:eastAsia="Times New Roman"/>
        <w:sz w:val="16"/>
        <w:szCs w:val="16"/>
      </w:rPr>
      <w:fldChar w:fldCharType="begin"/>
    </w:r>
    <w:r>
      <w:rPr>
        <w:rFonts w:eastAsia="Times New Roman"/>
        <w:sz w:val="16"/>
        <w:szCs w:val="16"/>
      </w:rPr>
      <w:instrText xml:space="preserve"> PAGE </w:instrText>
    </w:r>
    <w:r>
      <w:rPr>
        <w:rFonts w:eastAsia="Times New Roman"/>
        <w:sz w:val="16"/>
        <w:szCs w:val="16"/>
      </w:rPr>
      <w:fldChar w:fldCharType="separate"/>
    </w:r>
    <w:r>
      <w:rPr>
        <w:rFonts w:eastAsia="Times New Roman"/>
        <w:sz w:val="16"/>
        <w:szCs w:val="16"/>
      </w:rPr>
      <w:t>1</w:t>
    </w:r>
    <w:r>
      <w:rPr>
        <w:rFonts w:eastAsia="Times New Roman"/>
        <w:sz w:val="16"/>
        <w:szCs w:val="16"/>
      </w:rPr>
      <w:fldChar w:fldCharType="end"/>
    </w:r>
  </w:p>
  <w:p w14:paraId="130F6102" w14:textId="77777777" w:rsidR="00A337C4" w:rsidRDefault="000904BA">
    <w:pPr>
      <w:spacing w:before="40" w:after="0"/>
      <w:jc w:val="center"/>
    </w:pPr>
    <w:r>
      <w:rPr>
        <w:rFonts w:eastAsia="Times New Roman"/>
        <w:color w:val="545B69"/>
        <w:sz w:val="14"/>
        <w:szCs w:val="14"/>
      </w:rPr>
      <w:t xml:space="preserve">Free template by Tem — </w:t>
    </w:r>
    <w:hyperlink r:id="rId1">
      <w:r>
        <w:rPr>
          <w:rFonts w:eastAsia="Times New Roman"/>
          <w:color w:val="545B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66E88" w14:textId="77777777" w:rsidR="000904BA" w:rsidRDefault="000904BA">
      <w:pPr>
        <w:spacing w:after="0" w:line="240" w:lineRule="auto"/>
      </w:pPr>
      <w:r>
        <w:separator/>
      </w:r>
    </w:p>
  </w:footnote>
  <w:footnote w:type="continuationSeparator" w:id="0">
    <w:p w14:paraId="27D61CE6" w14:textId="77777777" w:rsidR="000904BA" w:rsidRDefault="00090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FB88F" w14:textId="77777777" w:rsidR="00A337C4" w:rsidRDefault="00A33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7693401">
    <w:abstractNumId w:val="8"/>
  </w:num>
  <w:num w:numId="2" w16cid:durableId="1633057253">
    <w:abstractNumId w:val="6"/>
  </w:num>
  <w:num w:numId="3" w16cid:durableId="1008874488">
    <w:abstractNumId w:val="5"/>
  </w:num>
  <w:num w:numId="4" w16cid:durableId="974523354">
    <w:abstractNumId w:val="4"/>
  </w:num>
  <w:num w:numId="5" w16cid:durableId="1477842608">
    <w:abstractNumId w:val="7"/>
  </w:num>
  <w:num w:numId="6" w16cid:durableId="1838154129">
    <w:abstractNumId w:val="3"/>
  </w:num>
  <w:num w:numId="7" w16cid:durableId="240603472">
    <w:abstractNumId w:val="2"/>
  </w:num>
  <w:num w:numId="8" w16cid:durableId="2057729627">
    <w:abstractNumId w:val="1"/>
  </w:num>
  <w:num w:numId="9" w16cid:durableId="201198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4BA"/>
    <w:rsid w:val="0015074B"/>
    <w:rsid w:val="0029639D"/>
    <w:rsid w:val="00326F90"/>
    <w:rsid w:val="00A337C4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080E1B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2A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4A7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4A7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0904B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4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647</Words>
  <Characters>3162</Characters>
  <Application>Microsoft Office Word</Application>
  <DocSecurity>0</DocSecurity>
  <Lines>166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