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865292" w14:paraId="3DF83685" w14:textId="77777777">
        <w:trPr>
          <w:trHeight w:val="5953"/>
          <w:jc w:val="center"/>
        </w:trPr>
        <w:tc>
          <w:tcPr>
            <w:tcW w:w="9865" w:type="dxa"/>
            <w:shd w:val="clear" w:color="auto" w:fill="0F3D6E"/>
          </w:tcPr>
          <w:p w14:paraId="501AF13B" w14:textId="77777777" w:rsidR="00865292" w:rsidRDefault="00865292"/>
          <w:p w14:paraId="34A53F3F" w14:textId="77777777" w:rsidR="00865292" w:rsidRDefault="00865292">
            <w:pPr>
              <w:spacing w:after="0" w:line="200" w:lineRule="exact"/>
              <w:jc w:val="both"/>
            </w:pPr>
          </w:p>
          <w:p w14:paraId="4278336C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Ministry of Higher Education and Scientific Research</w:t>
            </w:r>
          </w:p>
          <w:p w14:paraId="1859806B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University Name</w:t>
            </w:r>
          </w:p>
          <w:p w14:paraId="3CA0359B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College Name</w:t>
            </w:r>
          </w:p>
          <w:p w14:paraId="69353FA4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b/>
                <w:bCs/>
                <w:color w:val="FFFFFF"/>
              </w:rPr>
              <w:t>Department Name</w:t>
            </w:r>
          </w:p>
          <w:p w14:paraId="3AD76998" w14:textId="77777777" w:rsidR="00865292" w:rsidRDefault="00865292">
            <w:pPr>
              <w:spacing w:after="0" w:line="720" w:lineRule="exact"/>
              <w:jc w:val="both"/>
            </w:pPr>
          </w:p>
          <w:p w14:paraId="74FABF16" w14:textId="77777777" w:rsidR="00865292" w:rsidRDefault="00312D8E">
            <w:pPr>
              <w:spacing w:after="80" w:line="380" w:lineRule="exact"/>
              <w:jc w:val="center"/>
            </w:pPr>
            <w:r>
              <w:rPr>
                <w:rFonts w:eastAsia="Segoe UI"/>
                <w:color w:val="FFFFFF"/>
                <w:sz w:val="28"/>
                <w:szCs w:val="28"/>
              </w:rPr>
              <w:t>Lab Report — Experiment No. (  )</w:t>
            </w:r>
          </w:p>
          <w:p w14:paraId="5281AB26" w14:textId="77777777" w:rsidR="00865292" w:rsidRDefault="00312D8E">
            <w:pPr>
              <w:spacing w:line="540" w:lineRule="exact"/>
              <w:jc w:val="center"/>
            </w:pPr>
            <w:r>
              <w:rPr>
                <w:rFonts w:eastAsia="Segoe UI"/>
                <w:b/>
                <w:bCs/>
                <w:color w:val="FFFFFF"/>
                <w:sz w:val="40"/>
                <w:szCs w:val="40"/>
              </w:rPr>
              <w:t>Write the Experiment Title Here Exactly as in the Lab Manual</w:t>
            </w:r>
          </w:p>
          <w:p w14:paraId="538FA9E5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>Laboratory Name</w:t>
            </w:r>
          </w:p>
          <w:p w14:paraId="49758EE8" w14:textId="77777777" w:rsidR="00865292" w:rsidRDefault="00312D8E">
            <w:pPr>
              <w:spacing w:after="40" w:line="320" w:lineRule="exact"/>
              <w:jc w:val="center"/>
            </w:pPr>
            <w:r>
              <w:rPr>
                <w:rFonts w:eastAsia="Segoe UI"/>
                <w:color w:val="FFFFFF"/>
              </w:rPr>
              <w:t>Course: Course Name</w:t>
            </w:r>
          </w:p>
        </w:tc>
      </w:tr>
    </w:tbl>
    <w:p w14:paraId="765056CB" w14:textId="77777777" w:rsidR="00865292" w:rsidRDefault="00865292">
      <w:pPr>
        <w:spacing w:after="0" w:line="320" w:lineRule="exact"/>
        <w:jc w:val="both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865292" w14:paraId="646D20AF" w14:textId="77777777">
        <w:trPr>
          <w:jc w:val="center"/>
        </w:trPr>
        <w:tc>
          <w:tcPr>
            <w:tcW w:w="1984" w:type="dxa"/>
          </w:tcPr>
          <w:p w14:paraId="031E98B8" w14:textId="77777777" w:rsidR="00865292" w:rsidRDefault="00312D8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611A77E" wp14:editId="5E535A79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47D57EC5" w14:textId="77777777" w:rsidR="00865292" w:rsidRDefault="00312D8E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EC2BBA8" wp14:editId="4FA604DB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BD79A" w14:textId="77777777" w:rsidR="00865292" w:rsidRDefault="00865292">
      <w:pPr>
        <w:spacing w:line="320" w:lineRule="exact"/>
        <w:jc w:val="both"/>
      </w:pPr>
    </w:p>
    <w:p w14:paraId="14DB1CB8" w14:textId="77777777" w:rsidR="00865292" w:rsidRDefault="00865292">
      <w:pPr>
        <w:spacing w:after="0" w:line="800" w:lineRule="exact"/>
        <w:jc w:val="both"/>
      </w:pPr>
    </w:p>
    <w:p w14:paraId="34E9764B" w14:textId="77777777" w:rsidR="00865292" w:rsidRDefault="00312D8E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Prepared by: </w:t>
      </w:r>
      <w:r>
        <w:rPr>
          <w:rFonts w:eastAsia="Segoe UI"/>
          <w:b/>
          <w:bCs/>
          <w:color w:val="15202C"/>
        </w:rPr>
        <w:t>Student's Full Name</w:t>
      </w:r>
    </w:p>
    <w:p w14:paraId="7B6BDE9A" w14:textId="77777777" w:rsidR="00865292" w:rsidRDefault="00312D8E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Stage: </w:t>
      </w:r>
      <w:r>
        <w:rPr>
          <w:rFonts w:eastAsia="Segoe UI"/>
          <w:b/>
          <w:bCs/>
          <w:color w:val="15202C"/>
        </w:rPr>
        <w:t>……   Section: ……</w:t>
      </w:r>
    </w:p>
    <w:p w14:paraId="7447C575" w14:textId="77777777" w:rsidR="00865292" w:rsidRDefault="00312D8E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Supervised by: </w:t>
      </w:r>
      <w:r>
        <w:rPr>
          <w:rFonts w:eastAsia="Segoe UI"/>
          <w:b/>
          <w:bCs/>
          <w:color w:val="15202C"/>
        </w:rPr>
        <w:t>Supervisor's Name and Title</w:t>
      </w:r>
    </w:p>
    <w:p w14:paraId="006F221A" w14:textId="77777777" w:rsidR="00865292" w:rsidRDefault="00312D8E">
      <w:pPr>
        <w:spacing w:after="40" w:line="320" w:lineRule="exact"/>
        <w:jc w:val="center"/>
      </w:pPr>
      <w:r>
        <w:rPr>
          <w:rFonts w:eastAsia="Segoe UI"/>
          <w:color w:val="4D5A69"/>
        </w:rPr>
        <w:t xml:space="preserve">Date: </w:t>
      </w:r>
      <w:r>
        <w:rPr>
          <w:rFonts w:eastAsia="Segoe UI"/>
          <w:b/>
          <w:bCs/>
          <w:color w:val="15202C"/>
        </w:rPr>
        <w:t>……/……/……</w:t>
      </w:r>
    </w:p>
    <w:p w14:paraId="427BF804" w14:textId="77777777" w:rsidR="00865292" w:rsidRDefault="00312D8E">
      <w:pPr>
        <w:spacing w:before="360" w:line="280" w:lineRule="exact"/>
        <w:jc w:val="center"/>
      </w:pPr>
      <w:r>
        <w:rPr>
          <w:rFonts w:eastAsia="Segoe UI"/>
          <w:color w:val="4D5A69"/>
          <w:sz w:val="20"/>
          <w:szCs w:val="20"/>
        </w:rPr>
        <w:t>Academic Year 2026 – 2027</w:t>
      </w:r>
    </w:p>
    <w:p w14:paraId="28E6909D" w14:textId="77777777" w:rsidR="00865292" w:rsidRDefault="00312D8E">
      <w:pPr>
        <w:keepNext/>
        <w:pageBreakBefore/>
        <w:spacing w:before="320"/>
      </w:pPr>
      <w:r>
        <w:rPr>
          <w:rFonts w:eastAsia="Segoe UI"/>
          <w:b/>
          <w:bCs/>
          <w:color w:val="0F3D6E"/>
          <w:sz w:val="32"/>
          <w:szCs w:val="32"/>
        </w:rPr>
        <w:lastRenderedPageBreak/>
        <w:t>Contents</w:t>
      </w:r>
    </w:p>
    <w:p w14:paraId="419D163E" w14:textId="510A2C4F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016" w:history="1">
        <w:r w:rsidRPr="003B3289">
          <w:rPr>
            <w:rStyle w:val="Hyperlink"/>
            <w:rFonts w:eastAsia="Segoe UI"/>
            <w:noProof/>
          </w:rPr>
          <w:t>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6B1BEB" w14:textId="00F7E160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17" w:history="1">
        <w:r w:rsidRPr="003B3289">
          <w:rPr>
            <w:rStyle w:val="Hyperlink"/>
            <w:rFonts w:eastAsia="Segoe UI"/>
            <w:noProof/>
          </w:rPr>
          <w:t>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21AE695" w14:textId="2852F9AA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18" w:history="1">
        <w:r w:rsidRPr="003B3289">
          <w:rPr>
            <w:rStyle w:val="Hyperlink"/>
            <w:rFonts w:eastAsia="Segoe UI"/>
            <w:noProof/>
          </w:rPr>
          <w:t>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D0C9E4B" w14:textId="28D1CEEC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19" w:history="1">
        <w:r w:rsidRPr="003B3289">
          <w:rPr>
            <w:rStyle w:val="Hyperlink"/>
            <w:rFonts w:eastAsia="Segoe UI"/>
            <w:noProof/>
          </w:rPr>
          <w:t>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8219DFA" w14:textId="264D87EF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0" w:history="1">
        <w:r w:rsidRPr="003B3289">
          <w:rPr>
            <w:rStyle w:val="Hyperlink"/>
            <w:rFonts w:eastAsia="Segoe UI"/>
            <w:noProof/>
          </w:rPr>
          <w:t>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CB66E0A" w14:textId="46988E7F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1" w:history="1">
        <w:r w:rsidRPr="003B3289">
          <w:rPr>
            <w:rStyle w:val="Hyperlink"/>
            <w:rFonts w:eastAsia="Segoe UI"/>
            <w:noProof/>
          </w:rPr>
          <w:t>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DA856E4" w14:textId="42ACDEE8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2" w:history="1">
        <w:r w:rsidRPr="003B3289">
          <w:rPr>
            <w:rStyle w:val="Hyperlink"/>
            <w:rFonts w:eastAsia="Segoe UI"/>
            <w:noProof/>
          </w:rPr>
          <w:t>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E1A39FA" w14:textId="684BFEFC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3" w:history="1">
        <w:r w:rsidRPr="003B3289">
          <w:rPr>
            <w:rStyle w:val="Hyperlink"/>
            <w:rFonts w:eastAsia="Segoe UI"/>
            <w:noProof/>
          </w:rPr>
          <w:t>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F2EFACC" w14:textId="62E6245A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4" w:history="1">
        <w:r w:rsidRPr="003B3289">
          <w:rPr>
            <w:rStyle w:val="Hyperlink"/>
            <w:rFonts w:eastAsia="Segoe UI"/>
            <w:noProof/>
          </w:rPr>
          <w:t>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5828D3" w14:textId="57DAB915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5" w:history="1">
        <w:r w:rsidRPr="003B3289">
          <w:rPr>
            <w:rStyle w:val="Hyperlink"/>
            <w:rFonts w:eastAsia="Segoe UI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922C96B" w14:textId="2981023F" w:rsidR="00312D8E" w:rsidRDefault="00312D8E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026" w:history="1">
        <w:r w:rsidRPr="003B3289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046B033" w14:textId="0695F281" w:rsidR="00865292" w:rsidRDefault="00312D8E">
      <w:r>
        <w:rPr>
          <w:rFonts w:eastAsia="Segoe UI"/>
        </w:rPr>
        <w:fldChar w:fldCharType="end"/>
      </w:r>
    </w:p>
    <w:p w14:paraId="22E27436" w14:textId="77777777" w:rsidR="00865292" w:rsidRDefault="00865292">
      <w:pPr>
        <w:sectPr w:rsidR="00865292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single" w:sz="4" w:space="0" w:color="CFDAE7"/>
          <w:left w:val="single" w:sz="4" w:space="0" w:color="CFDAE7"/>
          <w:bottom w:val="single" w:sz="18" w:space="0" w:color="CFDAE7"/>
          <w:right w:val="single" w:sz="4" w:space="0" w:color="CFDAE7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865292" w14:paraId="4B8D4340" w14:textId="77777777">
        <w:trPr>
          <w:jc w:val="center"/>
        </w:trPr>
        <w:tc>
          <w:tcPr>
            <w:tcW w:w="9071" w:type="dxa"/>
          </w:tcPr>
          <w:p w14:paraId="649113BB" w14:textId="77777777" w:rsidR="00865292" w:rsidRDefault="00312D8E">
            <w:pPr>
              <w:jc w:val="both"/>
            </w:pPr>
            <w:r>
              <w:rPr>
                <w:rFonts w:eastAsia="Segoe UI"/>
                <w:b/>
                <w:bCs/>
                <w:color w:val="0F3D6E"/>
              </w:rPr>
              <w:lastRenderedPageBreak/>
              <w:t xml:space="preserve">How to use this template — delete this box before </w:t>
            </w:r>
            <w:r>
              <w:rPr>
                <w:rFonts w:eastAsia="Segoe UI"/>
                <w:b/>
                <w:bCs/>
                <w:color w:val="0F3D6E"/>
              </w:rPr>
              <w:t>printing</w:t>
            </w:r>
          </w:p>
          <w:p w14:paraId="2CAEDE27" w14:textId="77777777" w:rsidR="00865292" w:rsidRDefault="00312D8E">
            <w:pPr>
              <w:jc w:val="both"/>
            </w:pPr>
            <w:r>
              <w:rPr>
                <w:rFonts w:eastAsia="Segoe UI"/>
                <w:color w:val="15202C"/>
              </w:rPr>
              <w:t>Grey 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0559DA3A" w14:textId="77777777" w:rsidR="00865292" w:rsidRDefault="00865292">
      <w:pPr>
        <w:spacing w:after="40"/>
        <w:jc w:val="both"/>
      </w:pPr>
    </w:p>
    <w:p w14:paraId="63158CBB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</w:t>
      </w:r>
    </w:p>
    <w:p w14:paraId="4CC4BB79" w14:textId="77777777" w:rsidR="00865292" w:rsidRDefault="00312D8E">
      <w:pPr>
        <w:pStyle w:val="Heading1"/>
        <w:spacing w:before="320" w:after="120"/>
      </w:pPr>
      <w:bookmarkStart w:id="0" w:name="_Toc241685016"/>
      <w:r>
        <w:rPr>
          <w:rFonts w:ascii="Segoe UI" w:eastAsia="Segoe UI" w:hAnsi="Segoe UI" w:cs="Segoe UI"/>
          <w:sz w:val="32"/>
          <w:szCs w:val="32"/>
        </w:rPr>
        <w:t>Objective</w:t>
      </w:r>
      <w:bookmarkEnd w:id="0"/>
    </w:p>
    <w:p w14:paraId="3258ED1F" w14:textId="77777777" w:rsidR="00865292" w:rsidRDefault="00312D8E">
      <w:pPr>
        <w:jc w:val="both"/>
      </w:pPr>
      <w:r>
        <w:rPr>
          <w:rFonts w:eastAsia="Segoe UI"/>
          <w:i/>
          <w:color w:val="4D5A69"/>
          <w:sz w:val="22"/>
          <w:szCs w:val="22"/>
        </w:rPr>
        <w:t>In two or three lines, state why the experiment is performed and which quantity or phenomenon is verified.</w:t>
      </w:r>
    </w:p>
    <w:p w14:paraId="188D81C6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2</w:t>
      </w:r>
    </w:p>
    <w:p w14:paraId="07B855A9" w14:textId="77777777" w:rsidR="00865292" w:rsidRDefault="00312D8E">
      <w:pPr>
        <w:pStyle w:val="Heading1"/>
        <w:spacing w:before="320" w:after="120"/>
      </w:pPr>
      <w:bookmarkStart w:id="1" w:name="_Toc241685017"/>
      <w:r>
        <w:rPr>
          <w:rFonts w:ascii="Segoe UI" w:eastAsia="Segoe UI" w:hAnsi="Segoe UI" w:cs="Segoe UI"/>
          <w:sz w:val="32"/>
          <w:szCs w:val="32"/>
        </w:rPr>
        <w:t>Apparatus and Materials</w:t>
      </w:r>
      <w:bookmarkEnd w:id="1"/>
    </w:p>
    <w:p w14:paraId="45BAE7DF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List every instrument with its range and resolution where available — supervisors look for this.</w:t>
      </w:r>
    </w:p>
    <w:p w14:paraId="2E5E27AF" w14:textId="77777777" w:rsidR="00865292" w:rsidRDefault="00312D8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 xml:space="preserve">Instrument 1 (range, </w:t>
      </w:r>
      <w:r>
        <w:rPr>
          <w:rFonts w:eastAsia="Segoe UI"/>
          <w:color w:val="15202C"/>
        </w:rPr>
        <w:t>resolution)</w:t>
      </w:r>
    </w:p>
    <w:p w14:paraId="6D253DF6" w14:textId="77777777" w:rsidR="00865292" w:rsidRDefault="00312D8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Instrument 2 (range, resolution)</w:t>
      </w:r>
    </w:p>
    <w:p w14:paraId="48C6FAF5" w14:textId="77777777" w:rsidR="00865292" w:rsidRDefault="00312D8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Connecting leads and other materials</w:t>
      </w:r>
    </w:p>
    <w:p w14:paraId="149654C2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3</w:t>
      </w:r>
    </w:p>
    <w:p w14:paraId="663E6274" w14:textId="77777777" w:rsidR="00865292" w:rsidRDefault="00312D8E">
      <w:pPr>
        <w:pStyle w:val="Heading1"/>
        <w:spacing w:before="320" w:after="120"/>
      </w:pPr>
      <w:bookmarkStart w:id="2" w:name="_Toc241685018"/>
      <w:r>
        <w:rPr>
          <w:rFonts w:ascii="Segoe UI" w:eastAsia="Segoe UI" w:hAnsi="Segoe UI" w:cs="Segoe UI"/>
          <w:sz w:val="32"/>
          <w:szCs w:val="32"/>
        </w:rPr>
        <w:t>Theory</w:t>
      </w:r>
      <w:bookmarkEnd w:id="2"/>
    </w:p>
    <w:p w14:paraId="0253DD07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Explain the law or theory behind the experiment and write each equation, defining every symbol and its unit. An editable example:</w:t>
      </w:r>
    </w:p>
    <w:p w14:paraId="665303B2" w14:textId="77777777" w:rsidR="00865292" w:rsidRDefault="00312D8E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5202C"/>
        </w:rPr>
        <w:tab/>
        <w:t>(1)</w:t>
      </w:r>
    </w:p>
    <w:p w14:paraId="19C1BFAD" w14:textId="77777777" w:rsidR="00865292" w:rsidRDefault="00312D8E">
      <w:pPr>
        <w:jc w:val="both"/>
      </w:pPr>
      <w:r>
        <w:rPr>
          <w:rFonts w:eastAsia="Segoe UI"/>
          <w:i/>
          <w:color w:val="4D5A69"/>
          <w:sz w:val="22"/>
          <w:szCs w:val="22"/>
        </w:rPr>
        <w:t>where y is the dependent variable, x the independent variable, a the slope and b the intercept. (Double-click the equation to edit it.)</w:t>
      </w:r>
    </w:p>
    <w:p w14:paraId="38E30B91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4</w:t>
      </w:r>
    </w:p>
    <w:p w14:paraId="793F8A98" w14:textId="77777777" w:rsidR="00865292" w:rsidRDefault="00312D8E">
      <w:pPr>
        <w:pStyle w:val="Heading1"/>
        <w:spacing w:before="320" w:after="120"/>
      </w:pPr>
      <w:bookmarkStart w:id="3" w:name="_Toc241685019"/>
      <w:r>
        <w:rPr>
          <w:rFonts w:ascii="Segoe UI" w:eastAsia="Segoe UI" w:hAnsi="Segoe UI" w:cs="Segoe UI"/>
          <w:sz w:val="32"/>
          <w:szCs w:val="32"/>
        </w:rPr>
        <w:t>Procedure</w:t>
      </w:r>
      <w:bookmarkEnd w:id="3"/>
    </w:p>
    <w:p w14:paraId="15B4F005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 xml:space="preserve">Write the steps in the past passive voice (“the circuit was connected”, “the reading was recorded”), not as </w:t>
      </w:r>
      <w:r>
        <w:rPr>
          <w:rFonts w:eastAsia="Segoe UI"/>
          <w:i/>
          <w:color w:val="4D5A69"/>
          <w:sz w:val="22"/>
          <w:szCs w:val="22"/>
        </w:rPr>
        <w:t>commands.</w:t>
      </w:r>
    </w:p>
    <w:p w14:paraId="59689A99" w14:textId="77777777" w:rsidR="00865292" w:rsidRDefault="00312D8E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1.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First step.</w:t>
      </w:r>
    </w:p>
    <w:p w14:paraId="1CFFD4EC" w14:textId="77777777" w:rsidR="00865292" w:rsidRDefault="00312D8E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2.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Second step.</w:t>
      </w:r>
    </w:p>
    <w:p w14:paraId="1D982672" w14:textId="77777777" w:rsidR="00865292" w:rsidRDefault="00312D8E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3.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Third step.</w:t>
      </w:r>
    </w:p>
    <w:p w14:paraId="7107AC8B" w14:textId="77777777" w:rsidR="00865292" w:rsidRDefault="00312D8E">
      <w:pPr>
        <w:spacing w:after="40"/>
        <w:ind w:left="510" w:hanging="340"/>
      </w:pPr>
      <w:r>
        <w:rPr>
          <w:rFonts w:eastAsia="Segoe UI"/>
          <w:b/>
          <w:bCs/>
          <w:color w:val="0F3D6E"/>
        </w:rPr>
        <w:t>4.</w:t>
      </w:r>
      <w:r>
        <w:rPr>
          <w:rFonts w:eastAsia="Segoe UI"/>
          <w:b/>
          <w:bCs/>
          <w:color w:val="0F3D6E"/>
        </w:rPr>
        <w:tab/>
      </w:r>
      <w:r>
        <w:rPr>
          <w:rFonts w:eastAsia="Segoe UI"/>
          <w:color w:val="15202C"/>
        </w:rPr>
        <w:t>Fourth step.</w:t>
      </w:r>
    </w:p>
    <w:p w14:paraId="4E733520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5</w:t>
      </w:r>
    </w:p>
    <w:p w14:paraId="34C9E45E" w14:textId="77777777" w:rsidR="00865292" w:rsidRDefault="00312D8E">
      <w:pPr>
        <w:pStyle w:val="Heading1"/>
        <w:spacing w:before="320" w:after="120"/>
      </w:pPr>
      <w:bookmarkStart w:id="4" w:name="_Toc241685020"/>
      <w:r>
        <w:rPr>
          <w:rFonts w:ascii="Segoe UI" w:eastAsia="Segoe UI" w:hAnsi="Segoe UI" w:cs="Segoe UI"/>
          <w:sz w:val="32"/>
          <w:szCs w:val="32"/>
        </w:rPr>
        <w:t>Experimental Set-up</w:t>
      </w:r>
      <w:bookmarkEnd w:id="4"/>
    </w:p>
    <w:p w14:paraId="404AB886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Put your circuit diagram or apparatus sketch in place of the picture below (right-click → “Change Picture”).</w:t>
      </w:r>
    </w:p>
    <w:p w14:paraId="0D95C65F" w14:textId="77777777" w:rsidR="00865292" w:rsidRDefault="00312D8E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2F1523D2" wp14:editId="590BF61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7EE3F" w14:textId="77777777" w:rsidR="00865292" w:rsidRDefault="00312D8E">
      <w:pPr>
        <w:spacing w:before="40" w:after="160"/>
        <w:jc w:val="center"/>
      </w:pPr>
      <w:r>
        <w:rPr>
          <w:rFonts w:eastAsia="Segoe UI"/>
          <w:b/>
          <w:bCs/>
          <w:color w:val="15202C"/>
          <w:sz w:val="20"/>
          <w:szCs w:val="20"/>
        </w:rPr>
        <w:t xml:space="preserve">Figure 1: </w:t>
      </w:r>
      <w:r>
        <w:rPr>
          <w:rFonts w:eastAsia="Segoe UI"/>
          <w:i/>
          <w:color w:val="4D5A69"/>
          <w:sz w:val="20"/>
          <w:szCs w:val="20"/>
        </w:rPr>
        <w:t>Circuit diagram or apparatus used in the experiment</w:t>
      </w:r>
    </w:p>
    <w:p w14:paraId="6DABC884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6</w:t>
      </w:r>
    </w:p>
    <w:p w14:paraId="723863CA" w14:textId="77777777" w:rsidR="00865292" w:rsidRDefault="00312D8E">
      <w:pPr>
        <w:pStyle w:val="Heading1"/>
        <w:spacing w:before="320" w:after="120"/>
      </w:pPr>
      <w:bookmarkStart w:id="5" w:name="_Toc241685021"/>
      <w:r>
        <w:rPr>
          <w:rFonts w:ascii="Segoe UI" w:eastAsia="Segoe UI" w:hAnsi="Segoe UI" w:cs="Segoe UI"/>
          <w:sz w:val="32"/>
          <w:szCs w:val="32"/>
        </w:rPr>
        <w:t>Results</w:t>
      </w:r>
      <w:bookmarkEnd w:id="5"/>
    </w:p>
    <w:p w14:paraId="785935B0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Put the readings in a table; units belong in the column heading, not inside the cells.</w:t>
      </w:r>
    </w:p>
    <w:p w14:paraId="116DA424" w14:textId="77777777" w:rsidR="00865292" w:rsidRDefault="00312D8E">
      <w:pPr>
        <w:keepNext/>
        <w:spacing w:before="40" w:after="80"/>
        <w:jc w:val="center"/>
      </w:pPr>
      <w:r>
        <w:rPr>
          <w:rFonts w:eastAsia="Segoe UI"/>
          <w:b/>
          <w:bCs/>
          <w:color w:val="15202C"/>
          <w:sz w:val="20"/>
          <w:szCs w:val="20"/>
        </w:rPr>
        <w:t xml:space="preserve">Table 1: </w:t>
      </w:r>
      <w:r>
        <w:rPr>
          <w:rFonts w:eastAsia="Segoe UI"/>
          <w:i/>
          <w:color w:val="4D5A69"/>
          <w:sz w:val="20"/>
          <w:szCs w:val="20"/>
        </w:rPr>
        <w:t>Readings recorded during the experiment</w:t>
      </w:r>
    </w:p>
    <w:tbl>
      <w:tblPr>
        <w:tblW w:w="0" w:type="auto"/>
        <w:jc w:val="center"/>
        <w:tblBorders>
          <w:top w:val="single" w:sz="8" w:space="0" w:color="0F3D6E"/>
          <w:left w:val="nil"/>
          <w:bottom w:val="single" w:sz="8" w:space="0" w:color="0F3D6E"/>
          <w:right w:val="nil"/>
          <w:insideH w:val="dashed" w:sz="4" w:space="0" w:color="CFDAE7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865292" w14:paraId="5DCD4DD8" w14:textId="77777777">
        <w:trPr>
          <w:cantSplit/>
          <w:tblHeader/>
          <w:jc w:val="center"/>
        </w:trPr>
        <w:tc>
          <w:tcPr>
            <w:tcW w:w="737" w:type="dxa"/>
            <w:shd w:val="clear" w:color="auto" w:fill="EFF3F8"/>
          </w:tcPr>
          <w:p w14:paraId="363EAEA7" w14:textId="77777777" w:rsidR="00865292" w:rsidRDefault="00312D8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EFF3F8"/>
          </w:tcPr>
          <w:p w14:paraId="1DBF11A4" w14:textId="77777777" w:rsidR="00865292" w:rsidRDefault="00312D8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EFF3F8"/>
          </w:tcPr>
          <w:p w14:paraId="4614734E" w14:textId="77777777" w:rsidR="00865292" w:rsidRDefault="00312D8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EFF3F8"/>
          </w:tcPr>
          <w:p w14:paraId="1998500E" w14:textId="77777777" w:rsidR="00865292" w:rsidRDefault="00312D8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EFF3F8"/>
          </w:tcPr>
          <w:p w14:paraId="0343DEF7" w14:textId="77777777" w:rsidR="00865292" w:rsidRDefault="00312D8E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0F3D6E"/>
                <w:sz w:val="20"/>
                <w:szCs w:val="20"/>
              </w:rPr>
              <w:t>Mean</w:t>
            </w:r>
          </w:p>
        </w:tc>
      </w:tr>
      <w:tr w:rsidR="00865292" w14:paraId="3C69990A" w14:textId="77777777">
        <w:trPr>
          <w:cantSplit/>
          <w:jc w:val="center"/>
        </w:trPr>
        <w:tc>
          <w:tcPr>
            <w:tcW w:w="737" w:type="dxa"/>
          </w:tcPr>
          <w:p w14:paraId="28304671" w14:textId="77777777" w:rsidR="00865292" w:rsidRDefault="00312D8E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5F0B27E7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A06B45D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E423FC1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E94C580" w14:textId="77777777" w:rsidR="00865292" w:rsidRDefault="00865292">
            <w:pPr>
              <w:keepNext/>
              <w:spacing w:before="20" w:after="20"/>
              <w:jc w:val="center"/>
            </w:pPr>
          </w:p>
        </w:tc>
      </w:tr>
      <w:tr w:rsidR="00865292" w14:paraId="709C90FE" w14:textId="77777777">
        <w:trPr>
          <w:cantSplit/>
          <w:jc w:val="center"/>
        </w:trPr>
        <w:tc>
          <w:tcPr>
            <w:tcW w:w="737" w:type="dxa"/>
          </w:tcPr>
          <w:p w14:paraId="3A20F0CC" w14:textId="77777777" w:rsidR="00865292" w:rsidRDefault="00312D8E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1CC2859F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D8CF17C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3192240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643C300" w14:textId="77777777" w:rsidR="00865292" w:rsidRDefault="00865292">
            <w:pPr>
              <w:keepNext/>
              <w:spacing w:before="20" w:after="20"/>
              <w:jc w:val="center"/>
            </w:pPr>
          </w:p>
        </w:tc>
      </w:tr>
      <w:tr w:rsidR="00865292" w14:paraId="5FAFD2F7" w14:textId="77777777">
        <w:trPr>
          <w:cantSplit/>
          <w:jc w:val="center"/>
        </w:trPr>
        <w:tc>
          <w:tcPr>
            <w:tcW w:w="737" w:type="dxa"/>
          </w:tcPr>
          <w:p w14:paraId="417350BE" w14:textId="77777777" w:rsidR="00865292" w:rsidRDefault="00312D8E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7FED5539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EEB617E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7080D4B" w14:textId="77777777" w:rsidR="00865292" w:rsidRDefault="00865292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AF2CD03" w14:textId="77777777" w:rsidR="00865292" w:rsidRDefault="00865292">
            <w:pPr>
              <w:keepNext/>
              <w:spacing w:before="20" w:after="20"/>
              <w:jc w:val="center"/>
            </w:pPr>
          </w:p>
        </w:tc>
      </w:tr>
      <w:tr w:rsidR="00865292" w14:paraId="004E1FDE" w14:textId="77777777">
        <w:trPr>
          <w:cantSplit/>
          <w:jc w:val="center"/>
        </w:trPr>
        <w:tc>
          <w:tcPr>
            <w:tcW w:w="737" w:type="dxa"/>
          </w:tcPr>
          <w:p w14:paraId="773D36A1" w14:textId="77777777" w:rsidR="00865292" w:rsidRDefault="00312D8E">
            <w:pPr>
              <w:spacing w:before="20" w:after="20"/>
              <w:jc w:val="center"/>
            </w:pPr>
            <w:r>
              <w:rPr>
                <w:rFonts w:eastAsia="Segoe UI"/>
                <w:color w:val="15202C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0265A3B8" w14:textId="77777777" w:rsidR="00865292" w:rsidRDefault="0086529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10468C9C" w14:textId="77777777" w:rsidR="00865292" w:rsidRDefault="0086529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7D8CEA14" w14:textId="77777777" w:rsidR="00865292" w:rsidRDefault="00865292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21FCF4F5" w14:textId="77777777" w:rsidR="00865292" w:rsidRDefault="00865292">
            <w:pPr>
              <w:spacing w:before="20" w:after="20"/>
              <w:jc w:val="center"/>
            </w:pPr>
          </w:p>
        </w:tc>
      </w:tr>
    </w:tbl>
    <w:p w14:paraId="5029385A" w14:textId="77777777" w:rsidR="00865292" w:rsidRDefault="00865292">
      <w:pPr>
        <w:spacing w:after="40"/>
        <w:jc w:val="both"/>
      </w:pPr>
    </w:p>
    <w:p w14:paraId="5863B115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7</w:t>
      </w:r>
    </w:p>
    <w:p w14:paraId="038D596F" w14:textId="77777777" w:rsidR="00865292" w:rsidRDefault="00312D8E">
      <w:pPr>
        <w:pStyle w:val="Heading1"/>
        <w:spacing w:before="320" w:after="120"/>
      </w:pPr>
      <w:bookmarkStart w:id="6" w:name="_Toc241685022"/>
      <w:r>
        <w:rPr>
          <w:rFonts w:ascii="Segoe UI" w:eastAsia="Segoe UI" w:hAnsi="Segoe UI" w:cs="Segoe UI"/>
          <w:sz w:val="32"/>
          <w:szCs w:val="32"/>
        </w:rPr>
        <w:t>Calculations</w:t>
      </w:r>
      <w:bookmarkEnd w:id="6"/>
    </w:p>
    <w:p w14:paraId="60ACB2E4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Write the equation first, substitute the numbers, then give the result with its unit. The percentage error is:</w:t>
      </w:r>
    </w:p>
    <w:p w14:paraId="5C57BE2D" w14:textId="77777777" w:rsidR="00865292" w:rsidRDefault="00312D8E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5202C"/>
        </w:rPr>
        <w:tab/>
        <w:t>(2)</w:t>
      </w:r>
    </w:p>
    <w:p w14:paraId="2D27AD06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lastRenderedPageBreak/>
        <w:t>8</w:t>
      </w:r>
    </w:p>
    <w:p w14:paraId="66258F80" w14:textId="77777777" w:rsidR="00865292" w:rsidRDefault="00312D8E">
      <w:pPr>
        <w:pStyle w:val="Heading1"/>
        <w:spacing w:before="320" w:after="120"/>
      </w:pPr>
      <w:bookmarkStart w:id="7" w:name="_Toc241685023"/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14:paraId="49FF16EA" w14:textId="77777777" w:rsidR="00865292" w:rsidRDefault="00312D8E">
      <w:pPr>
        <w:jc w:val="both"/>
      </w:pPr>
      <w:r>
        <w:rPr>
          <w:rFonts w:eastAsia="Segoe UI"/>
          <w:i/>
          <w:color w:val="4D5A69"/>
          <w:sz w:val="22"/>
          <w:szCs w:val="22"/>
        </w:rPr>
        <w:t>Compare your result with the theoretical value and explain the difference. This section separates a good report from a weak one.</w:t>
      </w:r>
    </w:p>
    <w:p w14:paraId="5A1EDAAF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9</w:t>
      </w:r>
    </w:p>
    <w:p w14:paraId="6CB856F2" w14:textId="77777777" w:rsidR="00865292" w:rsidRDefault="00312D8E">
      <w:pPr>
        <w:pStyle w:val="Heading1"/>
        <w:spacing w:before="320" w:after="120"/>
      </w:pPr>
      <w:bookmarkStart w:id="8" w:name="_Toc241685024"/>
      <w:r>
        <w:rPr>
          <w:rFonts w:ascii="Segoe UI" w:eastAsia="Segoe UI" w:hAnsi="Segoe UI" w:cs="Segoe UI"/>
          <w:sz w:val="32"/>
          <w:szCs w:val="32"/>
        </w:rPr>
        <w:t>Sources of Error</w:t>
      </w:r>
      <w:bookmarkEnd w:id="8"/>
    </w:p>
    <w:p w14:paraId="76EC66EA" w14:textId="77777777" w:rsidR="00865292" w:rsidRDefault="00312D8E">
      <w:pPr>
        <w:keepNext/>
        <w:jc w:val="both"/>
      </w:pPr>
      <w:r>
        <w:rPr>
          <w:rFonts w:eastAsia="Segoe UI"/>
          <w:i/>
          <w:color w:val="4D5A69"/>
          <w:sz w:val="22"/>
          <w:szCs w:val="22"/>
        </w:rPr>
        <w:t>Mention measurement, instrument and environmental errors, and how they could be reduced.</w:t>
      </w:r>
    </w:p>
    <w:p w14:paraId="66351983" w14:textId="77777777" w:rsidR="00865292" w:rsidRDefault="00312D8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Instrument reading errors.</w:t>
      </w:r>
    </w:p>
    <w:p w14:paraId="1E20B632" w14:textId="77777777" w:rsidR="00865292" w:rsidRDefault="00312D8E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>●</w:t>
      </w:r>
      <w:r>
        <w:rPr>
          <w:rFonts w:ascii="Segoe UI Symbol" w:eastAsia="Segoe UI Symbol" w:hAnsi="Segoe UI Symbol" w:cs="Segoe UI Symbol"/>
          <w:color w:val="7E90A4"/>
          <w:sz w:val="18"/>
          <w:szCs w:val="18"/>
        </w:rPr>
        <w:tab/>
      </w:r>
      <w:r>
        <w:rPr>
          <w:rFonts w:eastAsia="Segoe UI"/>
          <w:color w:val="15202C"/>
        </w:rPr>
        <w:t>Lead resistance or changing ambient conditions.</w:t>
      </w:r>
    </w:p>
    <w:p w14:paraId="67FA5C73" w14:textId="77777777" w:rsidR="00865292" w:rsidRDefault="00312D8E">
      <w:pPr>
        <w:keepNext/>
        <w:spacing w:after="0"/>
      </w:pPr>
      <w:r>
        <w:rPr>
          <w:rFonts w:eastAsia="Segoe UI"/>
          <w:b/>
          <w:bCs/>
          <w:color w:val="7E90A4"/>
          <w:sz w:val="72"/>
          <w:szCs w:val="72"/>
        </w:rPr>
        <w:t>10</w:t>
      </w:r>
    </w:p>
    <w:p w14:paraId="0AB9A224" w14:textId="77777777" w:rsidR="00865292" w:rsidRDefault="00312D8E">
      <w:pPr>
        <w:pStyle w:val="Heading1"/>
        <w:spacing w:before="320" w:after="120"/>
      </w:pPr>
      <w:bookmarkStart w:id="9" w:name="_Toc241685025"/>
      <w:r>
        <w:rPr>
          <w:rFonts w:ascii="Segoe UI" w:eastAsia="Segoe UI" w:hAnsi="Segoe UI" w:cs="Segoe UI"/>
          <w:sz w:val="32"/>
          <w:szCs w:val="32"/>
        </w:rPr>
        <w:t>Conclusion</w:t>
      </w:r>
      <w:bookmarkEnd w:id="9"/>
    </w:p>
    <w:p w14:paraId="0E8DE3F2" w14:textId="77777777" w:rsidR="00865292" w:rsidRDefault="00312D8E">
      <w:pPr>
        <w:jc w:val="both"/>
      </w:pPr>
      <w:r>
        <w:rPr>
          <w:rFonts w:eastAsia="Segoe UI"/>
          <w:i/>
          <w:color w:val="4D5A69"/>
          <w:sz w:val="22"/>
          <w:szCs w:val="22"/>
        </w:rPr>
        <w:t xml:space="preserve">One </w:t>
      </w:r>
      <w:r>
        <w:rPr>
          <w:rFonts w:eastAsia="Segoe UI"/>
          <w:i/>
          <w:color w:val="4D5A69"/>
          <w:sz w:val="22"/>
          <w:szCs w:val="22"/>
        </w:rPr>
        <w:t>paragraph that answers the objective directly: was it achieved, and why or why not.</w:t>
      </w:r>
    </w:p>
    <w:p w14:paraId="746E7C79" w14:textId="77777777" w:rsidR="00865292" w:rsidRDefault="00312D8E">
      <w:pPr>
        <w:pStyle w:val="Heading1"/>
        <w:spacing w:before="320" w:after="120"/>
      </w:pPr>
      <w:bookmarkStart w:id="10" w:name="_Toc241685026"/>
      <w:r>
        <w:rPr>
          <w:rFonts w:ascii="Segoe UI" w:eastAsia="Segoe UI" w:hAnsi="Segoe UI" w:cs="Segoe UI"/>
          <w:sz w:val="32"/>
          <w:szCs w:val="32"/>
        </w:rPr>
        <w:t>References</w:t>
      </w:r>
      <w:bookmarkEnd w:id="10"/>
    </w:p>
    <w:p w14:paraId="4DAA2BB0" w14:textId="77777777" w:rsidR="00865292" w:rsidRDefault="00312D8E">
      <w:pPr>
        <w:keepNext/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 xml:space="preserve">[1] A. Author, </w:t>
      </w:r>
      <w:r>
        <w:rPr>
          <w:rFonts w:eastAsia="Segoe UI"/>
          <w:i/>
          <w:color w:val="15202C"/>
          <w:sz w:val="22"/>
          <w:szCs w:val="22"/>
        </w:rPr>
        <w:t>Title of the Book</w:t>
      </w:r>
      <w:r>
        <w:rPr>
          <w:rFonts w:eastAsia="Segoe UI"/>
          <w:color w:val="15202C"/>
          <w:sz w:val="22"/>
          <w:szCs w:val="22"/>
        </w:rPr>
        <w:t>, 2nd ed. City, Country: Publisher, Year, pp. 40–45.</w:t>
      </w:r>
    </w:p>
    <w:p w14:paraId="145AD0FD" w14:textId="77777777" w:rsidR="00865292" w:rsidRDefault="00312D8E">
      <w:pPr>
        <w:keepNext/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5202C"/>
          <w:sz w:val="22"/>
          <w:szCs w:val="22"/>
        </w:rPr>
        <w:t>Journal Name</w:t>
      </w:r>
      <w:r>
        <w:rPr>
          <w:rFonts w:eastAsia="Segoe UI"/>
          <w:color w:val="15202C"/>
          <w:sz w:val="22"/>
          <w:szCs w:val="22"/>
        </w:rPr>
        <w:t>, vol. 12, no. 3, pp. 10–18, Year.</w:t>
      </w:r>
    </w:p>
    <w:p w14:paraId="7B102969" w14:textId="77777777" w:rsidR="00865292" w:rsidRDefault="00312D8E">
      <w:pPr>
        <w:spacing w:after="80"/>
        <w:ind w:left="510" w:hanging="510"/>
      </w:pPr>
      <w:r>
        <w:rPr>
          <w:rFonts w:eastAsia="Segoe UI"/>
          <w:color w:val="15202C"/>
          <w:sz w:val="22"/>
          <w:szCs w:val="22"/>
        </w:rPr>
        <w:t>[3] Organisation, “Title of the web page,” Site Name. Accessed: Month Day, Year. [Online]. Available: https://…</w:t>
      </w:r>
    </w:p>
    <w:sectPr w:rsidR="00865292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0F3D6E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9153D" w14:textId="77777777" w:rsidR="00312D8E" w:rsidRDefault="00312D8E">
      <w:pPr>
        <w:spacing w:after="0" w:line="240" w:lineRule="auto"/>
      </w:pPr>
      <w:r>
        <w:separator/>
      </w:r>
    </w:p>
  </w:endnote>
  <w:endnote w:type="continuationSeparator" w:id="0">
    <w:p w14:paraId="159D5988" w14:textId="77777777" w:rsidR="00312D8E" w:rsidRDefault="00312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ABD2" w14:textId="77777777" w:rsidR="00865292" w:rsidRDefault="00312D8E">
    <w:pPr>
      <w:pStyle w:val="Footer"/>
      <w:jc w:val="center"/>
    </w:pPr>
    <w:r>
      <w:rPr>
        <w:rFonts w:eastAsia="Segoe UI"/>
        <w:sz w:val="16"/>
        <w:szCs w:val="16"/>
      </w:rPr>
      <w:fldChar w:fldCharType="begin"/>
    </w:r>
    <w:r>
      <w:rPr>
        <w:rFonts w:eastAsia="Segoe UI"/>
        <w:sz w:val="16"/>
        <w:szCs w:val="16"/>
      </w:rPr>
      <w:instrText xml:space="preserve"> PAGE </w:instrText>
    </w:r>
    <w:r>
      <w:rPr>
        <w:rFonts w:eastAsia="Segoe UI"/>
        <w:sz w:val="16"/>
        <w:szCs w:val="16"/>
      </w:rPr>
      <w:fldChar w:fldCharType="separate"/>
    </w:r>
    <w:r>
      <w:rPr>
        <w:rFonts w:eastAsia="Segoe UI"/>
        <w:sz w:val="16"/>
        <w:szCs w:val="16"/>
      </w:rPr>
      <w:t>1</w:t>
    </w:r>
    <w:r>
      <w:rPr>
        <w:rFonts w:eastAsia="Segoe UI"/>
        <w:sz w:val="16"/>
        <w:szCs w:val="16"/>
      </w:rPr>
      <w:fldChar w:fldCharType="end"/>
    </w:r>
  </w:p>
  <w:p w14:paraId="612E62F7" w14:textId="77777777" w:rsidR="00865292" w:rsidRDefault="00312D8E">
    <w:pPr>
      <w:spacing w:before="40" w:after="0"/>
      <w:jc w:val="center"/>
    </w:pPr>
    <w:r>
      <w:rPr>
        <w:rFonts w:eastAsia="Segoe UI"/>
        <w:color w:val="4D5A69"/>
        <w:sz w:val="14"/>
        <w:szCs w:val="14"/>
      </w:rPr>
      <w:t xml:space="preserve">Free template by Tem — </w:t>
    </w:r>
    <w:hyperlink r:id="rId1">
      <w:r>
        <w:rPr>
          <w:rFonts w:eastAsia="Segoe UI"/>
          <w:color w:val="4D5A6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7048F" w14:textId="77777777" w:rsidR="00312D8E" w:rsidRDefault="00312D8E">
      <w:pPr>
        <w:spacing w:after="0" w:line="240" w:lineRule="auto"/>
      </w:pPr>
      <w:r>
        <w:separator/>
      </w:r>
    </w:p>
  </w:footnote>
  <w:footnote w:type="continuationSeparator" w:id="0">
    <w:p w14:paraId="63DE59EA" w14:textId="77777777" w:rsidR="00312D8E" w:rsidRDefault="00312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30CCF" w14:textId="77777777" w:rsidR="00865292" w:rsidRDefault="008652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2588735">
    <w:abstractNumId w:val="8"/>
  </w:num>
  <w:num w:numId="2" w16cid:durableId="197621943">
    <w:abstractNumId w:val="6"/>
  </w:num>
  <w:num w:numId="3" w16cid:durableId="1698043140">
    <w:abstractNumId w:val="5"/>
  </w:num>
  <w:num w:numId="4" w16cid:durableId="1961298116">
    <w:abstractNumId w:val="4"/>
  </w:num>
  <w:num w:numId="5" w16cid:durableId="1895702626">
    <w:abstractNumId w:val="7"/>
  </w:num>
  <w:num w:numId="6" w16cid:durableId="1743873931">
    <w:abstractNumId w:val="3"/>
  </w:num>
  <w:num w:numId="7" w16cid:durableId="85998237">
    <w:abstractNumId w:val="2"/>
  </w:num>
  <w:num w:numId="8" w16cid:durableId="486014990">
    <w:abstractNumId w:val="1"/>
  </w:num>
  <w:num w:numId="9" w16cid:durableId="106202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2D8E"/>
    <w:rsid w:val="00326F90"/>
    <w:rsid w:val="00865292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3F0E7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3D6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5A9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5A9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312D8E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12D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632</Words>
  <Characters>3114</Characters>
  <Application>Microsoft Office Word</Application>
  <DocSecurity>0</DocSecurity>
  <Lines>194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