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0165EF" w14:paraId="6BB47E1B" w14:textId="77777777">
        <w:trPr>
          <w:jc w:val="center"/>
        </w:trPr>
        <w:tc>
          <w:tcPr>
            <w:tcW w:w="2282" w:type="dxa"/>
          </w:tcPr>
          <w:p w14:paraId="3BE2CFA4" w14:textId="77777777" w:rsidR="000165EF" w:rsidRDefault="005D54F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E2A395B" wp14:editId="74E71C51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07448BD1" w14:textId="77777777" w:rsidR="000165EF" w:rsidRDefault="005D54F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1363B78" wp14:editId="78946818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6BFF5" w14:textId="77777777" w:rsidR="000165EF" w:rsidRDefault="000165EF">
      <w:pPr>
        <w:spacing w:line="320" w:lineRule="exact"/>
        <w:jc w:val="both"/>
      </w:pPr>
    </w:p>
    <w:p w14:paraId="490ECE14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Ministry of Higher Education and Scientific Research</w:t>
      </w:r>
    </w:p>
    <w:p w14:paraId="5804B852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University Name</w:t>
      </w:r>
    </w:p>
    <w:p w14:paraId="48200093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College Name</w:t>
      </w:r>
    </w:p>
    <w:p w14:paraId="0EC2D8A1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Department Name</w:t>
      </w:r>
    </w:p>
    <w:p w14:paraId="63FD4811" w14:textId="77777777" w:rsidR="000165EF" w:rsidRDefault="000165EF">
      <w:pPr>
        <w:spacing w:after="0" w:line="800" w:lineRule="exact"/>
        <w:jc w:val="both"/>
      </w:pPr>
    </w:p>
    <w:p w14:paraId="06C29B22" w14:textId="77777777" w:rsidR="000165EF" w:rsidRDefault="000165EF">
      <w:pPr>
        <w:pBdr>
          <w:bottom w:val="single" w:sz="8" w:space="4" w:color="7A2036"/>
        </w:pBdr>
        <w:spacing w:after="160" w:line="320" w:lineRule="exact"/>
        <w:jc w:val="center"/>
      </w:pPr>
    </w:p>
    <w:p w14:paraId="72C60A7D" w14:textId="77777777" w:rsidR="000165EF" w:rsidRDefault="005D54F0">
      <w:pPr>
        <w:spacing w:after="80" w:line="380" w:lineRule="exact"/>
        <w:jc w:val="center"/>
      </w:pPr>
      <w:r>
        <w:rPr>
          <w:rFonts w:eastAsia="Garamond"/>
          <w:color w:val="9B3450"/>
          <w:sz w:val="28"/>
          <w:szCs w:val="28"/>
        </w:rPr>
        <w:t>Lab Report — Experiment No. (  )</w:t>
      </w:r>
    </w:p>
    <w:p w14:paraId="328D64E2" w14:textId="77777777" w:rsidR="000165EF" w:rsidRDefault="005D54F0">
      <w:pPr>
        <w:spacing w:line="540" w:lineRule="exact"/>
        <w:jc w:val="center"/>
      </w:pPr>
      <w:r>
        <w:rPr>
          <w:rFonts w:eastAsia="Garamond"/>
          <w:b/>
          <w:bCs/>
          <w:color w:val="7A2036"/>
          <w:sz w:val="40"/>
          <w:szCs w:val="40"/>
        </w:rPr>
        <w:t>Write the Experiment Title Here Exactly as in the Lab Manual</w:t>
      </w:r>
    </w:p>
    <w:p w14:paraId="7563F529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color w:val="5E5054"/>
        </w:rPr>
        <w:t>Laboratory Name</w:t>
      </w:r>
    </w:p>
    <w:p w14:paraId="16C1158A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color w:val="5E5054"/>
        </w:rPr>
        <w:t>Course: Course Name</w:t>
      </w:r>
    </w:p>
    <w:p w14:paraId="08641B7D" w14:textId="77777777" w:rsidR="000165EF" w:rsidRDefault="000165EF">
      <w:pPr>
        <w:pBdr>
          <w:top w:val="single" w:sz="8" w:space="4" w:color="7A2036"/>
        </w:pBdr>
        <w:spacing w:after="0" w:line="320" w:lineRule="exact"/>
        <w:jc w:val="center"/>
      </w:pPr>
    </w:p>
    <w:p w14:paraId="037F4169" w14:textId="77777777" w:rsidR="000165EF" w:rsidRDefault="000165EF">
      <w:pPr>
        <w:spacing w:after="0" w:line="720" w:lineRule="exact"/>
        <w:jc w:val="both"/>
      </w:pPr>
    </w:p>
    <w:p w14:paraId="43FD190F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Prepared by: </w:t>
      </w:r>
      <w:r>
        <w:rPr>
          <w:rFonts w:eastAsia="Garamond"/>
          <w:b/>
          <w:bCs/>
          <w:color w:val="231A1C"/>
        </w:rPr>
        <w:t>Student's Full Name</w:t>
      </w:r>
    </w:p>
    <w:p w14:paraId="5FB72BF7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Stage: </w:t>
      </w:r>
      <w:r>
        <w:rPr>
          <w:rFonts w:eastAsia="Garamond"/>
          <w:b/>
          <w:bCs/>
          <w:color w:val="231A1C"/>
        </w:rPr>
        <w:t>……   Section: ……</w:t>
      </w:r>
    </w:p>
    <w:p w14:paraId="111E8291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Supervised by: </w:t>
      </w:r>
      <w:r>
        <w:rPr>
          <w:rFonts w:eastAsia="Garamond"/>
          <w:b/>
          <w:bCs/>
          <w:color w:val="231A1C"/>
        </w:rPr>
        <w:t>Supervisor's Name and Title</w:t>
      </w:r>
    </w:p>
    <w:p w14:paraId="5A83B45D" w14:textId="77777777" w:rsidR="000165EF" w:rsidRDefault="005D54F0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Date: </w:t>
      </w:r>
      <w:r>
        <w:rPr>
          <w:rFonts w:eastAsia="Garamond"/>
          <w:b/>
          <w:bCs/>
          <w:color w:val="231A1C"/>
        </w:rPr>
        <w:t>……/……/……</w:t>
      </w:r>
    </w:p>
    <w:p w14:paraId="09AB3CC3" w14:textId="77777777" w:rsidR="000165EF" w:rsidRDefault="005D54F0">
      <w:pPr>
        <w:spacing w:before="360" w:line="280" w:lineRule="exact"/>
        <w:jc w:val="center"/>
      </w:pPr>
      <w:r>
        <w:rPr>
          <w:rFonts w:eastAsia="Garamond"/>
          <w:color w:val="5E5054"/>
          <w:sz w:val="20"/>
          <w:szCs w:val="20"/>
        </w:rPr>
        <w:t>Academic Year 2026 – 2027</w:t>
      </w:r>
    </w:p>
    <w:p w14:paraId="0946CAAD" w14:textId="77777777" w:rsidR="000165EF" w:rsidRDefault="005D54F0">
      <w:pPr>
        <w:keepNext/>
        <w:pageBreakBefore/>
        <w:spacing w:before="320"/>
        <w:jc w:val="center"/>
      </w:pPr>
      <w:r>
        <w:rPr>
          <w:rFonts w:eastAsia="Garamond"/>
          <w:b/>
          <w:bCs/>
          <w:color w:val="7A2036"/>
          <w:sz w:val="32"/>
          <w:szCs w:val="32"/>
        </w:rPr>
        <w:lastRenderedPageBreak/>
        <w:t>Contents</w:t>
      </w:r>
    </w:p>
    <w:p w14:paraId="7BDA0D69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6585773F" w14:textId="160C454B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Garamond"/>
        </w:rPr>
        <w:fldChar w:fldCharType="begin"/>
      </w:r>
      <w:r>
        <w:rPr>
          <w:rFonts w:eastAsia="Garamond"/>
        </w:rPr>
        <w:instrText xml:space="preserve"> TOC \o "1-2" \h \z \u </w:instrText>
      </w:r>
      <w:r>
        <w:rPr>
          <w:rFonts w:eastAsia="Garamond"/>
        </w:rPr>
        <w:fldChar w:fldCharType="separate"/>
      </w:r>
      <w:hyperlink w:anchor="_Toc241685436" w:history="1">
        <w:r w:rsidRPr="007A755E">
          <w:rPr>
            <w:rStyle w:val="Hyperlink"/>
            <w:rFonts w:eastAsia="Garamond"/>
            <w:noProof/>
          </w:rPr>
          <w:t>1 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C3C97A2" w14:textId="7BDAA290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37" w:history="1">
        <w:r w:rsidRPr="007A755E">
          <w:rPr>
            <w:rStyle w:val="Hyperlink"/>
            <w:rFonts w:eastAsia="Garamond"/>
            <w:noProof/>
          </w:rPr>
          <w:t>2 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B920355" w14:textId="0ABA191A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38" w:history="1">
        <w:r w:rsidRPr="007A755E">
          <w:rPr>
            <w:rStyle w:val="Hyperlink"/>
            <w:rFonts w:eastAsia="Garamond"/>
            <w:noProof/>
          </w:rPr>
          <w:t>3 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96B9C8" w14:textId="1D750F05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39" w:history="1">
        <w:r w:rsidRPr="007A755E">
          <w:rPr>
            <w:rStyle w:val="Hyperlink"/>
            <w:rFonts w:eastAsia="Garamond"/>
            <w:noProof/>
          </w:rPr>
          <w:t>4 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06208B2" w14:textId="751936EE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0" w:history="1">
        <w:r w:rsidRPr="007A755E">
          <w:rPr>
            <w:rStyle w:val="Hyperlink"/>
            <w:rFonts w:eastAsia="Garamond"/>
            <w:noProof/>
          </w:rPr>
          <w:t>5 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BF462BD" w14:textId="5F114208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1" w:history="1">
        <w:r w:rsidRPr="007A755E">
          <w:rPr>
            <w:rStyle w:val="Hyperlink"/>
            <w:rFonts w:eastAsia="Garamond"/>
            <w:noProof/>
          </w:rPr>
          <w:t>6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97CD0D8" w14:textId="183F23E3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2" w:history="1">
        <w:r w:rsidRPr="007A755E">
          <w:rPr>
            <w:rStyle w:val="Hyperlink"/>
            <w:rFonts w:eastAsia="Garamond"/>
            <w:noProof/>
          </w:rPr>
          <w:t>7 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649C66" w14:textId="2C708838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3" w:history="1">
        <w:r w:rsidRPr="007A755E">
          <w:rPr>
            <w:rStyle w:val="Hyperlink"/>
            <w:rFonts w:eastAsia="Garamond"/>
            <w:noProof/>
          </w:rPr>
          <w:t>8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2D0DC29" w14:textId="1E87056D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4" w:history="1">
        <w:r w:rsidRPr="007A755E">
          <w:rPr>
            <w:rStyle w:val="Hyperlink"/>
            <w:rFonts w:eastAsia="Garamond"/>
            <w:noProof/>
          </w:rPr>
          <w:t>9 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19AC1FA" w14:textId="0A5FDBE8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5" w:history="1">
        <w:r w:rsidRPr="007A755E">
          <w:rPr>
            <w:rStyle w:val="Hyperlink"/>
            <w:rFonts w:eastAsia="Garamond"/>
            <w:noProof/>
          </w:rPr>
          <w:t>10 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104653" w14:textId="613B43B3" w:rsidR="005D54F0" w:rsidRDefault="005D54F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46" w:history="1">
        <w:r w:rsidRPr="007A755E">
          <w:rPr>
            <w:rStyle w:val="Hyperlink"/>
            <w:rFonts w:eastAsia="Garamond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74168AE" w14:textId="1066B8F8" w:rsidR="000165EF" w:rsidRDefault="005D54F0">
      <w:r>
        <w:rPr>
          <w:rFonts w:eastAsia="Garamond"/>
        </w:rPr>
        <w:fldChar w:fldCharType="end"/>
      </w:r>
    </w:p>
    <w:p w14:paraId="2359DF03" w14:textId="77777777" w:rsidR="000165EF" w:rsidRDefault="000165EF">
      <w:pPr>
        <w:sectPr w:rsidR="000165EF">
          <w:pgSz w:w="11906" w:h="16838"/>
          <w:pgMar w:top="1020" w:right="1020" w:bottom="1020" w:left="1020" w:header="624" w:footer="567" w:gutter="0"/>
          <w:pgBorders w:offsetFrom="page">
            <w:top w:val="dotted" w:sz="8" w:space="24" w:color="9B3450"/>
            <w:left w:val="dotted" w:sz="8" w:space="24" w:color="9B3450"/>
            <w:bottom w:val="dotted" w:sz="8" w:space="24" w:color="9B3450"/>
            <w:right w:val="dotted" w:sz="8" w:space="24" w:color="9B3450"/>
          </w:pgBorders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8" w:space="0" w:color="7A2036"/>
          <w:left w:val="single" w:sz="8" w:space="0" w:color="7A2036"/>
          <w:bottom w:val="single" w:sz="8" w:space="0" w:color="7A2036"/>
          <w:right w:val="single" w:sz="8" w:space="0" w:color="7A203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0165EF" w14:paraId="61ABCFB9" w14:textId="77777777">
        <w:trPr>
          <w:jc w:val="center"/>
        </w:trPr>
        <w:tc>
          <w:tcPr>
            <w:tcW w:w="9071" w:type="dxa"/>
            <w:shd w:val="clear" w:color="auto" w:fill="7A2036"/>
          </w:tcPr>
          <w:p w14:paraId="49CD3D0C" w14:textId="77777777" w:rsidR="000165EF" w:rsidRDefault="005D54F0">
            <w:r>
              <w:rPr>
                <w:rFonts w:eastAsia="Garamond"/>
                <w:b/>
                <w:bCs/>
                <w:color w:val="FFFFFF"/>
              </w:rPr>
              <w:lastRenderedPageBreak/>
              <w:t xml:space="preserve">How to </w:t>
            </w:r>
            <w:r>
              <w:rPr>
                <w:rFonts w:eastAsia="Garamond"/>
                <w:b/>
                <w:bCs/>
                <w:color w:val="FFFFFF"/>
              </w:rPr>
              <w:t>use this template — delete this box before printing</w:t>
            </w:r>
          </w:p>
        </w:tc>
      </w:tr>
      <w:tr w:rsidR="000165EF" w14:paraId="77ACC826" w14:textId="77777777">
        <w:trPr>
          <w:jc w:val="center"/>
        </w:trPr>
        <w:tc>
          <w:tcPr>
            <w:tcW w:w="9071" w:type="dxa"/>
          </w:tcPr>
          <w:p w14:paraId="174CC84C" w14:textId="77777777" w:rsidR="000165EF" w:rsidRDefault="005D54F0">
            <w:pPr>
              <w:jc w:val="both"/>
            </w:pPr>
            <w:r>
              <w:rPr>
                <w:rFonts w:eastAsia="Garamond"/>
                <w:color w:val="231A1C"/>
              </w:rPr>
              <w:t xml:space="preserve">Grey text is guidance: read it, delete it and write your own text. Replace the logos by right-clicking them → “Change Picture”. When you finish, update the contents page: right-click it → “Update </w:t>
            </w:r>
            <w:r>
              <w:rPr>
                <w:rFonts w:eastAsia="Garamond"/>
                <w:color w:val="231A1C"/>
              </w:rPr>
              <w:t>Field” → “Update entire table”.</w:t>
            </w:r>
          </w:p>
        </w:tc>
      </w:tr>
    </w:tbl>
    <w:p w14:paraId="3A875104" w14:textId="77777777" w:rsidR="000165EF" w:rsidRDefault="000165EF">
      <w:pPr>
        <w:spacing w:after="40"/>
        <w:jc w:val="both"/>
      </w:pPr>
    </w:p>
    <w:p w14:paraId="743BDFFD" w14:textId="77777777" w:rsidR="000165EF" w:rsidRDefault="005D54F0">
      <w:pPr>
        <w:pStyle w:val="Heading1"/>
        <w:spacing w:before="320" w:after="120"/>
        <w:jc w:val="center"/>
      </w:pPr>
      <w:bookmarkStart w:id="0" w:name="_Toc241685436"/>
      <w:r>
        <w:rPr>
          <w:rFonts w:ascii="Garamond" w:eastAsia="Garamond" w:hAnsi="Garamond" w:cs="Times New Roman"/>
          <w:sz w:val="32"/>
          <w:szCs w:val="32"/>
        </w:rPr>
        <w:t>1   Objective</w:t>
      </w:r>
      <w:bookmarkEnd w:id="0"/>
    </w:p>
    <w:p w14:paraId="380CEF70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634A5F59" w14:textId="77777777" w:rsidR="000165EF" w:rsidRDefault="005D54F0">
      <w:pPr>
        <w:jc w:val="both"/>
      </w:pPr>
      <w:r>
        <w:rPr>
          <w:rFonts w:eastAsia="Garamond"/>
          <w:i/>
          <w:color w:val="5E5054"/>
          <w:sz w:val="22"/>
          <w:szCs w:val="22"/>
        </w:rPr>
        <w:t>In two or three lines, state why the experiment is performed and which quantity or phenomenon is verified.</w:t>
      </w:r>
    </w:p>
    <w:p w14:paraId="3738B3FF" w14:textId="77777777" w:rsidR="000165EF" w:rsidRDefault="005D54F0">
      <w:pPr>
        <w:pStyle w:val="Heading1"/>
        <w:spacing w:before="320" w:after="120"/>
        <w:jc w:val="center"/>
      </w:pPr>
      <w:bookmarkStart w:id="1" w:name="_Toc241685437"/>
      <w:r>
        <w:rPr>
          <w:rFonts w:ascii="Garamond" w:eastAsia="Garamond" w:hAnsi="Garamond" w:cs="Times New Roman"/>
          <w:sz w:val="32"/>
          <w:szCs w:val="32"/>
        </w:rPr>
        <w:t>2   Apparatus and Materials</w:t>
      </w:r>
      <w:bookmarkEnd w:id="1"/>
    </w:p>
    <w:p w14:paraId="155E0F3D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47B4338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 xml:space="preserve">List every instrument with its range and </w:t>
      </w:r>
      <w:r>
        <w:rPr>
          <w:rFonts w:eastAsia="Garamond"/>
          <w:i/>
          <w:color w:val="5E5054"/>
          <w:sz w:val="22"/>
          <w:szCs w:val="22"/>
        </w:rPr>
        <w:t>resolution where available — supervisors look for this.</w:t>
      </w:r>
    </w:p>
    <w:p w14:paraId="17CE8DB1" w14:textId="77777777" w:rsidR="000165EF" w:rsidRDefault="005D54F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Instrument 1 (range, resolution)</w:t>
      </w:r>
    </w:p>
    <w:p w14:paraId="6A1E8AAD" w14:textId="77777777" w:rsidR="000165EF" w:rsidRDefault="005D54F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Instrument 2 (range, resolution)</w:t>
      </w:r>
    </w:p>
    <w:p w14:paraId="30BB04B6" w14:textId="77777777" w:rsidR="000165EF" w:rsidRDefault="005D54F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Connecting leads and other materials</w:t>
      </w:r>
    </w:p>
    <w:p w14:paraId="11B0893F" w14:textId="77777777" w:rsidR="000165EF" w:rsidRDefault="005D54F0">
      <w:pPr>
        <w:pStyle w:val="Heading1"/>
        <w:spacing w:before="320" w:after="120"/>
        <w:jc w:val="center"/>
      </w:pPr>
      <w:bookmarkStart w:id="2" w:name="_Toc241685438"/>
      <w:r>
        <w:rPr>
          <w:rFonts w:ascii="Garamond" w:eastAsia="Garamond" w:hAnsi="Garamond" w:cs="Times New Roman"/>
          <w:sz w:val="32"/>
          <w:szCs w:val="32"/>
        </w:rPr>
        <w:t>3   Theory</w:t>
      </w:r>
      <w:bookmarkEnd w:id="2"/>
    </w:p>
    <w:p w14:paraId="3C8DE22B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A2A72E0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Explain the law or theory behind the experiment and write each equation, defining every symbol and its unit. An editable example:</w:t>
      </w:r>
    </w:p>
    <w:p w14:paraId="3985BA64" w14:textId="77777777" w:rsidR="000165EF" w:rsidRDefault="005D54F0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Garamond"/>
          <w:color w:val="231A1C"/>
        </w:rPr>
        <w:tab/>
        <w:t>(1)</w:t>
      </w:r>
    </w:p>
    <w:p w14:paraId="5A4C5EF3" w14:textId="77777777" w:rsidR="000165EF" w:rsidRDefault="005D54F0">
      <w:pPr>
        <w:jc w:val="both"/>
      </w:pPr>
      <w:r>
        <w:rPr>
          <w:rFonts w:eastAsia="Garamond"/>
          <w:i/>
          <w:color w:val="5E5054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3EE37B33" w14:textId="77777777" w:rsidR="000165EF" w:rsidRDefault="005D54F0">
      <w:pPr>
        <w:pStyle w:val="Heading1"/>
        <w:spacing w:before="320" w:after="120"/>
        <w:jc w:val="center"/>
      </w:pPr>
      <w:bookmarkStart w:id="3" w:name="_Toc241685439"/>
      <w:r>
        <w:rPr>
          <w:rFonts w:ascii="Garamond" w:eastAsia="Garamond" w:hAnsi="Garamond" w:cs="Times New Roman"/>
          <w:sz w:val="32"/>
          <w:szCs w:val="32"/>
        </w:rPr>
        <w:t>4   Procedure</w:t>
      </w:r>
      <w:bookmarkEnd w:id="3"/>
    </w:p>
    <w:p w14:paraId="37FA3516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14D35381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 xml:space="preserve">Write the </w:t>
      </w:r>
      <w:r>
        <w:rPr>
          <w:rFonts w:eastAsia="Garamond"/>
          <w:i/>
          <w:color w:val="5E5054"/>
          <w:sz w:val="22"/>
          <w:szCs w:val="22"/>
        </w:rPr>
        <w:t>steps in the past passive voice (“the circuit was connected”, “the reading was recorded”), not as commands.</w:t>
      </w:r>
    </w:p>
    <w:p w14:paraId="0A372C6C" w14:textId="77777777" w:rsidR="000165EF" w:rsidRDefault="005D54F0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t>1.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First step.</w:t>
      </w:r>
    </w:p>
    <w:p w14:paraId="01AFD353" w14:textId="77777777" w:rsidR="000165EF" w:rsidRDefault="005D54F0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t>2.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Second step.</w:t>
      </w:r>
    </w:p>
    <w:p w14:paraId="514AD172" w14:textId="77777777" w:rsidR="000165EF" w:rsidRDefault="005D54F0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lastRenderedPageBreak/>
        <w:t>3.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Third step.</w:t>
      </w:r>
    </w:p>
    <w:p w14:paraId="3E51E865" w14:textId="77777777" w:rsidR="000165EF" w:rsidRDefault="005D54F0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t>4.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Fourth step.</w:t>
      </w:r>
    </w:p>
    <w:p w14:paraId="674D3D56" w14:textId="77777777" w:rsidR="000165EF" w:rsidRDefault="005D54F0">
      <w:pPr>
        <w:pStyle w:val="Heading1"/>
        <w:spacing w:before="320" w:after="120"/>
        <w:jc w:val="center"/>
      </w:pPr>
      <w:bookmarkStart w:id="4" w:name="_Toc241685440"/>
      <w:r>
        <w:rPr>
          <w:rFonts w:ascii="Garamond" w:eastAsia="Garamond" w:hAnsi="Garamond" w:cs="Times New Roman"/>
          <w:sz w:val="32"/>
          <w:szCs w:val="32"/>
        </w:rPr>
        <w:t>5   Experimental Set-up</w:t>
      </w:r>
      <w:bookmarkEnd w:id="4"/>
    </w:p>
    <w:p w14:paraId="1936F37F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6C280E26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Put your circuit diagram or apparatus sketch in place of the picture below (right-click → “Change Picture”).</w:t>
      </w:r>
    </w:p>
    <w:p w14:paraId="57B3BECA" w14:textId="77777777" w:rsidR="000165EF" w:rsidRDefault="005D54F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06A6A6F" wp14:editId="3D821F22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B364F" w14:textId="77777777" w:rsidR="000165EF" w:rsidRDefault="005D54F0">
      <w:pPr>
        <w:spacing w:before="40" w:after="160"/>
        <w:jc w:val="center"/>
      </w:pPr>
      <w:r>
        <w:rPr>
          <w:rFonts w:eastAsia="Garamond"/>
          <w:b/>
          <w:bCs/>
          <w:color w:val="231A1C"/>
          <w:sz w:val="20"/>
          <w:szCs w:val="20"/>
        </w:rPr>
        <w:t xml:space="preserve">Figure 1: </w:t>
      </w:r>
      <w:r>
        <w:rPr>
          <w:rFonts w:eastAsia="Garamond"/>
          <w:i/>
          <w:color w:val="5E5054"/>
          <w:sz w:val="20"/>
          <w:szCs w:val="20"/>
        </w:rPr>
        <w:t>Circuit diagram or apparatus used in the experiment</w:t>
      </w:r>
    </w:p>
    <w:p w14:paraId="344F2FE5" w14:textId="77777777" w:rsidR="000165EF" w:rsidRDefault="005D54F0">
      <w:pPr>
        <w:pStyle w:val="Heading1"/>
        <w:spacing w:before="320" w:after="120"/>
        <w:jc w:val="center"/>
      </w:pPr>
      <w:bookmarkStart w:id="5" w:name="_Toc241685441"/>
      <w:r>
        <w:rPr>
          <w:rFonts w:ascii="Garamond" w:eastAsia="Garamond" w:hAnsi="Garamond" w:cs="Times New Roman"/>
          <w:sz w:val="32"/>
          <w:szCs w:val="32"/>
        </w:rPr>
        <w:t>6   Results</w:t>
      </w:r>
      <w:bookmarkEnd w:id="5"/>
    </w:p>
    <w:p w14:paraId="5CED2AB3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118BEBF3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Put the readings in a table; units belong in the column heading, not inside the cells.</w:t>
      </w:r>
    </w:p>
    <w:p w14:paraId="3FE7715D" w14:textId="77777777" w:rsidR="000165EF" w:rsidRDefault="005D54F0">
      <w:pPr>
        <w:keepNext/>
        <w:spacing w:before="40" w:after="80"/>
        <w:jc w:val="center"/>
      </w:pPr>
      <w:r>
        <w:rPr>
          <w:rFonts w:eastAsia="Garamond"/>
          <w:b/>
          <w:bCs/>
          <w:color w:val="231A1C"/>
          <w:sz w:val="20"/>
          <w:szCs w:val="20"/>
        </w:rPr>
        <w:t xml:space="preserve">Table 1: </w:t>
      </w:r>
      <w:r>
        <w:rPr>
          <w:rFonts w:eastAsia="Garamond"/>
          <w:i/>
          <w:color w:val="5E5054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EACFD6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0165EF" w14:paraId="06BDEF9F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D9A441"/>
            </w:tcBorders>
          </w:tcPr>
          <w:p w14:paraId="2CF4DD72" w14:textId="77777777" w:rsidR="000165EF" w:rsidRDefault="005D54F0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No.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48E01E07" w14:textId="77777777" w:rsidR="000165EF" w:rsidRDefault="005D54F0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58ECD48C" w14:textId="77777777" w:rsidR="000165EF" w:rsidRDefault="005D54F0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10A2EF2E" w14:textId="77777777" w:rsidR="000165EF" w:rsidRDefault="005D54F0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55BE75E7" w14:textId="77777777" w:rsidR="000165EF" w:rsidRDefault="005D54F0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Mean</w:t>
            </w:r>
          </w:p>
        </w:tc>
      </w:tr>
      <w:tr w:rsidR="000165EF" w14:paraId="5B674037" w14:textId="77777777">
        <w:trPr>
          <w:cantSplit/>
          <w:jc w:val="center"/>
        </w:trPr>
        <w:tc>
          <w:tcPr>
            <w:tcW w:w="737" w:type="dxa"/>
          </w:tcPr>
          <w:p w14:paraId="3F9E4BED" w14:textId="77777777" w:rsidR="000165EF" w:rsidRDefault="005D54F0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36D3A089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FC26EA6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11BD011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309D618" w14:textId="77777777" w:rsidR="000165EF" w:rsidRDefault="000165EF">
            <w:pPr>
              <w:keepNext/>
              <w:spacing w:before="20" w:after="20"/>
              <w:jc w:val="center"/>
            </w:pPr>
          </w:p>
        </w:tc>
      </w:tr>
      <w:tr w:rsidR="000165EF" w14:paraId="1A96D692" w14:textId="77777777">
        <w:trPr>
          <w:cantSplit/>
          <w:jc w:val="center"/>
        </w:trPr>
        <w:tc>
          <w:tcPr>
            <w:tcW w:w="737" w:type="dxa"/>
          </w:tcPr>
          <w:p w14:paraId="23177498" w14:textId="77777777" w:rsidR="000165EF" w:rsidRDefault="005D54F0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55E0B34C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84B60C6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ECC5090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F3B8CD7" w14:textId="77777777" w:rsidR="000165EF" w:rsidRDefault="000165EF">
            <w:pPr>
              <w:keepNext/>
              <w:spacing w:before="20" w:after="20"/>
              <w:jc w:val="center"/>
            </w:pPr>
          </w:p>
        </w:tc>
      </w:tr>
      <w:tr w:rsidR="000165EF" w14:paraId="5B54B4B0" w14:textId="77777777">
        <w:trPr>
          <w:cantSplit/>
          <w:jc w:val="center"/>
        </w:trPr>
        <w:tc>
          <w:tcPr>
            <w:tcW w:w="737" w:type="dxa"/>
          </w:tcPr>
          <w:p w14:paraId="27B256F0" w14:textId="77777777" w:rsidR="000165EF" w:rsidRDefault="005D54F0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7FBDFBFE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6793211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2827424" w14:textId="77777777" w:rsidR="000165EF" w:rsidRDefault="000165EF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1AE6B3C" w14:textId="77777777" w:rsidR="000165EF" w:rsidRDefault="000165EF">
            <w:pPr>
              <w:keepNext/>
              <w:spacing w:before="20" w:after="20"/>
              <w:jc w:val="center"/>
            </w:pPr>
          </w:p>
        </w:tc>
      </w:tr>
      <w:tr w:rsidR="000165EF" w14:paraId="3210CA26" w14:textId="77777777">
        <w:trPr>
          <w:cantSplit/>
          <w:jc w:val="center"/>
        </w:trPr>
        <w:tc>
          <w:tcPr>
            <w:tcW w:w="737" w:type="dxa"/>
          </w:tcPr>
          <w:p w14:paraId="5BA4A03F" w14:textId="77777777" w:rsidR="000165EF" w:rsidRDefault="005D54F0">
            <w:pPr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55A488B2" w14:textId="77777777" w:rsidR="000165EF" w:rsidRDefault="000165EF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41CFF84" w14:textId="77777777" w:rsidR="000165EF" w:rsidRDefault="000165EF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07831F2F" w14:textId="77777777" w:rsidR="000165EF" w:rsidRDefault="000165EF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C4FF257" w14:textId="77777777" w:rsidR="000165EF" w:rsidRDefault="000165EF">
            <w:pPr>
              <w:spacing w:before="20" w:after="20"/>
              <w:jc w:val="center"/>
            </w:pPr>
          </w:p>
        </w:tc>
      </w:tr>
    </w:tbl>
    <w:p w14:paraId="4927E5C7" w14:textId="77777777" w:rsidR="000165EF" w:rsidRDefault="000165EF">
      <w:pPr>
        <w:spacing w:after="40"/>
        <w:jc w:val="both"/>
      </w:pPr>
    </w:p>
    <w:p w14:paraId="1AA6D232" w14:textId="77777777" w:rsidR="000165EF" w:rsidRDefault="005D54F0">
      <w:pPr>
        <w:pStyle w:val="Heading1"/>
        <w:spacing w:before="320" w:after="120"/>
        <w:jc w:val="center"/>
      </w:pPr>
      <w:bookmarkStart w:id="6" w:name="_Toc241685442"/>
      <w:r>
        <w:rPr>
          <w:rFonts w:ascii="Garamond" w:eastAsia="Garamond" w:hAnsi="Garamond" w:cs="Times New Roman"/>
          <w:sz w:val="32"/>
          <w:szCs w:val="32"/>
        </w:rPr>
        <w:lastRenderedPageBreak/>
        <w:t>7   Calculations</w:t>
      </w:r>
      <w:bookmarkEnd w:id="6"/>
    </w:p>
    <w:p w14:paraId="0CDA85E9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364FE289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 xml:space="preserve">Write the equation first, substitute the numbers, then give the result with its unit. The </w:t>
      </w:r>
      <w:r>
        <w:rPr>
          <w:rFonts w:eastAsia="Garamond"/>
          <w:i/>
          <w:color w:val="5E5054"/>
          <w:sz w:val="22"/>
          <w:szCs w:val="22"/>
        </w:rPr>
        <w:t>percentage error is:</w:t>
      </w:r>
    </w:p>
    <w:p w14:paraId="31B25FA9" w14:textId="77777777" w:rsidR="000165EF" w:rsidRDefault="005D54F0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Garamond"/>
          <w:color w:val="231A1C"/>
        </w:rPr>
        <w:tab/>
        <w:t>(2)</w:t>
      </w:r>
    </w:p>
    <w:p w14:paraId="230CB196" w14:textId="77777777" w:rsidR="000165EF" w:rsidRDefault="005D54F0">
      <w:pPr>
        <w:pStyle w:val="Heading1"/>
        <w:spacing w:before="320" w:after="120"/>
        <w:jc w:val="center"/>
      </w:pPr>
      <w:bookmarkStart w:id="7" w:name="_Toc241685443"/>
      <w:r>
        <w:rPr>
          <w:rFonts w:ascii="Garamond" w:eastAsia="Garamond" w:hAnsi="Garamond" w:cs="Times New Roman"/>
          <w:sz w:val="32"/>
          <w:szCs w:val="32"/>
        </w:rPr>
        <w:t>8   Discussion</w:t>
      </w:r>
      <w:bookmarkEnd w:id="7"/>
    </w:p>
    <w:p w14:paraId="39057D24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29EAA04" w14:textId="77777777" w:rsidR="000165EF" w:rsidRDefault="005D54F0">
      <w:pPr>
        <w:jc w:val="both"/>
      </w:pPr>
      <w:r>
        <w:rPr>
          <w:rFonts w:eastAsia="Garamond"/>
          <w:i/>
          <w:color w:val="5E5054"/>
          <w:sz w:val="22"/>
          <w:szCs w:val="22"/>
        </w:rPr>
        <w:t>Compare your result with the theoretical value and explain the difference. This section separates a good report from a weak one.</w:t>
      </w:r>
    </w:p>
    <w:p w14:paraId="3BED306C" w14:textId="77777777" w:rsidR="000165EF" w:rsidRDefault="005D54F0">
      <w:pPr>
        <w:pStyle w:val="Heading1"/>
        <w:spacing w:before="320" w:after="120"/>
        <w:jc w:val="center"/>
      </w:pPr>
      <w:bookmarkStart w:id="8" w:name="_Toc241685444"/>
      <w:r>
        <w:rPr>
          <w:rFonts w:ascii="Garamond" w:eastAsia="Garamond" w:hAnsi="Garamond" w:cs="Times New Roman"/>
          <w:sz w:val="32"/>
          <w:szCs w:val="32"/>
        </w:rPr>
        <w:t>9   Sources of Error</w:t>
      </w:r>
      <w:bookmarkEnd w:id="8"/>
    </w:p>
    <w:p w14:paraId="15677854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3D7FE0DE" w14:textId="77777777" w:rsidR="000165EF" w:rsidRDefault="005D54F0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Mention measurement, instrument and environmental errors, and how they could be reduced.</w:t>
      </w:r>
    </w:p>
    <w:p w14:paraId="6DE280E2" w14:textId="77777777" w:rsidR="000165EF" w:rsidRDefault="005D54F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Instrument reading errors.</w:t>
      </w:r>
    </w:p>
    <w:p w14:paraId="25774EF2" w14:textId="77777777" w:rsidR="000165EF" w:rsidRDefault="005D54F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Lead resistance or changing ambient conditions.</w:t>
      </w:r>
    </w:p>
    <w:p w14:paraId="6D1C62AB" w14:textId="77777777" w:rsidR="000165EF" w:rsidRDefault="005D54F0">
      <w:pPr>
        <w:pStyle w:val="Heading1"/>
        <w:spacing w:before="320" w:after="120"/>
        <w:jc w:val="center"/>
      </w:pPr>
      <w:bookmarkStart w:id="9" w:name="_Toc241685445"/>
      <w:r>
        <w:rPr>
          <w:rFonts w:ascii="Garamond" w:eastAsia="Garamond" w:hAnsi="Garamond" w:cs="Times New Roman"/>
          <w:sz w:val="32"/>
          <w:szCs w:val="32"/>
        </w:rPr>
        <w:t>10   Conclusion</w:t>
      </w:r>
      <w:bookmarkEnd w:id="9"/>
    </w:p>
    <w:p w14:paraId="75022245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6DE99D7C" w14:textId="77777777" w:rsidR="000165EF" w:rsidRDefault="005D54F0">
      <w:pPr>
        <w:jc w:val="both"/>
      </w:pPr>
      <w:r>
        <w:rPr>
          <w:rFonts w:eastAsia="Garamond"/>
          <w:i/>
          <w:color w:val="5E5054"/>
          <w:sz w:val="22"/>
          <w:szCs w:val="22"/>
        </w:rPr>
        <w:t xml:space="preserve">One paragraph that answers the objective directly: was it </w:t>
      </w:r>
      <w:r>
        <w:rPr>
          <w:rFonts w:eastAsia="Garamond"/>
          <w:i/>
          <w:color w:val="5E5054"/>
          <w:sz w:val="22"/>
          <w:szCs w:val="22"/>
        </w:rPr>
        <w:t>achieved, and why or why not.</w:t>
      </w:r>
    </w:p>
    <w:p w14:paraId="364B97F5" w14:textId="77777777" w:rsidR="000165EF" w:rsidRDefault="005D54F0">
      <w:pPr>
        <w:pStyle w:val="Heading1"/>
        <w:spacing w:before="320" w:after="120"/>
        <w:jc w:val="center"/>
      </w:pPr>
      <w:bookmarkStart w:id="10" w:name="_Toc241685446"/>
      <w:r>
        <w:rPr>
          <w:rFonts w:ascii="Garamond" w:eastAsia="Garamond" w:hAnsi="Garamond" w:cs="Times New Roman"/>
          <w:sz w:val="32"/>
          <w:szCs w:val="32"/>
        </w:rPr>
        <w:t>References</w:t>
      </w:r>
      <w:bookmarkEnd w:id="10"/>
    </w:p>
    <w:p w14:paraId="0D1159DD" w14:textId="77777777" w:rsidR="000165EF" w:rsidRDefault="005D54F0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6DB12E2D" w14:textId="77777777" w:rsidR="000165EF" w:rsidRDefault="005D54F0">
      <w:pPr>
        <w:keepNext/>
        <w:spacing w:after="80"/>
        <w:ind w:left="510" w:hanging="510"/>
      </w:pPr>
      <w:r>
        <w:rPr>
          <w:rFonts w:eastAsia="Garamond"/>
          <w:color w:val="231A1C"/>
          <w:sz w:val="22"/>
          <w:szCs w:val="22"/>
        </w:rPr>
        <w:t xml:space="preserve">[1] A. Author, </w:t>
      </w:r>
      <w:r>
        <w:rPr>
          <w:rFonts w:eastAsia="Garamond"/>
          <w:i/>
          <w:color w:val="231A1C"/>
          <w:sz w:val="22"/>
          <w:szCs w:val="22"/>
        </w:rPr>
        <w:t>Title of the Book</w:t>
      </w:r>
      <w:r>
        <w:rPr>
          <w:rFonts w:eastAsia="Garamond"/>
          <w:color w:val="231A1C"/>
          <w:sz w:val="22"/>
          <w:szCs w:val="22"/>
        </w:rPr>
        <w:t>, 2nd ed. City, Country: Publisher, Year, pp. 40–45.</w:t>
      </w:r>
    </w:p>
    <w:p w14:paraId="41456BB5" w14:textId="77777777" w:rsidR="000165EF" w:rsidRDefault="005D54F0">
      <w:pPr>
        <w:keepNext/>
        <w:spacing w:after="80"/>
        <w:ind w:left="510" w:hanging="510"/>
      </w:pPr>
      <w:r>
        <w:rPr>
          <w:rFonts w:eastAsia="Garamond"/>
          <w:color w:val="231A1C"/>
          <w:sz w:val="22"/>
          <w:szCs w:val="22"/>
        </w:rPr>
        <w:t xml:space="preserve">[2] A. Author and B. Author, “Title of the article,” </w:t>
      </w:r>
      <w:r>
        <w:rPr>
          <w:rFonts w:eastAsia="Garamond"/>
          <w:i/>
          <w:color w:val="231A1C"/>
          <w:sz w:val="22"/>
          <w:szCs w:val="22"/>
        </w:rPr>
        <w:t>Journal Name</w:t>
      </w:r>
      <w:r>
        <w:rPr>
          <w:rFonts w:eastAsia="Garamond"/>
          <w:color w:val="231A1C"/>
          <w:sz w:val="22"/>
          <w:szCs w:val="22"/>
        </w:rPr>
        <w:t>, vol. 12, no. 3, pp. 10–18, Year.</w:t>
      </w:r>
    </w:p>
    <w:p w14:paraId="1F41E63B" w14:textId="77777777" w:rsidR="000165EF" w:rsidRDefault="005D54F0">
      <w:pPr>
        <w:spacing w:after="80"/>
        <w:ind w:left="510" w:hanging="510"/>
      </w:pPr>
      <w:r>
        <w:rPr>
          <w:rFonts w:eastAsia="Garamond"/>
          <w:color w:val="231A1C"/>
          <w:sz w:val="22"/>
          <w:szCs w:val="22"/>
        </w:rPr>
        <w:t>[3] Organisation, “Title of the web page,” Site Name. Accessed: Month Day, Year. [Online]. Available: https://…</w:t>
      </w:r>
    </w:p>
    <w:sectPr w:rsidR="000165EF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uble" w:sz="6" w:space="24" w:color="7A2036"/>
        <w:left w:val="double" w:sz="6" w:space="24" w:color="7A2036"/>
        <w:bottom w:val="double" w:sz="6" w:space="24" w:color="7A2036"/>
        <w:right w:val="double" w:sz="6" w:space="24" w:color="7A2036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98137" w14:textId="77777777" w:rsidR="005D54F0" w:rsidRDefault="005D54F0">
      <w:pPr>
        <w:spacing w:after="0" w:line="240" w:lineRule="auto"/>
      </w:pPr>
      <w:r>
        <w:separator/>
      </w:r>
    </w:p>
  </w:endnote>
  <w:endnote w:type="continuationSeparator" w:id="0">
    <w:p w14:paraId="6893B0CE" w14:textId="77777777" w:rsidR="005D54F0" w:rsidRDefault="005D5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138D" w14:textId="77777777" w:rsidR="000165EF" w:rsidRDefault="005D54F0">
    <w:pPr>
      <w:pStyle w:val="Footer"/>
      <w:pBdr>
        <w:top w:val="single" w:sz="4" w:space="4" w:color="EACFD6"/>
      </w:pBdr>
      <w:jc w:val="center"/>
    </w:pPr>
    <w:r>
      <w:rPr>
        <w:rFonts w:eastAsia="Garamond"/>
        <w:color w:val="5E5054"/>
        <w:sz w:val="16"/>
        <w:szCs w:val="16"/>
      </w:rPr>
      <w:t xml:space="preserve">— </w:t>
    </w:r>
    <w:r>
      <w:rPr>
        <w:rFonts w:eastAsia="Garamond"/>
        <w:color w:val="5E5054"/>
        <w:sz w:val="16"/>
        <w:szCs w:val="16"/>
      </w:rPr>
      <w:fldChar w:fldCharType="begin"/>
    </w:r>
    <w:r>
      <w:rPr>
        <w:rFonts w:eastAsia="Garamond"/>
        <w:color w:val="5E5054"/>
        <w:sz w:val="16"/>
        <w:szCs w:val="16"/>
      </w:rPr>
      <w:instrText xml:space="preserve"> PAGE </w:instrText>
    </w:r>
    <w:r>
      <w:rPr>
        <w:rFonts w:eastAsia="Garamond"/>
        <w:color w:val="5E5054"/>
        <w:sz w:val="16"/>
        <w:szCs w:val="16"/>
      </w:rPr>
      <w:fldChar w:fldCharType="separate"/>
    </w:r>
    <w:r>
      <w:rPr>
        <w:rFonts w:eastAsia="Garamond"/>
        <w:color w:val="5E5054"/>
        <w:sz w:val="16"/>
        <w:szCs w:val="16"/>
      </w:rPr>
      <w:t>1</w:t>
    </w:r>
    <w:r>
      <w:rPr>
        <w:rFonts w:eastAsia="Garamond"/>
        <w:color w:val="5E5054"/>
        <w:sz w:val="16"/>
        <w:szCs w:val="16"/>
      </w:rPr>
      <w:fldChar w:fldCharType="end"/>
    </w:r>
    <w:r>
      <w:rPr>
        <w:rFonts w:eastAsia="Garamond"/>
        <w:color w:val="5E5054"/>
        <w:sz w:val="16"/>
        <w:szCs w:val="16"/>
      </w:rPr>
      <w:t xml:space="preserve"> —</w:t>
    </w:r>
  </w:p>
  <w:p w14:paraId="1987ED3B" w14:textId="77777777" w:rsidR="000165EF" w:rsidRDefault="005D54F0">
    <w:pPr>
      <w:spacing w:before="40" w:after="0"/>
      <w:jc w:val="center"/>
    </w:pPr>
    <w:r>
      <w:rPr>
        <w:rFonts w:eastAsia="Garamond"/>
        <w:color w:val="5E5054"/>
        <w:sz w:val="14"/>
        <w:szCs w:val="14"/>
      </w:rPr>
      <w:t xml:space="preserve">Free template by Tem — </w:t>
    </w:r>
    <w:hyperlink r:id="rId1">
      <w:r>
        <w:rPr>
          <w:rFonts w:eastAsia="Garamond"/>
          <w:color w:val="5E5054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8FD9E" w14:textId="77777777" w:rsidR="005D54F0" w:rsidRDefault="005D54F0">
      <w:pPr>
        <w:spacing w:after="0" w:line="240" w:lineRule="auto"/>
      </w:pPr>
      <w:r>
        <w:separator/>
      </w:r>
    </w:p>
  </w:footnote>
  <w:footnote w:type="continuationSeparator" w:id="0">
    <w:p w14:paraId="56B62F8C" w14:textId="77777777" w:rsidR="005D54F0" w:rsidRDefault="005D5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2F3D" w14:textId="77777777" w:rsidR="000165EF" w:rsidRDefault="000165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1281376">
    <w:abstractNumId w:val="8"/>
  </w:num>
  <w:num w:numId="2" w16cid:durableId="1637100343">
    <w:abstractNumId w:val="6"/>
  </w:num>
  <w:num w:numId="3" w16cid:durableId="126626591">
    <w:abstractNumId w:val="5"/>
  </w:num>
  <w:num w:numId="4" w16cid:durableId="1452553265">
    <w:abstractNumId w:val="4"/>
  </w:num>
  <w:num w:numId="5" w16cid:durableId="271059176">
    <w:abstractNumId w:val="7"/>
  </w:num>
  <w:num w:numId="6" w16cid:durableId="1272859369">
    <w:abstractNumId w:val="3"/>
  </w:num>
  <w:num w:numId="7" w16cid:durableId="1115949853">
    <w:abstractNumId w:val="2"/>
  </w:num>
  <w:num w:numId="8" w16cid:durableId="1121724957">
    <w:abstractNumId w:val="1"/>
  </w:num>
  <w:num w:numId="9" w16cid:durableId="77655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5EF"/>
    <w:rsid w:val="00034616"/>
    <w:rsid w:val="0006063C"/>
    <w:rsid w:val="0015074B"/>
    <w:rsid w:val="0029639D"/>
    <w:rsid w:val="00326F90"/>
    <w:rsid w:val="005D54F0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5A7BE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Garamond" w:hAnsi="Garamond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A20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B34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B345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5D54F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D54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670</Words>
  <Characters>3280</Characters>
  <Application>Microsoft Office Word</Application>
  <DocSecurity>0</DocSecurity>
  <Lines>182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