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1587"/>
        <w:gridCol w:w="1587"/>
      </w:tblGrid>
      <w:tr w:rsidR="006E0580" w14:paraId="76026018" w14:textId="77777777">
        <w:tc>
          <w:tcPr>
            <w:tcW w:w="1587" w:type="dxa"/>
          </w:tcPr>
          <w:p w14:paraId="08638769" w14:textId="77777777" w:rsidR="006E0580" w:rsidRDefault="00804C1C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73A053D1" wp14:editId="68BC5E9A">
                  <wp:extent cx="576000" cy="5760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university.pn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7" w:type="dxa"/>
          </w:tcPr>
          <w:p w14:paraId="6D4E7599" w14:textId="77777777" w:rsidR="006E0580" w:rsidRDefault="00804C1C">
            <w:pPr>
              <w:spacing w:line="240" w:lineRule="auto"/>
              <w:jc w:val="center"/>
            </w:pPr>
            <w:r>
              <w:rPr>
                <w:noProof/>
              </w:rPr>
              <w:drawing>
                <wp:inline distT="0" distB="0" distL="0" distR="0" wp14:anchorId="1D862685" wp14:editId="3E80775C">
                  <wp:extent cx="576000" cy="576000"/>
                  <wp:effectExtent l="0" t="0" r="0" b="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college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6000" cy="576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42D801D" w14:textId="77777777" w:rsidR="006E0580" w:rsidRDefault="006E0580">
      <w:pPr>
        <w:spacing w:line="320" w:lineRule="exact"/>
        <w:jc w:val="both"/>
      </w:pPr>
    </w:p>
    <w:p w14:paraId="7098BB10" w14:textId="77777777" w:rsidR="006E0580" w:rsidRDefault="006E0580">
      <w:pPr>
        <w:pBdr>
          <w:bottom w:val="single" w:sz="6" w:space="4" w:color="1A1C2B"/>
        </w:pBdr>
        <w:spacing w:after="80" w:line="320" w:lineRule="exact"/>
        <w:jc w:val="both"/>
      </w:pPr>
    </w:p>
    <w:p w14:paraId="2E4D4F8C" w14:textId="77777777" w:rsidR="006E0580" w:rsidRDefault="00804C1C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Ministry of Higher Education and Scientific Research</w:t>
      </w:r>
    </w:p>
    <w:p w14:paraId="66F175B7" w14:textId="77777777" w:rsidR="006E0580" w:rsidRDefault="00804C1C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University Name</w:t>
      </w:r>
    </w:p>
    <w:p w14:paraId="583DCEBC" w14:textId="77777777" w:rsidR="006E0580" w:rsidRDefault="00804C1C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College Name</w:t>
      </w:r>
    </w:p>
    <w:p w14:paraId="5630F9A8" w14:textId="77777777" w:rsidR="006E0580" w:rsidRDefault="00804C1C">
      <w:pPr>
        <w:spacing w:after="40" w:line="240" w:lineRule="exact"/>
      </w:pPr>
      <w:r>
        <w:rPr>
          <w:rFonts w:eastAsia="Segoe UI"/>
          <w:color w:val="545A78"/>
          <w:sz w:val="18"/>
          <w:szCs w:val="18"/>
        </w:rPr>
        <w:t>Department Name</w:t>
      </w:r>
    </w:p>
    <w:p w14:paraId="2FE6896F" w14:textId="77777777" w:rsidR="006E0580" w:rsidRDefault="006E0580">
      <w:pPr>
        <w:spacing w:after="0" w:line="1200" w:lineRule="exact"/>
        <w:jc w:val="both"/>
      </w:pPr>
    </w:p>
    <w:p w14:paraId="3A333447" w14:textId="77777777" w:rsidR="006E0580" w:rsidRDefault="00804C1C">
      <w:pPr>
        <w:spacing w:after="80" w:line="380" w:lineRule="exact"/>
      </w:pPr>
      <w:r>
        <w:rPr>
          <w:rFonts w:eastAsia="Segoe UI"/>
          <w:color w:val="3949AB"/>
          <w:sz w:val="28"/>
          <w:szCs w:val="28"/>
        </w:rPr>
        <w:t>Lab Report — Experiment No. (  )</w:t>
      </w:r>
    </w:p>
    <w:p w14:paraId="5969502C" w14:textId="77777777" w:rsidR="006E0580" w:rsidRDefault="00804C1C">
      <w:pPr>
        <w:spacing w:line="540" w:lineRule="exact"/>
      </w:pPr>
      <w:r>
        <w:rPr>
          <w:rFonts w:eastAsia="Segoe UI"/>
          <w:b/>
          <w:bCs/>
          <w:color w:val="1A1C2B"/>
          <w:sz w:val="40"/>
          <w:szCs w:val="40"/>
        </w:rPr>
        <w:t>Write the Experiment Title Here Exactly as in the Lab Manual</w:t>
      </w:r>
    </w:p>
    <w:p w14:paraId="383593A8" w14:textId="77777777" w:rsidR="006E0580" w:rsidRDefault="00804C1C">
      <w:pPr>
        <w:spacing w:after="40" w:line="320" w:lineRule="exact"/>
      </w:pPr>
      <w:r>
        <w:rPr>
          <w:rFonts w:eastAsia="Segoe UI"/>
          <w:color w:val="545A78"/>
        </w:rPr>
        <w:t>Laboratory Name</w:t>
      </w:r>
    </w:p>
    <w:p w14:paraId="7A6E6E8B" w14:textId="77777777" w:rsidR="006E0580" w:rsidRDefault="00804C1C">
      <w:pPr>
        <w:spacing w:after="40" w:line="320" w:lineRule="exact"/>
      </w:pPr>
      <w:r>
        <w:rPr>
          <w:rFonts w:eastAsia="Segoe UI"/>
          <w:color w:val="545A78"/>
        </w:rPr>
        <w:t>Course: Course Name</w:t>
      </w:r>
    </w:p>
    <w:p w14:paraId="7993B484" w14:textId="77777777" w:rsidR="006E0580" w:rsidRDefault="00804C1C">
      <w:pPr>
        <w:spacing w:after="600" w:line="320" w:lineRule="exact"/>
      </w:pPr>
      <w:r>
        <w:rPr>
          <w:rFonts w:eastAsia="Segoe UI"/>
          <w:color w:val="0894B8"/>
        </w:rPr>
        <w:t>▬▬</w:t>
      </w: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A0" w:firstRow="1" w:lastRow="0" w:firstColumn="1" w:lastColumn="0" w:noHBand="0" w:noVBand="1"/>
      </w:tblPr>
      <w:tblGrid>
        <w:gridCol w:w="2841"/>
        <w:gridCol w:w="6037"/>
      </w:tblGrid>
      <w:tr w:rsidR="006E0580" w14:paraId="400196D7" w14:textId="77777777">
        <w:trPr>
          <w:jc w:val="center"/>
        </w:trPr>
        <w:tc>
          <w:tcPr>
            <w:tcW w:w="2841" w:type="dxa"/>
          </w:tcPr>
          <w:p w14:paraId="32812D0E" w14:textId="77777777" w:rsidR="006E0580" w:rsidRDefault="00804C1C">
            <w:r>
              <w:rPr>
                <w:rFonts w:eastAsia="Segoe UI"/>
                <w:color w:val="545A78"/>
                <w:sz w:val="20"/>
                <w:szCs w:val="20"/>
              </w:rPr>
              <w:t>Prepared by</w:t>
            </w:r>
          </w:p>
        </w:tc>
        <w:tc>
          <w:tcPr>
            <w:tcW w:w="6037" w:type="dxa"/>
          </w:tcPr>
          <w:p w14:paraId="20AA4ABA" w14:textId="77777777" w:rsidR="006E0580" w:rsidRDefault="00804C1C">
            <w:r>
              <w:rPr>
                <w:rFonts w:eastAsia="Segoe UI"/>
                <w:b/>
                <w:bCs/>
                <w:color w:val="1A1C2B"/>
              </w:rPr>
              <w:t>Student's Full Name</w:t>
            </w:r>
          </w:p>
        </w:tc>
      </w:tr>
      <w:tr w:rsidR="006E0580" w14:paraId="11FB3049" w14:textId="77777777">
        <w:trPr>
          <w:jc w:val="center"/>
        </w:trPr>
        <w:tc>
          <w:tcPr>
            <w:tcW w:w="2841" w:type="dxa"/>
          </w:tcPr>
          <w:p w14:paraId="180484B5" w14:textId="77777777" w:rsidR="006E0580" w:rsidRDefault="00804C1C">
            <w:r>
              <w:rPr>
                <w:rFonts w:eastAsia="Segoe UI"/>
                <w:color w:val="545A78"/>
                <w:sz w:val="20"/>
                <w:szCs w:val="20"/>
              </w:rPr>
              <w:t>Stage</w:t>
            </w:r>
          </w:p>
        </w:tc>
        <w:tc>
          <w:tcPr>
            <w:tcW w:w="6037" w:type="dxa"/>
          </w:tcPr>
          <w:p w14:paraId="0063DBFD" w14:textId="77777777" w:rsidR="006E0580" w:rsidRDefault="00804C1C">
            <w:r>
              <w:rPr>
                <w:rFonts w:eastAsia="Segoe UI"/>
                <w:b/>
                <w:bCs/>
                <w:color w:val="1A1C2B"/>
              </w:rPr>
              <w:t>……   Section: ……</w:t>
            </w:r>
          </w:p>
        </w:tc>
      </w:tr>
      <w:tr w:rsidR="006E0580" w14:paraId="5202EB4C" w14:textId="77777777">
        <w:trPr>
          <w:jc w:val="center"/>
        </w:trPr>
        <w:tc>
          <w:tcPr>
            <w:tcW w:w="2841" w:type="dxa"/>
          </w:tcPr>
          <w:p w14:paraId="6C781CE9" w14:textId="77777777" w:rsidR="006E0580" w:rsidRDefault="00804C1C">
            <w:r>
              <w:rPr>
                <w:rFonts w:eastAsia="Segoe UI"/>
                <w:color w:val="545A78"/>
                <w:sz w:val="20"/>
                <w:szCs w:val="20"/>
              </w:rPr>
              <w:t>Supervised by</w:t>
            </w:r>
          </w:p>
        </w:tc>
        <w:tc>
          <w:tcPr>
            <w:tcW w:w="6037" w:type="dxa"/>
          </w:tcPr>
          <w:p w14:paraId="56FA0E49" w14:textId="77777777" w:rsidR="006E0580" w:rsidRDefault="00804C1C">
            <w:r>
              <w:rPr>
                <w:rFonts w:eastAsia="Segoe UI"/>
                <w:b/>
                <w:bCs/>
                <w:color w:val="1A1C2B"/>
              </w:rPr>
              <w:t>Supervisor's Name and Title</w:t>
            </w:r>
          </w:p>
        </w:tc>
      </w:tr>
      <w:tr w:rsidR="006E0580" w14:paraId="4CDD3B00" w14:textId="77777777">
        <w:trPr>
          <w:jc w:val="center"/>
        </w:trPr>
        <w:tc>
          <w:tcPr>
            <w:tcW w:w="2841" w:type="dxa"/>
          </w:tcPr>
          <w:p w14:paraId="5509A836" w14:textId="77777777" w:rsidR="006E0580" w:rsidRDefault="00804C1C">
            <w:r>
              <w:rPr>
                <w:rFonts w:eastAsia="Segoe UI"/>
                <w:color w:val="545A78"/>
                <w:sz w:val="20"/>
                <w:szCs w:val="20"/>
              </w:rPr>
              <w:t>Date</w:t>
            </w:r>
          </w:p>
        </w:tc>
        <w:tc>
          <w:tcPr>
            <w:tcW w:w="6037" w:type="dxa"/>
          </w:tcPr>
          <w:p w14:paraId="6E870524" w14:textId="77777777" w:rsidR="006E0580" w:rsidRDefault="00804C1C">
            <w:r>
              <w:rPr>
                <w:rFonts w:eastAsia="Segoe UI"/>
                <w:b/>
                <w:bCs/>
                <w:color w:val="1A1C2B"/>
              </w:rPr>
              <w:t>……/……/……</w:t>
            </w:r>
          </w:p>
        </w:tc>
      </w:tr>
    </w:tbl>
    <w:p w14:paraId="5E2D51D4" w14:textId="77777777" w:rsidR="006E0580" w:rsidRDefault="00804C1C">
      <w:pPr>
        <w:spacing w:before="240" w:line="280" w:lineRule="exact"/>
      </w:pPr>
      <w:r>
        <w:rPr>
          <w:rFonts w:eastAsia="Segoe UI"/>
          <w:color w:val="545A78"/>
          <w:sz w:val="20"/>
          <w:szCs w:val="20"/>
        </w:rPr>
        <w:t>Academic Year 2026 – 2027</w:t>
      </w:r>
    </w:p>
    <w:p w14:paraId="0BA92243" w14:textId="77777777" w:rsidR="006E0580" w:rsidRDefault="00804C1C">
      <w:pPr>
        <w:keepNext/>
        <w:pageBreakBefore/>
        <w:spacing w:before="320"/>
      </w:pPr>
      <w:r>
        <w:rPr>
          <w:rFonts w:eastAsia="Segoe UI"/>
          <w:b/>
          <w:bCs/>
          <w:color w:val="283593"/>
          <w:sz w:val="32"/>
          <w:szCs w:val="32"/>
        </w:rPr>
        <w:lastRenderedPageBreak/>
        <w:t>Contents</w:t>
      </w:r>
    </w:p>
    <w:p w14:paraId="45E27992" w14:textId="381C1C8B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r>
        <w:rPr>
          <w:rFonts w:eastAsia="Segoe UI"/>
        </w:rPr>
        <w:fldChar w:fldCharType="begin"/>
      </w:r>
      <w:r>
        <w:rPr>
          <w:rFonts w:eastAsia="Segoe UI"/>
        </w:rPr>
        <w:instrText xml:space="preserve"> TOC \o "1-2" \h \z \u </w:instrText>
      </w:r>
      <w:r>
        <w:rPr>
          <w:rFonts w:eastAsia="Segoe UI"/>
        </w:rPr>
        <w:fldChar w:fldCharType="separate"/>
      </w:r>
      <w:hyperlink w:anchor="_Toc241685352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1 </w:t>
        </w:r>
        <w:r w:rsidRPr="007108A2">
          <w:rPr>
            <w:rStyle w:val="Hyperlink"/>
            <w:rFonts w:eastAsia="Segoe UI"/>
            <w:noProof/>
          </w:rPr>
          <w:t xml:space="preserve">  Objective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C5EAB4F" w14:textId="2447B038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3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2 </w:t>
        </w:r>
        <w:r w:rsidRPr="007108A2">
          <w:rPr>
            <w:rStyle w:val="Hyperlink"/>
            <w:rFonts w:eastAsia="Segoe UI"/>
            <w:noProof/>
          </w:rPr>
          <w:t xml:space="preserve">  Apparatus and Materials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76DEC44C" w14:textId="44A2ECDA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4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3 </w:t>
        </w:r>
        <w:r w:rsidRPr="007108A2">
          <w:rPr>
            <w:rStyle w:val="Hyperlink"/>
            <w:rFonts w:eastAsia="Segoe UI"/>
            <w:noProof/>
          </w:rPr>
          <w:t xml:space="preserve">  Theory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5B1D8634" w14:textId="5292CECA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5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4 </w:t>
        </w:r>
        <w:r w:rsidRPr="007108A2">
          <w:rPr>
            <w:rStyle w:val="Hyperlink"/>
            <w:rFonts w:eastAsia="Segoe UI"/>
            <w:noProof/>
          </w:rPr>
          <w:t xml:space="preserve">  Procedure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6B256A1" w14:textId="3D7D26E4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6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5 </w:t>
        </w:r>
        <w:r w:rsidRPr="007108A2">
          <w:rPr>
            <w:rStyle w:val="Hyperlink"/>
            <w:rFonts w:eastAsia="Segoe UI"/>
            <w:noProof/>
          </w:rPr>
          <w:t xml:space="preserve">  Experimental Set-up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52B21AE1" w14:textId="44E1A757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7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6 </w:t>
        </w:r>
        <w:r w:rsidRPr="007108A2">
          <w:rPr>
            <w:rStyle w:val="Hyperlink"/>
            <w:rFonts w:eastAsia="Segoe UI"/>
            <w:noProof/>
          </w:rPr>
          <w:t xml:space="preserve">  Results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15BE1304" w14:textId="54CB851F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8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7 </w:t>
        </w:r>
        <w:r w:rsidRPr="007108A2">
          <w:rPr>
            <w:rStyle w:val="Hyperlink"/>
            <w:rFonts w:eastAsia="Segoe UI"/>
            <w:noProof/>
          </w:rPr>
          <w:t xml:space="preserve">  Calculations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37EC3BCC" w14:textId="027A3002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59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8 </w:t>
        </w:r>
        <w:r w:rsidRPr="007108A2">
          <w:rPr>
            <w:rStyle w:val="Hyperlink"/>
            <w:rFonts w:eastAsia="Segoe UI"/>
            <w:noProof/>
          </w:rPr>
          <w:t xml:space="preserve">  Discussion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CBED58D" w14:textId="70B8EB2C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60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9 </w:t>
        </w:r>
        <w:r w:rsidRPr="007108A2">
          <w:rPr>
            <w:rStyle w:val="Hyperlink"/>
            <w:rFonts w:eastAsia="Segoe UI"/>
            <w:noProof/>
          </w:rPr>
          <w:t xml:space="preserve">  Sources of Error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_Toc241685360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0137743" w14:textId="2AF0BBF5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61" w:history="1">
        <w:r w:rsidRPr="007108A2">
          <w:rPr>
            <w:rStyle w:val="Hyperlink"/>
            <w:rFonts w:eastAsia="Segoe UI"/>
            <w:noProof/>
            <w:shd w:val="clear" w:color="auto" w:fill="283593"/>
          </w:rPr>
          <w:t xml:space="preserve">10 </w:t>
        </w:r>
        <w:r w:rsidRPr="007108A2">
          <w:rPr>
            <w:rStyle w:val="Hyperlink"/>
            <w:rFonts w:eastAsia="Segoe UI"/>
            <w:noProof/>
          </w:rPr>
          <w:t xml:space="preserve">  Conclusion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_Toc241685361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45D314B0" w14:textId="2E718B57" w:rsidR="00804C1C" w:rsidRDefault="00804C1C">
      <w:pPr>
        <w:pStyle w:val="TOC1"/>
        <w:tabs>
          <w:tab w:val="right" w:leader="dot" w:pos="9856"/>
        </w:tabs>
        <w:rPr>
          <w:rFonts w:asciiTheme="minorHAnsi" w:hAnsiTheme="minorHAnsi" w:cstheme="minorBidi"/>
          <w:noProof/>
          <w:kern w:val="2"/>
          <w14:ligatures w14:val="standardContextual"/>
        </w:rPr>
      </w:pPr>
      <w:hyperlink w:anchor="_Toc241685362" w:history="1">
        <w:r w:rsidRPr="007108A2">
          <w:rPr>
            <w:rStyle w:val="Hyperlink"/>
            <w:rFonts w:eastAsia="Segoe UI"/>
            <w:noProof/>
          </w:rPr>
          <w:t>References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_Toc241685362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72941B8F" w14:textId="4DCD8B7D" w:rsidR="006E0580" w:rsidRDefault="00804C1C">
      <w:r>
        <w:rPr>
          <w:rFonts w:eastAsia="Segoe UI"/>
        </w:rPr>
        <w:fldChar w:fldCharType="end"/>
      </w:r>
    </w:p>
    <w:p w14:paraId="36F23822" w14:textId="77777777" w:rsidR="006E0580" w:rsidRDefault="006E0580">
      <w:pPr>
        <w:sectPr w:rsidR="006E0580">
          <w:pgSz w:w="11906" w:h="16838"/>
          <w:pgMar w:top="1020" w:right="1020" w:bottom="1020" w:left="1020" w:header="624" w:footer="567" w:gutter="0"/>
          <w:cols w:space="720"/>
          <w:docGrid w:linePitch="360"/>
        </w:sectPr>
      </w:pPr>
    </w:p>
    <w:tbl>
      <w:tblPr>
        <w:tblW w:w="0" w:type="auto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071"/>
      </w:tblGrid>
      <w:tr w:rsidR="006E0580" w14:paraId="06DAE7C8" w14:textId="77777777">
        <w:trPr>
          <w:jc w:val="center"/>
        </w:trPr>
        <w:tc>
          <w:tcPr>
            <w:tcW w:w="9071" w:type="dxa"/>
            <w:shd w:val="clear" w:color="auto" w:fill="EEF0FB"/>
          </w:tcPr>
          <w:p w14:paraId="05603B82" w14:textId="77777777" w:rsidR="006E0580" w:rsidRDefault="00804C1C">
            <w:pPr>
              <w:jc w:val="both"/>
            </w:pPr>
            <w:r>
              <w:rPr>
                <w:rFonts w:eastAsia="Segoe UI"/>
                <w:b/>
                <w:bCs/>
                <w:color w:val="283593"/>
              </w:rPr>
              <w:lastRenderedPageBreak/>
              <w:t>How to use this template — delete this box before printing</w:t>
            </w:r>
          </w:p>
          <w:p w14:paraId="57D7A4D2" w14:textId="77777777" w:rsidR="006E0580" w:rsidRDefault="00804C1C">
            <w:pPr>
              <w:jc w:val="both"/>
            </w:pPr>
            <w:r>
              <w:rPr>
                <w:rFonts w:eastAsia="Segoe UI"/>
                <w:color w:val="1A1C2B"/>
              </w:rPr>
              <w:t xml:space="preserve">Grey </w:t>
            </w:r>
            <w:r>
              <w:rPr>
                <w:rFonts w:eastAsia="Segoe UI"/>
                <w:color w:val="1A1C2B"/>
              </w:rPr>
              <w:t>text is guidance: read it, delete it and write your own text. Replace the logos by right-clicking them → “Change Picture”. When you finish, update the contents page: right-click it → “Update Field” → “Update entire table”.</w:t>
            </w:r>
          </w:p>
        </w:tc>
      </w:tr>
    </w:tbl>
    <w:p w14:paraId="16FA8ED1" w14:textId="77777777" w:rsidR="006E0580" w:rsidRDefault="006E0580">
      <w:pPr>
        <w:spacing w:after="40"/>
        <w:jc w:val="both"/>
      </w:pPr>
    </w:p>
    <w:p w14:paraId="2545B361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0" w:name="_Toc241685352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1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Objective</w:t>
      </w:r>
      <w:bookmarkEnd w:id="0"/>
    </w:p>
    <w:p w14:paraId="7DFF66B4" w14:textId="77777777" w:rsidR="006E0580" w:rsidRDefault="00804C1C">
      <w:pPr>
        <w:jc w:val="both"/>
      </w:pPr>
      <w:r>
        <w:rPr>
          <w:rFonts w:eastAsia="Segoe UI"/>
          <w:i/>
          <w:color w:val="545A78"/>
          <w:sz w:val="22"/>
          <w:szCs w:val="22"/>
        </w:rPr>
        <w:t>In two or three lines, state why the experiment is performed and which quantity or phenomenon is verified.</w:t>
      </w:r>
    </w:p>
    <w:p w14:paraId="4A13F8C2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1" w:name="_Toc241685353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2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Apparatus and Materials</w:t>
      </w:r>
      <w:bookmarkEnd w:id="1"/>
    </w:p>
    <w:p w14:paraId="7B3AFD92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List every instrument with its range and resolution where available — supervisors look for this.</w:t>
      </w:r>
    </w:p>
    <w:p w14:paraId="211EB4BD" w14:textId="77777777" w:rsidR="006E0580" w:rsidRDefault="00804C1C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Instrument 1 (range, resolution)</w:t>
      </w:r>
    </w:p>
    <w:p w14:paraId="32088350" w14:textId="77777777" w:rsidR="006E0580" w:rsidRDefault="00804C1C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Instrument 2 (range, resolution)</w:t>
      </w:r>
    </w:p>
    <w:p w14:paraId="0BA266F0" w14:textId="77777777" w:rsidR="006E0580" w:rsidRDefault="00804C1C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Connecting leads and other materials</w:t>
      </w:r>
    </w:p>
    <w:p w14:paraId="7053B49D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2" w:name="_Toc241685354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3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Theory</w:t>
      </w:r>
      <w:bookmarkEnd w:id="2"/>
    </w:p>
    <w:p w14:paraId="5644EA6A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Explain the law or theory behind the experiment and write each equation, defining every symbol and its unit. An editable example:</w:t>
      </w:r>
    </w:p>
    <w:p w14:paraId="2CE1B642" w14:textId="77777777" w:rsidR="006E0580" w:rsidRDefault="00804C1C">
      <w:pPr>
        <w:tabs>
          <w:tab w:val="right" w:pos="9072"/>
        </w:tabs>
        <w:ind w:left="1701"/>
      </w:pPr>
      <m:oMath>
        <m:r>
          <w:rPr>
            <w:rFonts w:ascii="Cambria Math" w:hAnsi="Cambria Math"/>
          </w:rPr>
          <m:t>y</m:t>
        </m:r>
        <m:r>
          <w:rPr>
            <w:rFonts w:ascii="Cambria Math" w:hAnsi="Cambria Math"/>
          </w:rPr>
          <m:t>=</m:t>
        </m:r>
        <m:r>
          <w:rPr>
            <w:rFonts w:ascii="Cambria Math" w:hAnsi="Cambria Math"/>
          </w:rPr>
          <m:t>ax</m:t>
        </m:r>
        <m:r>
          <w:rPr>
            <w:rFonts w:ascii="Cambria Math" w:hAnsi="Cambria Math"/>
          </w:rPr>
          <m:t>+</m:t>
        </m:r>
        <m:r>
          <w:rPr>
            <w:rFonts w:ascii="Cambria Math" w:hAnsi="Cambria Math"/>
          </w:rPr>
          <m:t>b</m:t>
        </m:r>
      </m:oMath>
      <w:r>
        <w:rPr>
          <w:rFonts w:eastAsia="Segoe UI"/>
          <w:color w:val="1A1C2B"/>
        </w:rPr>
        <w:tab/>
        <w:t>(1)</w:t>
      </w:r>
    </w:p>
    <w:p w14:paraId="6A19BBF8" w14:textId="77777777" w:rsidR="006E0580" w:rsidRDefault="00804C1C">
      <w:pPr>
        <w:jc w:val="both"/>
      </w:pPr>
      <w:r>
        <w:rPr>
          <w:rFonts w:eastAsia="Segoe UI"/>
          <w:i/>
          <w:color w:val="545A78"/>
          <w:sz w:val="22"/>
          <w:szCs w:val="22"/>
        </w:rPr>
        <w:t xml:space="preserve">where y is the </w:t>
      </w:r>
      <w:r>
        <w:rPr>
          <w:rFonts w:eastAsia="Segoe UI"/>
          <w:i/>
          <w:color w:val="545A78"/>
          <w:sz w:val="22"/>
          <w:szCs w:val="22"/>
        </w:rPr>
        <w:t>dependent variable, x the independent variable, a the slope and b the intercept. (Double-click the equation to edit it.)</w:t>
      </w:r>
    </w:p>
    <w:p w14:paraId="784D098F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3" w:name="_Toc241685355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4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Procedure</w:t>
      </w:r>
      <w:bookmarkEnd w:id="3"/>
    </w:p>
    <w:p w14:paraId="3E74A571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 xml:space="preserve">Write the steps in the past passive voice (“the circuit was connected”, “the reading was recorded”), not as </w:t>
      </w:r>
      <w:r>
        <w:rPr>
          <w:rFonts w:eastAsia="Segoe UI"/>
          <w:i/>
          <w:color w:val="545A78"/>
          <w:sz w:val="22"/>
          <w:szCs w:val="22"/>
        </w:rPr>
        <w:t>commands.</w:t>
      </w:r>
    </w:p>
    <w:p w14:paraId="1BFBA882" w14:textId="77777777" w:rsidR="006E0580" w:rsidRDefault="00804C1C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1.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First step.</w:t>
      </w:r>
    </w:p>
    <w:p w14:paraId="207C4F81" w14:textId="77777777" w:rsidR="006E0580" w:rsidRDefault="00804C1C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lastRenderedPageBreak/>
        <w:t>2.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Second step.</w:t>
      </w:r>
    </w:p>
    <w:p w14:paraId="5C02DE41" w14:textId="77777777" w:rsidR="006E0580" w:rsidRDefault="00804C1C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3.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Third step.</w:t>
      </w:r>
    </w:p>
    <w:p w14:paraId="75154E02" w14:textId="77777777" w:rsidR="006E0580" w:rsidRDefault="00804C1C">
      <w:pPr>
        <w:spacing w:after="40"/>
        <w:ind w:left="510" w:hanging="340"/>
      </w:pPr>
      <w:r>
        <w:rPr>
          <w:rFonts w:eastAsia="Segoe UI"/>
          <w:b/>
          <w:bCs/>
          <w:color w:val="283593"/>
        </w:rPr>
        <w:t>4.</w:t>
      </w:r>
      <w:r>
        <w:rPr>
          <w:rFonts w:eastAsia="Segoe UI"/>
          <w:b/>
          <w:bCs/>
          <w:color w:val="283593"/>
        </w:rPr>
        <w:tab/>
      </w:r>
      <w:r>
        <w:rPr>
          <w:rFonts w:eastAsia="Segoe UI"/>
          <w:color w:val="1A1C2B"/>
        </w:rPr>
        <w:t>Fourth step.</w:t>
      </w:r>
    </w:p>
    <w:p w14:paraId="4D5EA03B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4" w:name="_Toc241685356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5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Experimental Set-up</w:t>
      </w:r>
      <w:bookmarkEnd w:id="4"/>
    </w:p>
    <w:p w14:paraId="4235DADD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Put your circuit diagram or apparatus sketch in place of the picture below (right-click → “Change Picture”).</w:t>
      </w:r>
    </w:p>
    <w:p w14:paraId="271A2B8D" w14:textId="77777777" w:rsidR="006E0580" w:rsidRDefault="00804C1C">
      <w:pPr>
        <w:keepNext/>
        <w:spacing w:after="40"/>
        <w:jc w:val="center"/>
      </w:pPr>
      <w:r>
        <w:rPr>
          <w:noProof/>
        </w:rPr>
        <w:drawing>
          <wp:inline distT="0" distB="0" distL="0" distR="0" wp14:anchorId="616FE35B" wp14:editId="1C71F938">
            <wp:extent cx="3960000" cy="23100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igure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960000" cy="23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057CD7" w14:textId="77777777" w:rsidR="006E0580" w:rsidRDefault="00804C1C">
      <w:pPr>
        <w:spacing w:before="40" w:after="160"/>
        <w:jc w:val="center"/>
      </w:pPr>
      <w:r>
        <w:rPr>
          <w:rFonts w:eastAsia="Segoe UI"/>
          <w:b/>
          <w:bCs/>
          <w:color w:val="FFFFFF"/>
          <w:sz w:val="20"/>
          <w:szCs w:val="20"/>
          <w:shd w:val="clear" w:color="auto" w:fill="283593"/>
        </w:rPr>
        <w:t xml:space="preserve"> Figure 1 </w:t>
      </w:r>
      <w:r>
        <w:rPr>
          <w:rFonts w:eastAsia="Segoe UI"/>
          <w:color w:val="1A1C2B"/>
          <w:sz w:val="20"/>
          <w:szCs w:val="20"/>
        </w:rPr>
        <w:t xml:space="preserve">  Circuit diagram or apparatus used in the experiment</w:t>
      </w:r>
    </w:p>
    <w:p w14:paraId="17931BED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5" w:name="_Toc241685357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6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Results</w:t>
      </w:r>
      <w:bookmarkEnd w:id="5"/>
    </w:p>
    <w:p w14:paraId="01A30215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Put the readings in a table; units belong in the column heading, not inside the cells.</w:t>
      </w:r>
    </w:p>
    <w:p w14:paraId="65938ED5" w14:textId="77777777" w:rsidR="006E0580" w:rsidRDefault="00804C1C">
      <w:pPr>
        <w:keepNext/>
        <w:spacing w:before="40" w:after="80"/>
        <w:jc w:val="center"/>
      </w:pPr>
      <w:r>
        <w:rPr>
          <w:rFonts w:eastAsia="Segoe UI"/>
          <w:b/>
          <w:bCs/>
          <w:color w:val="FFFFFF"/>
          <w:sz w:val="20"/>
          <w:szCs w:val="20"/>
          <w:shd w:val="clear" w:color="auto" w:fill="283593"/>
        </w:rPr>
        <w:t xml:space="preserve"> Table 1 </w:t>
      </w:r>
      <w:r>
        <w:rPr>
          <w:rFonts w:eastAsia="Segoe UI"/>
          <w:color w:val="1A1C2B"/>
          <w:sz w:val="20"/>
          <w:szCs w:val="20"/>
        </w:rPr>
        <w:t xml:space="preserve">  Readings recorded during the experiment</w:t>
      </w:r>
    </w:p>
    <w:tbl>
      <w:tblPr>
        <w:tblW w:w="0" w:type="auto"/>
        <w:jc w:val="center"/>
        <w:tblBorders>
          <w:top w:val="single" w:sz="8" w:space="0" w:color="283593"/>
          <w:left w:val="single" w:sz="4" w:space="0" w:color="D0D5F0"/>
          <w:bottom w:val="single" w:sz="8" w:space="0" w:color="283593"/>
          <w:right w:val="single" w:sz="4" w:space="0" w:color="D0D5F0"/>
          <w:insideH w:val="single" w:sz="4" w:space="0" w:color="D0D5F0"/>
          <w:insideV w:val="single" w:sz="4" w:space="0" w:color="D0D5F0"/>
        </w:tblBorders>
        <w:tblLook w:val="04A0" w:firstRow="1" w:lastRow="0" w:firstColumn="1" w:lastColumn="0" w:noHBand="0" w:noVBand="1"/>
      </w:tblPr>
      <w:tblGrid>
        <w:gridCol w:w="737"/>
        <w:gridCol w:w="2083"/>
        <w:gridCol w:w="2083"/>
        <w:gridCol w:w="2083"/>
        <w:gridCol w:w="2083"/>
      </w:tblGrid>
      <w:tr w:rsidR="006E0580" w14:paraId="7E4B4488" w14:textId="77777777">
        <w:trPr>
          <w:cantSplit/>
          <w:tblHeader/>
          <w:jc w:val="center"/>
        </w:trPr>
        <w:tc>
          <w:tcPr>
            <w:tcW w:w="737" w:type="dxa"/>
            <w:shd w:val="clear" w:color="auto" w:fill="EEF0FB"/>
          </w:tcPr>
          <w:p w14:paraId="68DB6BDA" w14:textId="77777777" w:rsidR="006E0580" w:rsidRDefault="00804C1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No.</w:t>
            </w:r>
          </w:p>
        </w:tc>
        <w:tc>
          <w:tcPr>
            <w:tcW w:w="2083" w:type="dxa"/>
            <w:shd w:val="clear" w:color="auto" w:fill="EEF0FB"/>
          </w:tcPr>
          <w:p w14:paraId="44C573C5" w14:textId="77777777" w:rsidR="006E0580" w:rsidRDefault="00804C1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Measured quantity (unit)</w:t>
            </w:r>
          </w:p>
        </w:tc>
        <w:tc>
          <w:tcPr>
            <w:tcW w:w="2083" w:type="dxa"/>
            <w:shd w:val="clear" w:color="auto" w:fill="EEF0FB"/>
          </w:tcPr>
          <w:p w14:paraId="65F723C8" w14:textId="77777777" w:rsidR="006E0580" w:rsidRDefault="00804C1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Reading 1</w:t>
            </w:r>
          </w:p>
        </w:tc>
        <w:tc>
          <w:tcPr>
            <w:tcW w:w="2083" w:type="dxa"/>
            <w:shd w:val="clear" w:color="auto" w:fill="EEF0FB"/>
          </w:tcPr>
          <w:p w14:paraId="552499FB" w14:textId="77777777" w:rsidR="006E0580" w:rsidRDefault="00804C1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Reading 2</w:t>
            </w:r>
          </w:p>
        </w:tc>
        <w:tc>
          <w:tcPr>
            <w:tcW w:w="2083" w:type="dxa"/>
            <w:shd w:val="clear" w:color="auto" w:fill="EEF0FB"/>
          </w:tcPr>
          <w:p w14:paraId="7834025B" w14:textId="77777777" w:rsidR="006E0580" w:rsidRDefault="00804C1C">
            <w:pPr>
              <w:keepNext/>
              <w:spacing w:before="40" w:after="40"/>
              <w:jc w:val="center"/>
            </w:pPr>
            <w:r>
              <w:rPr>
                <w:rFonts w:eastAsia="Segoe UI"/>
                <w:b/>
                <w:bCs/>
                <w:color w:val="283593"/>
                <w:sz w:val="20"/>
                <w:szCs w:val="20"/>
              </w:rPr>
              <w:t>Mean</w:t>
            </w:r>
          </w:p>
        </w:tc>
      </w:tr>
      <w:tr w:rsidR="006E0580" w14:paraId="3B0BFB18" w14:textId="77777777">
        <w:trPr>
          <w:cantSplit/>
          <w:jc w:val="center"/>
        </w:trPr>
        <w:tc>
          <w:tcPr>
            <w:tcW w:w="737" w:type="dxa"/>
          </w:tcPr>
          <w:p w14:paraId="28910FC4" w14:textId="77777777" w:rsidR="006E0580" w:rsidRDefault="00804C1C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1</w:t>
            </w:r>
          </w:p>
        </w:tc>
        <w:tc>
          <w:tcPr>
            <w:tcW w:w="2083" w:type="dxa"/>
          </w:tcPr>
          <w:p w14:paraId="60169D81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EA54CC1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67E81BA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3E43687B" w14:textId="77777777" w:rsidR="006E0580" w:rsidRDefault="006E0580">
            <w:pPr>
              <w:keepNext/>
              <w:spacing w:before="20" w:after="20"/>
              <w:jc w:val="center"/>
            </w:pPr>
          </w:p>
        </w:tc>
      </w:tr>
      <w:tr w:rsidR="006E0580" w14:paraId="19DCD929" w14:textId="77777777">
        <w:trPr>
          <w:cantSplit/>
          <w:jc w:val="center"/>
        </w:trPr>
        <w:tc>
          <w:tcPr>
            <w:tcW w:w="737" w:type="dxa"/>
          </w:tcPr>
          <w:p w14:paraId="55AC9B56" w14:textId="77777777" w:rsidR="006E0580" w:rsidRDefault="00804C1C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2</w:t>
            </w:r>
          </w:p>
        </w:tc>
        <w:tc>
          <w:tcPr>
            <w:tcW w:w="2083" w:type="dxa"/>
          </w:tcPr>
          <w:p w14:paraId="59D0275B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182A43A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2BE31A91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27EE9D1" w14:textId="77777777" w:rsidR="006E0580" w:rsidRDefault="006E0580">
            <w:pPr>
              <w:keepNext/>
              <w:spacing w:before="20" w:after="20"/>
              <w:jc w:val="center"/>
            </w:pPr>
          </w:p>
        </w:tc>
      </w:tr>
      <w:tr w:rsidR="006E0580" w14:paraId="1AEABCB0" w14:textId="77777777">
        <w:trPr>
          <w:cantSplit/>
          <w:jc w:val="center"/>
        </w:trPr>
        <w:tc>
          <w:tcPr>
            <w:tcW w:w="737" w:type="dxa"/>
          </w:tcPr>
          <w:p w14:paraId="4883B264" w14:textId="77777777" w:rsidR="006E0580" w:rsidRDefault="00804C1C">
            <w:pPr>
              <w:keepNext/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3</w:t>
            </w:r>
          </w:p>
        </w:tc>
        <w:tc>
          <w:tcPr>
            <w:tcW w:w="2083" w:type="dxa"/>
          </w:tcPr>
          <w:p w14:paraId="7F5F7E84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0D858624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5677D40A" w14:textId="77777777" w:rsidR="006E0580" w:rsidRDefault="006E0580">
            <w:pPr>
              <w:keepNext/>
              <w:spacing w:before="20" w:after="20"/>
              <w:jc w:val="center"/>
            </w:pPr>
          </w:p>
        </w:tc>
        <w:tc>
          <w:tcPr>
            <w:tcW w:w="2083" w:type="dxa"/>
          </w:tcPr>
          <w:p w14:paraId="4E0E6FFB" w14:textId="77777777" w:rsidR="006E0580" w:rsidRDefault="006E0580">
            <w:pPr>
              <w:keepNext/>
              <w:spacing w:before="20" w:after="20"/>
              <w:jc w:val="center"/>
            </w:pPr>
          </w:p>
        </w:tc>
      </w:tr>
      <w:tr w:rsidR="006E0580" w14:paraId="1622DB1F" w14:textId="77777777">
        <w:trPr>
          <w:cantSplit/>
          <w:jc w:val="center"/>
        </w:trPr>
        <w:tc>
          <w:tcPr>
            <w:tcW w:w="737" w:type="dxa"/>
          </w:tcPr>
          <w:p w14:paraId="3A5570DF" w14:textId="77777777" w:rsidR="006E0580" w:rsidRDefault="00804C1C">
            <w:pPr>
              <w:spacing w:before="20" w:after="20"/>
              <w:jc w:val="center"/>
            </w:pPr>
            <w:r>
              <w:rPr>
                <w:rFonts w:eastAsia="Segoe UI"/>
                <w:color w:val="1A1C2B"/>
                <w:sz w:val="20"/>
                <w:szCs w:val="20"/>
              </w:rPr>
              <w:t>4</w:t>
            </w:r>
          </w:p>
        </w:tc>
        <w:tc>
          <w:tcPr>
            <w:tcW w:w="2083" w:type="dxa"/>
          </w:tcPr>
          <w:p w14:paraId="7AD7F90B" w14:textId="77777777" w:rsidR="006E0580" w:rsidRDefault="006E058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A7A19A0" w14:textId="77777777" w:rsidR="006E0580" w:rsidRDefault="006E058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4935E811" w14:textId="77777777" w:rsidR="006E0580" w:rsidRDefault="006E0580">
            <w:pPr>
              <w:spacing w:before="20" w:after="20"/>
              <w:jc w:val="center"/>
            </w:pPr>
          </w:p>
        </w:tc>
        <w:tc>
          <w:tcPr>
            <w:tcW w:w="2083" w:type="dxa"/>
          </w:tcPr>
          <w:p w14:paraId="34149EF5" w14:textId="77777777" w:rsidR="006E0580" w:rsidRDefault="006E0580">
            <w:pPr>
              <w:spacing w:before="20" w:after="20"/>
              <w:jc w:val="center"/>
            </w:pPr>
          </w:p>
        </w:tc>
      </w:tr>
    </w:tbl>
    <w:p w14:paraId="523CFDFE" w14:textId="77777777" w:rsidR="006E0580" w:rsidRDefault="006E0580">
      <w:pPr>
        <w:spacing w:after="40"/>
        <w:jc w:val="both"/>
      </w:pPr>
    </w:p>
    <w:p w14:paraId="08E8C8ED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lastRenderedPageBreak/>
        <w:t xml:space="preserve"> </w:t>
      </w:r>
      <w:bookmarkStart w:id="6" w:name="_Toc241685358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7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Calculations</w:t>
      </w:r>
      <w:bookmarkEnd w:id="6"/>
    </w:p>
    <w:p w14:paraId="6570E2CB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Write the equation first, substitute the numbers, then give the result with its unit. The percentage error is:</w:t>
      </w:r>
    </w:p>
    <w:p w14:paraId="36B97684" w14:textId="77777777" w:rsidR="006E0580" w:rsidRDefault="00804C1C">
      <w:pPr>
        <w:tabs>
          <w:tab w:val="right" w:pos="9072"/>
        </w:tabs>
        <w:ind w:left="1701"/>
      </w:pPr>
      <m:oMath>
        <m:r>
          <m:rPr>
            <m:nor/>
          </m:rPr>
          <m:t>Error</m:t>
        </m:r>
        <m:r>
          <w:rPr>
            <w:rFonts w:ascii="Cambria Math" w:hAnsi="Cambria Math"/>
          </w:rPr>
          <m:t>=</m:t>
        </m:r>
        <m:f>
          <m:fPr>
            <m:ctrlPr>
              <w:rPr>
                <w:rFonts w:ascii="Cambria Math" w:hAnsi="Cambria Math"/>
              </w:rPr>
            </m:ctrlPr>
          </m:fPr>
          <m:num>
            <m:r>
              <w:rPr>
                <w:rFonts w:ascii="Cambria Math" w:hAnsi="Cambria Math"/>
              </w:rPr>
              <m:t>|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  <m:r>
              <w:rPr>
                <w:rFonts w:ascii="Cambria Math" w:hAnsi="Cambria Math"/>
              </w:rPr>
              <m:t>-</m:t>
            </m:r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exp</m:t>
                </m:r>
              </m:sub>
            </m:sSub>
            <m:r>
              <w:rPr>
                <w:rFonts w:ascii="Cambria Math" w:hAnsi="Cambria Math"/>
              </w:rPr>
              <m:t>|</m:t>
            </m:r>
          </m:num>
          <m:den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x</m:t>
                </m:r>
              </m:e>
              <m:sub>
                <m:r>
                  <w:rPr>
                    <w:rFonts w:ascii="Cambria Math" w:hAnsi="Cambria Math"/>
                  </w:rPr>
                  <m:t>t</m:t>
                </m:r>
                <m:r>
                  <w:rPr>
                    <w:rFonts w:ascii="Cambria Math" w:hAnsi="Cambria Math"/>
                  </w:rPr>
                  <m:t>h</m:t>
                </m:r>
              </m:sub>
            </m:sSub>
          </m:den>
        </m:f>
        <m:r>
          <w:rPr>
            <w:rFonts w:ascii="Cambria Math" w:hAnsi="Cambria Math"/>
          </w:rPr>
          <m:t>×100</m:t>
        </m:r>
      </m:oMath>
      <w:r>
        <w:rPr>
          <w:rFonts w:eastAsia="Segoe UI"/>
          <w:color w:val="1A1C2B"/>
        </w:rPr>
        <w:tab/>
        <w:t>(2)</w:t>
      </w:r>
    </w:p>
    <w:p w14:paraId="04046798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7" w:name="_Toc241685359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8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Discussion</w:t>
      </w:r>
      <w:bookmarkEnd w:id="7"/>
    </w:p>
    <w:p w14:paraId="3806EA31" w14:textId="77777777" w:rsidR="006E0580" w:rsidRDefault="00804C1C">
      <w:pPr>
        <w:jc w:val="both"/>
      </w:pPr>
      <w:r>
        <w:rPr>
          <w:rFonts w:eastAsia="Segoe UI"/>
          <w:i/>
          <w:color w:val="545A78"/>
          <w:sz w:val="22"/>
          <w:szCs w:val="22"/>
        </w:rPr>
        <w:t xml:space="preserve">Compare your result with the theoretical value and explain the </w:t>
      </w:r>
      <w:r>
        <w:rPr>
          <w:rFonts w:eastAsia="Segoe UI"/>
          <w:i/>
          <w:color w:val="545A78"/>
          <w:sz w:val="22"/>
          <w:szCs w:val="22"/>
        </w:rPr>
        <w:t>difference. This section separates a good report from a weak one.</w:t>
      </w:r>
    </w:p>
    <w:p w14:paraId="7C532793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8" w:name="_Toc241685360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9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Sources of Error</w:t>
      </w:r>
      <w:bookmarkEnd w:id="8"/>
    </w:p>
    <w:p w14:paraId="1D222113" w14:textId="77777777" w:rsidR="006E0580" w:rsidRDefault="00804C1C">
      <w:pPr>
        <w:keepNext/>
        <w:jc w:val="both"/>
      </w:pPr>
      <w:r>
        <w:rPr>
          <w:rFonts w:eastAsia="Segoe UI"/>
          <w:i/>
          <w:color w:val="545A78"/>
          <w:sz w:val="22"/>
          <w:szCs w:val="22"/>
        </w:rPr>
        <w:t>Mention measurement, instrument and environmental errors, and how they could be reduced.</w:t>
      </w:r>
    </w:p>
    <w:p w14:paraId="415B9451" w14:textId="77777777" w:rsidR="006E0580" w:rsidRDefault="00804C1C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Instrument reading errors.</w:t>
      </w:r>
    </w:p>
    <w:p w14:paraId="7155CD07" w14:textId="77777777" w:rsidR="006E0580" w:rsidRDefault="00804C1C">
      <w:pPr>
        <w:spacing w:after="40"/>
        <w:ind w:left="510" w:hanging="340"/>
      </w:pP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>►</w:t>
      </w:r>
      <w:r>
        <w:rPr>
          <w:rFonts w:ascii="Segoe UI Symbol" w:eastAsia="Segoe UI Symbol" w:hAnsi="Segoe UI Symbol" w:cs="Segoe UI Symbol"/>
          <w:color w:val="0894B8"/>
          <w:sz w:val="18"/>
          <w:szCs w:val="18"/>
        </w:rPr>
        <w:tab/>
      </w:r>
      <w:r>
        <w:rPr>
          <w:rFonts w:eastAsia="Segoe UI"/>
          <w:color w:val="1A1C2B"/>
        </w:rPr>
        <w:t>Lead resistance or changing ambient conditions.</w:t>
      </w:r>
    </w:p>
    <w:p w14:paraId="03A76B13" w14:textId="77777777" w:rsidR="006E0580" w:rsidRDefault="00804C1C">
      <w:pPr>
        <w:pStyle w:val="Heading1"/>
        <w:spacing w:before="320" w:after="120"/>
      </w:pPr>
      <w:r>
        <w:rPr>
          <w:rFonts w:ascii="Segoe UI" w:eastAsia="Segoe UI" w:hAnsi="Segoe UI" w:cs="Segoe UI"/>
          <w:color w:val="FFFFFF"/>
          <w:shd w:val="clear" w:color="auto" w:fill="283593"/>
        </w:rPr>
        <w:t xml:space="preserve"> </w:t>
      </w:r>
      <w:bookmarkStart w:id="9" w:name="_Toc241685361"/>
      <w:r>
        <w:rPr>
          <w:rFonts w:ascii="Segoe UI" w:eastAsia="Segoe UI" w:hAnsi="Segoe UI" w:cs="Segoe UI"/>
          <w:color w:val="FFFFFF"/>
          <w:shd w:val="clear" w:color="auto" w:fill="283593"/>
        </w:rPr>
        <w:t xml:space="preserve">10 </w:t>
      </w:r>
      <w:r>
        <w:rPr>
          <w:rFonts w:ascii="Segoe UI" w:eastAsia="Segoe UI" w:hAnsi="Segoe UI" w:cs="Segoe UI"/>
          <w:sz w:val="32"/>
          <w:szCs w:val="32"/>
        </w:rPr>
        <w:t xml:space="preserve">  </w:t>
      </w:r>
      <w:r>
        <w:rPr>
          <w:rFonts w:ascii="Segoe UI" w:eastAsia="Segoe UI" w:hAnsi="Segoe UI" w:cs="Segoe UI"/>
          <w:sz w:val="32"/>
          <w:szCs w:val="32"/>
        </w:rPr>
        <w:t>Conclusion</w:t>
      </w:r>
      <w:bookmarkEnd w:id="9"/>
    </w:p>
    <w:p w14:paraId="48C3702C" w14:textId="77777777" w:rsidR="006E0580" w:rsidRDefault="00804C1C">
      <w:pPr>
        <w:jc w:val="both"/>
      </w:pPr>
      <w:r>
        <w:rPr>
          <w:rFonts w:eastAsia="Segoe UI"/>
          <w:i/>
          <w:color w:val="545A78"/>
          <w:sz w:val="22"/>
          <w:szCs w:val="22"/>
        </w:rPr>
        <w:t>One paragraph that answers the objective directly: was it achieved, and why or why not.</w:t>
      </w:r>
    </w:p>
    <w:p w14:paraId="0CB331A3" w14:textId="77777777" w:rsidR="006E0580" w:rsidRDefault="00804C1C">
      <w:pPr>
        <w:pStyle w:val="Heading1"/>
        <w:spacing w:before="320" w:after="120"/>
      </w:pPr>
      <w:bookmarkStart w:id="10" w:name="_Toc241685362"/>
      <w:r>
        <w:rPr>
          <w:rFonts w:ascii="Segoe UI" w:eastAsia="Segoe UI" w:hAnsi="Segoe UI" w:cs="Segoe UI"/>
          <w:sz w:val="32"/>
          <w:szCs w:val="32"/>
        </w:rPr>
        <w:t>References</w:t>
      </w:r>
      <w:bookmarkEnd w:id="10"/>
    </w:p>
    <w:p w14:paraId="5183F209" w14:textId="77777777" w:rsidR="006E0580" w:rsidRDefault="00804C1C">
      <w:pPr>
        <w:keepNext/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 xml:space="preserve">[1] A. Author, </w:t>
      </w:r>
      <w:r>
        <w:rPr>
          <w:rFonts w:eastAsia="Segoe UI"/>
          <w:i/>
          <w:color w:val="1A1C2B"/>
          <w:sz w:val="22"/>
          <w:szCs w:val="22"/>
        </w:rPr>
        <w:t>Title of the Book</w:t>
      </w:r>
      <w:r>
        <w:rPr>
          <w:rFonts w:eastAsia="Segoe UI"/>
          <w:color w:val="1A1C2B"/>
          <w:sz w:val="22"/>
          <w:szCs w:val="22"/>
        </w:rPr>
        <w:t>, 2nd ed. City, Country: Publisher, Year, pp. 40–45.</w:t>
      </w:r>
    </w:p>
    <w:p w14:paraId="4DE92979" w14:textId="77777777" w:rsidR="006E0580" w:rsidRDefault="00804C1C">
      <w:pPr>
        <w:keepNext/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 xml:space="preserve">[2] A. Author and B. Author, “Title of the article,” </w:t>
      </w:r>
      <w:r>
        <w:rPr>
          <w:rFonts w:eastAsia="Segoe UI"/>
          <w:i/>
          <w:color w:val="1A1C2B"/>
          <w:sz w:val="22"/>
          <w:szCs w:val="22"/>
        </w:rPr>
        <w:t>Journal Name</w:t>
      </w:r>
      <w:r>
        <w:rPr>
          <w:rFonts w:eastAsia="Segoe UI"/>
          <w:color w:val="1A1C2B"/>
          <w:sz w:val="22"/>
          <w:szCs w:val="22"/>
        </w:rPr>
        <w:t>, vol. 12, no. 3, pp. 10–18, Year.</w:t>
      </w:r>
    </w:p>
    <w:p w14:paraId="04E8D782" w14:textId="77777777" w:rsidR="006E0580" w:rsidRDefault="00804C1C">
      <w:pPr>
        <w:spacing w:after="80"/>
        <w:ind w:left="510" w:hanging="510"/>
      </w:pPr>
      <w:r>
        <w:rPr>
          <w:rFonts w:eastAsia="Segoe UI"/>
          <w:color w:val="1A1C2B"/>
          <w:sz w:val="22"/>
          <w:szCs w:val="22"/>
        </w:rPr>
        <w:t>[3] Organisation, “Title of the web page,” Site Name. Accessed: Month Day, Year. [Online]. Available: https://…</w:t>
      </w:r>
    </w:p>
    <w:sectPr w:rsidR="006E0580" w:rsidSect="00034616">
      <w:headerReference w:type="default" r:id="rId11"/>
      <w:footerReference w:type="default" r:id="rId12"/>
      <w:pgSz w:w="11906" w:h="16838"/>
      <w:pgMar w:top="1417" w:right="1417" w:bottom="1417" w:left="1417" w:header="624" w:footer="567" w:gutter="0"/>
      <w:pgBorders w:offsetFrom="page">
        <w:top w:val="single" w:sz="36" w:space="24" w:color="283593"/>
      </w:pgBorders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A5E04AD" w14:textId="77777777" w:rsidR="00804C1C" w:rsidRDefault="00804C1C">
      <w:pPr>
        <w:spacing w:after="0" w:line="240" w:lineRule="auto"/>
      </w:pPr>
      <w:r>
        <w:separator/>
      </w:r>
    </w:p>
  </w:endnote>
  <w:endnote w:type="continuationSeparator" w:id="0">
    <w:p w14:paraId="5E38F3B8" w14:textId="77777777" w:rsidR="00804C1C" w:rsidRDefault="00804C1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F127" w14:textId="77777777" w:rsidR="006E0580" w:rsidRDefault="00804C1C">
    <w:pPr>
      <w:pStyle w:val="Footer"/>
      <w:jc w:val="center"/>
    </w:pPr>
    <w:r>
      <w:rPr>
        <w:rFonts w:eastAsia="Segoe UI"/>
        <w:color w:val="FFFFFF"/>
        <w:sz w:val="16"/>
        <w:szCs w:val="16"/>
        <w:shd w:val="clear" w:color="auto" w:fill="283593"/>
      </w:rPr>
      <w:t xml:space="preserve">  </w: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begin"/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instrText xml:space="preserve"> PAGE </w:instrTex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separate"/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t>1</w:t>
    </w:r>
    <w:r>
      <w:rPr>
        <w:rFonts w:eastAsia="Segoe UI"/>
        <w:b/>
        <w:bCs/>
        <w:color w:val="FFFFFF"/>
        <w:sz w:val="16"/>
        <w:szCs w:val="16"/>
        <w:shd w:val="clear" w:color="auto" w:fill="283593"/>
      </w:rPr>
      <w:fldChar w:fldCharType="end"/>
    </w:r>
    <w:r>
      <w:rPr>
        <w:rFonts w:eastAsia="Segoe UI"/>
        <w:color w:val="FFFFFF"/>
        <w:sz w:val="16"/>
        <w:szCs w:val="16"/>
        <w:shd w:val="clear" w:color="auto" w:fill="283593"/>
      </w:rPr>
      <w:t xml:space="preserve">  </w:t>
    </w:r>
  </w:p>
  <w:p w14:paraId="7D8838B6" w14:textId="77777777" w:rsidR="006E0580" w:rsidRDefault="00804C1C">
    <w:pPr>
      <w:spacing w:before="40" w:after="0"/>
      <w:jc w:val="center"/>
    </w:pPr>
    <w:r>
      <w:rPr>
        <w:rFonts w:eastAsia="Segoe UI"/>
        <w:color w:val="545A78"/>
        <w:sz w:val="14"/>
        <w:szCs w:val="14"/>
      </w:rPr>
      <w:t xml:space="preserve">Free template by Tem — </w:t>
    </w:r>
    <w:hyperlink r:id="rId1">
      <w:r>
        <w:rPr>
          <w:rFonts w:eastAsia="Segoe UI"/>
          <w:color w:val="545A78"/>
          <w:sz w:val="14"/>
          <w:szCs w:val="14"/>
        </w:rPr>
        <w:t>tem-services.com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7F38B2" w14:textId="77777777" w:rsidR="00804C1C" w:rsidRDefault="00804C1C">
      <w:pPr>
        <w:spacing w:after="0" w:line="240" w:lineRule="auto"/>
      </w:pPr>
      <w:r>
        <w:separator/>
      </w:r>
    </w:p>
  </w:footnote>
  <w:footnote w:type="continuationSeparator" w:id="0">
    <w:p w14:paraId="08D9B2AC" w14:textId="77777777" w:rsidR="00804C1C" w:rsidRDefault="00804C1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B71559" w14:textId="77777777" w:rsidR="006E0580" w:rsidRDefault="006E05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887650605">
    <w:abstractNumId w:val="8"/>
  </w:num>
  <w:num w:numId="2" w16cid:durableId="441538478">
    <w:abstractNumId w:val="6"/>
  </w:num>
  <w:num w:numId="3" w16cid:durableId="1995062361">
    <w:abstractNumId w:val="5"/>
  </w:num>
  <w:num w:numId="4" w16cid:durableId="1467161008">
    <w:abstractNumId w:val="4"/>
  </w:num>
  <w:num w:numId="5" w16cid:durableId="2101412081">
    <w:abstractNumId w:val="7"/>
  </w:num>
  <w:num w:numId="6" w16cid:durableId="694891687">
    <w:abstractNumId w:val="3"/>
  </w:num>
  <w:num w:numId="7" w16cid:durableId="1941836888">
    <w:abstractNumId w:val="2"/>
  </w:num>
  <w:num w:numId="8" w16cid:durableId="1947345760">
    <w:abstractNumId w:val="1"/>
  </w:num>
  <w:num w:numId="9" w16cid:durableId="125758968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6E0580"/>
    <w:rsid w:val="00804C1C"/>
    <w:rsid w:val="00AA1D8D"/>
    <w:rsid w:val="00B47730"/>
    <w:rsid w:val="00CB0664"/>
    <w:rsid w:val="00E046C3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EF295FD"/>
  <w14:defaultImageDpi w14:val="300"/>
  <w15:docId w15:val="{FCA1548F-9726-4F9B-BA11-D87D8E5784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20" w:line="360" w:lineRule="auto"/>
    </w:pPr>
    <w:rPr>
      <w:rFonts w:ascii="Segoe UI" w:hAnsi="Segoe UI" w:cs="Segoe UI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28359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3949AB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3949AB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TOC1">
    <w:name w:val="toc 1"/>
    <w:basedOn w:val="Normal"/>
    <w:next w:val="Normal"/>
    <w:autoRedefine/>
    <w:uiPriority w:val="39"/>
    <w:unhideWhenUsed/>
    <w:rsid w:val="00804C1C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804C1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tem-services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656</Words>
  <Characters>3164</Characters>
  <Application>Microsoft Office Word</Application>
  <DocSecurity>0</DocSecurity>
  <Lines>175</Lines>
  <Paragraphs>141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3679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Write the Experiment Title Here Exactly as in the Lab Manual</dc:title>
  <dc:subject/>
  <dc:creator>تم — tem-services.com</dc:creator>
  <cp:keywords>Tem, template, قالب</cp:keywords>
  <dc:description>Free template by Tem — for a complete ready report: https://tem-services.com/order</dc:description>
  <cp:lastModifiedBy>maytham ahmed</cp:lastModifiedBy>
  <cp:revision>2</cp:revision>
  <dcterms:created xsi:type="dcterms:W3CDTF">2013-12-23T23:15:00Z</dcterms:created>
  <dcterms:modified xsi:type="dcterms:W3CDTF">2026-09-30T15:21:00Z</dcterms:modified>
  <cp:category/>
</cp:coreProperties>
</file>