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E06502" w14:paraId="6E58DFC8" w14:textId="77777777">
        <w:trPr>
          <w:jc w:val="center"/>
        </w:trPr>
        <w:tc>
          <w:tcPr>
            <w:tcW w:w="2282" w:type="dxa"/>
          </w:tcPr>
          <w:p w14:paraId="0ACEDB43" w14:textId="77777777" w:rsidR="00E06502" w:rsidRDefault="00127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3A7F21A" wp14:editId="4CFF9F8B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3CBE5F40" w14:textId="77777777" w:rsidR="00E06502" w:rsidRDefault="00127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5987802" wp14:editId="45409667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DEB13" w14:textId="77777777" w:rsidR="00E06502" w:rsidRDefault="00E06502">
      <w:pPr>
        <w:spacing w:line="320" w:lineRule="exact"/>
        <w:jc w:val="both"/>
      </w:pPr>
    </w:p>
    <w:p w14:paraId="798015A2" w14:textId="77777777" w:rsidR="00E06502" w:rsidRDefault="00127FED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Ministry of Higher Education and Scientific Research</w:t>
      </w:r>
    </w:p>
    <w:p w14:paraId="41CAF0F8" w14:textId="77777777" w:rsidR="00E06502" w:rsidRDefault="00127FED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University Name</w:t>
      </w:r>
    </w:p>
    <w:p w14:paraId="218B4385" w14:textId="77777777" w:rsidR="00E06502" w:rsidRDefault="00127FED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College Name</w:t>
      </w:r>
    </w:p>
    <w:p w14:paraId="76AA0E98" w14:textId="77777777" w:rsidR="00E06502" w:rsidRDefault="00127FED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Department Name</w:t>
      </w:r>
    </w:p>
    <w:p w14:paraId="74FECFC8" w14:textId="77777777" w:rsidR="00E06502" w:rsidRDefault="00E06502">
      <w:pPr>
        <w:spacing w:after="0" w:line="800" w:lineRule="exact"/>
        <w:jc w:val="both"/>
      </w:pPr>
    </w:p>
    <w:p w14:paraId="6E762184" w14:textId="77777777" w:rsidR="00E06502" w:rsidRDefault="00E06502">
      <w:pPr>
        <w:pBdr>
          <w:bottom w:val="single" w:sz="8" w:space="4" w:color="1F4E79"/>
        </w:pBdr>
        <w:spacing w:after="160" w:line="320" w:lineRule="exact"/>
        <w:jc w:val="center"/>
      </w:pPr>
    </w:p>
    <w:p w14:paraId="44F0BA84" w14:textId="77777777" w:rsidR="00E06502" w:rsidRDefault="00127FED">
      <w:pPr>
        <w:spacing w:after="80" w:line="380" w:lineRule="exact"/>
        <w:jc w:val="center"/>
      </w:pPr>
      <w:r>
        <w:rPr>
          <w:rFonts w:ascii="Cambria" w:eastAsia="Cambria" w:hAnsi="Cambria" w:cs="Times New Roman"/>
          <w:color w:val="2A6BA8"/>
          <w:sz w:val="28"/>
          <w:szCs w:val="28"/>
        </w:rPr>
        <w:t>Lab Report — Experiment No. (  )</w:t>
      </w:r>
    </w:p>
    <w:p w14:paraId="623033A4" w14:textId="77777777" w:rsidR="00E06502" w:rsidRDefault="00127FED">
      <w:pPr>
        <w:spacing w:line="54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  <w:sz w:val="40"/>
          <w:szCs w:val="40"/>
        </w:rPr>
        <w:t>Write the Experiment Title Here Exactly as in the Lab Manual</w:t>
      </w:r>
    </w:p>
    <w:p w14:paraId="6E3A04AD" w14:textId="77777777" w:rsidR="00E06502" w:rsidRDefault="00127FED">
      <w:pPr>
        <w:spacing w:after="40" w:line="320" w:lineRule="exact"/>
        <w:jc w:val="center"/>
      </w:pPr>
      <w:r>
        <w:rPr>
          <w:rFonts w:eastAsia="Calibri"/>
          <w:color w:val="4E5B69"/>
        </w:rPr>
        <w:t>Laboratory Name</w:t>
      </w:r>
    </w:p>
    <w:p w14:paraId="42D2427B" w14:textId="77777777" w:rsidR="00E06502" w:rsidRDefault="00127FED">
      <w:pPr>
        <w:spacing w:after="40" w:line="320" w:lineRule="exact"/>
        <w:jc w:val="center"/>
      </w:pPr>
      <w:r>
        <w:rPr>
          <w:rFonts w:eastAsia="Calibri"/>
          <w:color w:val="4E5B69"/>
        </w:rPr>
        <w:t>Course: Course Name</w:t>
      </w:r>
    </w:p>
    <w:p w14:paraId="174D363D" w14:textId="77777777" w:rsidR="00E06502" w:rsidRDefault="00E06502">
      <w:pPr>
        <w:pBdr>
          <w:top w:val="single" w:sz="8" w:space="4" w:color="1F4E79"/>
        </w:pBdr>
        <w:spacing w:after="0" w:line="320" w:lineRule="exact"/>
        <w:jc w:val="center"/>
      </w:pPr>
    </w:p>
    <w:p w14:paraId="08267591" w14:textId="77777777" w:rsidR="00E06502" w:rsidRDefault="00E06502">
      <w:pPr>
        <w:spacing w:after="0" w:line="720" w:lineRule="exact"/>
        <w:jc w:val="both"/>
      </w:pPr>
    </w:p>
    <w:p w14:paraId="4678E004" w14:textId="77777777" w:rsidR="00E06502" w:rsidRDefault="00127FED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Prepared by: </w:t>
      </w:r>
      <w:r>
        <w:rPr>
          <w:rFonts w:eastAsia="Calibri"/>
          <w:b/>
          <w:bCs/>
          <w:color w:val="17202A"/>
        </w:rPr>
        <w:t>Student's Full Name</w:t>
      </w:r>
    </w:p>
    <w:p w14:paraId="2636D6F7" w14:textId="77777777" w:rsidR="00E06502" w:rsidRDefault="00127FED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Stage: </w:t>
      </w:r>
      <w:r>
        <w:rPr>
          <w:rFonts w:eastAsia="Calibri"/>
          <w:b/>
          <w:bCs/>
          <w:color w:val="17202A"/>
        </w:rPr>
        <w:t>……   Section: ……</w:t>
      </w:r>
    </w:p>
    <w:p w14:paraId="20E18F95" w14:textId="77777777" w:rsidR="00E06502" w:rsidRDefault="00127FED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Supervised by: </w:t>
      </w:r>
      <w:r>
        <w:rPr>
          <w:rFonts w:eastAsia="Calibri"/>
          <w:b/>
          <w:bCs/>
          <w:color w:val="17202A"/>
        </w:rPr>
        <w:t>Supervisor's Name and Title</w:t>
      </w:r>
    </w:p>
    <w:p w14:paraId="084E1668" w14:textId="77777777" w:rsidR="00E06502" w:rsidRDefault="00127FED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Date: </w:t>
      </w:r>
      <w:r>
        <w:rPr>
          <w:rFonts w:eastAsia="Calibri"/>
          <w:b/>
          <w:bCs/>
          <w:color w:val="17202A"/>
        </w:rPr>
        <w:t>……/……/……</w:t>
      </w:r>
    </w:p>
    <w:p w14:paraId="36BE4E00" w14:textId="77777777" w:rsidR="00E06502" w:rsidRDefault="00127FED">
      <w:pPr>
        <w:spacing w:before="360" w:line="280" w:lineRule="exact"/>
        <w:jc w:val="center"/>
      </w:pPr>
      <w:r>
        <w:rPr>
          <w:rFonts w:eastAsia="Calibri"/>
          <w:color w:val="4E5B69"/>
          <w:sz w:val="20"/>
          <w:szCs w:val="20"/>
        </w:rPr>
        <w:t>Academic Year 2026 – 2027</w:t>
      </w:r>
    </w:p>
    <w:p w14:paraId="3DC33502" w14:textId="77777777" w:rsidR="00E06502" w:rsidRDefault="00127FED">
      <w:pPr>
        <w:keepNext/>
        <w:pageBreakBefore/>
        <w:spacing w:before="320"/>
      </w:pPr>
      <w:r>
        <w:rPr>
          <w:rFonts w:ascii="Cambria" w:eastAsia="Cambria" w:hAnsi="Cambria" w:cs="Times New Roman"/>
          <w:b/>
          <w:bCs/>
          <w:color w:val="1F4E79"/>
          <w:sz w:val="32"/>
          <w:szCs w:val="32"/>
        </w:rPr>
        <w:lastRenderedPageBreak/>
        <w:t>Contents</w:t>
      </w:r>
    </w:p>
    <w:p w14:paraId="38CC70C9" w14:textId="2848D288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4932" w:history="1">
        <w:r w:rsidRPr="00816CFD">
          <w:rPr>
            <w:rStyle w:val="Hyperlink"/>
            <w:rFonts w:ascii="Cambria" w:eastAsia="Cambria" w:hAnsi="Cambria" w:cs="Times New Roman"/>
            <w:noProof/>
          </w:rPr>
          <w:t>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0F9C20" w14:textId="02FDA1CD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3" w:history="1">
        <w:r w:rsidRPr="00816CFD">
          <w:rPr>
            <w:rStyle w:val="Hyperlink"/>
            <w:rFonts w:ascii="Cambria" w:eastAsia="Cambria" w:hAnsi="Cambria" w:cs="Times New Roman"/>
            <w:noProof/>
          </w:rPr>
          <w:t>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FE52794" w14:textId="29B47FA4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4" w:history="1">
        <w:r w:rsidRPr="00816CFD">
          <w:rPr>
            <w:rStyle w:val="Hyperlink"/>
            <w:rFonts w:ascii="Cambria" w:eastAsia="Cambria" w:hAnsi="Cambria" w:cs="Times New Roman"/>
            <w:noProof/>
          </w:rPr>
          <w:t>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52C3C32" w14:textId="59E78BE7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5" w:history="1">
        <w:r w:rsidRPr="00816CFD">
          <w:rPr>
            <w:rStyle w:val="Hyperlink"/>
            <w:rFonts w:ascii="Cambria" w:eastAsia="Cambria" w:hAnsi="Cambria" w:cs="Times New Roman"/>
            <w:noProof/>
          </w:rPr>
          <w:t>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D0E2580" w14:textId="37B3944F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6" w:history="1">
        <w:r w:rsidRPr="00816CFD">
          <w:rPr>
            <w:rStyle w:val="Hyperlink"/>
            <w:rFonts w:ascii="Cambria" w:eastAsia="Cambria" w:hAnsi="Cambria" w:cs="Times New Roman"/>
            <w:noProof/>
          </w:rPr>
          <w:t>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C18973" w14:textId="7CD355DC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7" w:history="1">
        <w:r w:rsidRPr="00816CFD">
          <w:rPr>
            <w:rStyle w:val="Hyperlink"/>
            <w:rFonts w:ascii="Cambria" w:eastAsia="Cambria" w:hAnsi="Cambria" w:cs="Times New Roman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5C2D479" w14:textId="537491D7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8" w:history="1">
        <w:r w:rsidRPr="00816CFD">
          <w:rPr>
            <w:rStyle w:val="Hyperlink"/>
            <w:rFonts w:ascii="Cambria" w:eastAsia="Cambria" w:hAnsi="Cambria" w:cs="Times New Roman"/>
            <w:noProof/>
          </w:rPr>
          <w:t>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5DFBAC" w14:textId="15BEB56D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39" w:history="1">
        <w:r w:rsidRPr="00816CFD">
          <w:rPr>
            <w:rStyle w:val="Hyperlink"/>
            <w:rFonts w:ascii="Cambria" w:eastAsia="Cambria" w:hAnsi="Cambria" w:cs="Times New Roman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8CEDE5" w14:textId="6D73D64E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40" w:history="1">
        <w:r w:rsidRPr="00816CFD">
          <w:rPr>
            <w:rStyle w:val="Hyperlink"/>
            <w:rFonts w:ascii="Cambria" w:eastAsia="Cambria" w:hAnsi="Cambria" w:cs="Times New Roman"/>
            <w:noProof/>
          </w:rPr>
          <w:t>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8F400E" w14:textId="701CFBA9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41" w:history="1">
        <w:r w:rsidRPr="00816CFD">
          <w:rPr>
            <w:rStyle w:val="Hyperlink"/>
            <w:rFonts w:ascii="Cambria" w:eastAsia="Cambria" w:hAnsi="Cambria" w:cs="Times New Roman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995F6F" w14:textId="4FE5BB14" w:rsidR="00127FED" w:rsidRDefault="00127FE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42" w:history="1">
        <w:r w:rsidRPr="00816CFD">
          <w:rPr>
            <w:rStyle w:val="Hyperlink"/>
            <w:rFonts w:ascii="Cambria" w:eastAsia="Cambria" w:hAnsi="Cambria" w:cs="Times New Roman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4D573DC" w14:textId="0FEEF307" w:rsidR="00E06502" w:rsidRDefault="00127FED">
      <w:r>
        <w:rPr>
          <w:rFonts w:eastAsia="Calibri"/>
        </w:rPr>
        <w:fldChar w:fldCharType="end"/>
      </w:r>
    </w:p>
    <w:p w14:paraId="0BCA6224" w14:textId="77777777" w:rsidR="00E06502" w:rsidRDefault="00E06502">
      <w:pPr>
        <w:sectPr w:rsidR="00E06502">
          <w:pgSz w:w="11906" w:h="16838"/>
          <w:pgMar w:top="1020" w:right="1020" w:bottom="1020" w:left="1020" w:header="624" w:footer="567" w:gutter="0"/>
          <w:pgBorders w:offsetFrom="page">
            <w:top w:val="single" w:sz="6" w:space="24" w:color="1F4E79"/>
            <w:left w:val="single" w:sz="6" w:space="24" w:color="1F4E79"/>
            <w:bottom w:val="single" w:sz="6" w:space="24" w:color="1F4E79"/>
            <w:right w:val="single" w:sz="6" w:space="24" w:color="1F4E79"/>
          </w:pgBorders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E06502" w14:paraId="00E32B99" w14:textId="77777777">
        <w:trPr>
          <w:jc w:val="center"/>
        </w:trPr>
        <w:tc>
          <w:tcPr>
            <w:tcW w:w="9071" w:type="dxa"/>
            <w:shd w:val="clear" w:color="auto" w:fill="EEF4FA"/>
          </w:tcPr>
          <w:p w14:paraId="6E23C0CA" w14:textId="77777777" w:rsidR="00E06502" w:rsidRDefault="00127FED">
            <w:pPr>
              <w:jc w:val="both"/>
            </w:pPr>
            <w:r>
              <w:rPr>
                <w:rFonts w:eastAsia="Calibri"/>
                <w:b/>
                <w:bCs/>
                <w:color w:val="1F4E79"/>
              </w:rPr>
              <w:lastRenderedPageBreak/>
              <w:t xml:space="preserve">How to use this </w:t>
            </w:r>
            <w:r>
              <w:rPr>
                <w:rFonts w:eastAsia="Calibri"/>
                <w:b/>
                <w:bCs/>
                <w:color w:val="1F4E79"/>
              </w:rPr>
              <w:t>template — delete this box before printing</w:t>
            </w:r>
          </w:p>
          <w:p w14:paraId="6CA7EAAF" w14:textId="77777777" w:rsidR="00E06502" w:rsidRDefault="00127FED">
            <w:pPr>
              <w:jc w:val="both"/>
            </w:pPr>
            <w:r>
              <w:rPr>
                <w:rFonts w:eastAsia="Calibri"/>
                <w:color w:val="17202A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260C2EFA" w14:textId="77777777" w:rsidR="00E06502" w:rsidRDefault="00E06502">
      <w:pPr>
        <w:spacing w:after="40"/>
        <w:jc w:val="both"/>
      </w:pPr>
    </w:p>
    <w:p w14:paraId="3C72EE9C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1</w:t>
      </w:r>
    </w:p>
    <w:p w14:paraId="2038A815" w14:textId="77777777" w:rsidR="00E06502" w:rsidRDefault="00127FED">
      <w:pPr>
        <w:pStyle w:val="Heading1"/>
        <w:spacing w:before="320" w:after="120"/>
      </w:pPr>
      <w:bookmarkStart w:id="0" w:name="_Toc241684932"/>
      <w:r>
        <w:rPr>
          <w:rFonts w:ascii="Cambria" w:eastAsia="Cambria" w:hAnsi="Cambria" w:cs="Times New Roman"/>
          <w:sz w:val="32"/>
          <w:szCs w:val="32"/>
        </w:rPr>
        <w:t>Objective</w:t>
      </w:r>
      <w:bookmarkEnd w:id="0"/>
    </w:p>
    <w:p w14:paraId="389501D9" w14:textId="77777777" w:rsidR="00E06502" w:rsidRDefault="00127FED">
      <w:pPr>
        <w:jc w:val="both"/>
      </w:pPr>
      <w:r>
        <w:rPr>
          <w:rFonts w:eastAsia="Calibri"/>
          <w:i/>
          <w:color w:val="4E5B69"/>
          <w:sz w:val="22"/>
          <w:szCs w:val="22"/>
        </w:rPr>
        <w:t>In two or three lines, state why the experiment is performed and which quantity or phenomenon is verified.</w:t>
      </w:r>
    </w:p>
    <w:p w14:paraId="4774C1F7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2</w:t>
      </w:r>
    </w:p>
    <w:p w14:paraId="6541FC4A" w14:textId="77777777" w:rsidR="00E06502" w:rsidRDefault="00127FED">
      <w:pPr>
        <w:pStyle w:val="Heading1"/>
        <w:spacing w:before="320" w:after="120"/>
      </w:pPr>
      <w:bookmarkStart w:id="1" w:name="_Toc241684933"/>
      <w:r>
        <w:rPr>
          <w:rFonts w:ascii="Cambria" w:eastAsia="Cambria" w:hAnsi="Cambria" w:cs="Times New Roman"/>
          <w:sz w:val="32"/>
          <w:szCs w:val="32"/>
        </w:rPr>
        <w:t>Apparatus and Materials</w:t>
      </w:r>
      <w:bookmarkEnd w:id="1"/>
    </w:p>
    <w:p w14:paraId="2F78A1BD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 xml:space="preserve">List every instrument with its range and resolution where available — supervisors look for </w:t>
      </w:r>
      <w:r>
        <w:rPr>
          <w:rFonts w:eastAsia="Calibri"/>
          <w:i/>
          <w:color w:val="4E5B69"/>
          <w:sz w:val="22"/>
          <w:szCs w:val="22"/>
        </w:rPr>
        <w:t>this.</w:t>
      </w:r>
    </w:p>
    <w:p w14:paraId="41E196FE" w14:textId="77777777" w:rsidR="00E06502" w:rsidRDefault="00127FE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Instrument 1 (range, resolution)</w:t>
      </w:r>
    </w:p>
    <w:p w14:paraId="066A651F" w14:textId="77777777" w:rsidR="00E06502" w:rsidRDefault="00127FE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Instrument 2 (range, resolution)</w:t>
      </w:r>
    </w:p>
    <w:p w14:paraId="3AB5F761" w14:textId="77777777" w:rsidR="00E06502" w:rsidRDefault="00127FE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Connecting leads and other materials</w:t>
      </w:r>
    </w:p>
    <w:p w14:paraId="71E02904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3</w:t>
      </w:r>
    </w:p>
    <w:p w14:paraId="3F92640E" w14:textId="77777777" w:rsidR="00E06502" w:rsidRDefault="00127FED">
      <w:pPr>
        <w:pStyle w:val="Heading1"/>
        <w:spacing w:before="320" w:after="120"/>
      </w:pPr>
      <w:bookmarkStart w:id="2" w:name="_Toc241684934"/>
      <w:r>
        <w:rPr>
          <w:rFonts w:ascii="Cambria" w:eastAsia="Cambria" w:hAnsi="Cambria" w:cs="Times New Roman"/>
          <w:sz w:val="32"/>
          <w:szCs w:val="32"/>
        </w:rPr>
        <w:t>Theory</w:t>
      </w:r>
      <w:bookmarkEnd w:id="2"/>
    </w:p>
    <w:p w14:paraId="6E15529C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Explain the law or theory behind the experiment and write each equation, defining every symbol and its unit. An editable example:</w:t>
      </w:r>
    </w:p>
    <w:p w14:paraId="430F2F98" w14:textId="77777777" w:rsidR="00E06502" w:rsidRDefault="00127FED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Calibri"/>
          <w:color w:val="17202A"/>
        </w:rPr>
        <w:tab/>
        <w:t>(1)</w:t>
      </w:r>
    </w:p>
    <w:p w14:paraId="38A1BD0D" w14:textId="77777777" w:rsidR="00E06502" w:rsidRDefault="00127FED">
      <w:pPr>
        <w:jc w:val="both"/>
      </w:pPr>
      <w:r>
        <w:rPr>
          <w:rFonts w:eastAsia="Calibri"/>
          <w:i/>
          <w:color w:val="4E5B69"/>
          <w:sz w:val="22"/>
          <w:szCs w:val="22"/>
        </w:rPr>
        <w:lastRenderedPageBreak/>
        <w:t>where y is the dependent variable, x the independent variable, a the slope and b the intercept. (Double-click the equation to edit it.)</w:t>
      </w:r>
    </w:p>
    <w:p w14:paraId="2FDE659A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4</w:t>
      </w:r>
    </w:p>
    <w:p w14:paraId="01ECA289" w14:textId="77777777" w:rsidR="00E06502" w:rsidRDefault="00127FED">
      <w:pPr>
        <w:pStyle w:val="Heading1"/>
        <w:spacing w:before="320" w:after="120"/>
      </w:pPr>
      <w:bookmarkStart w:id="3" w:name="_Toc241684935"/>
      <w:r>
        <w:rPr>
          <w:rFonts w:ascii="Cambria" w:eastAsia="Cambria" w:hAnsi="Cambria" w:cs="Times New Roman"/>
          <w:sz w:val="32"/>
          <w:szCs w:val="32"/>
        </w:rPr>
        <w:t>Procedure</w:t>
      </w:r>
      <w:bookmarkEnd w:id="3"/>
    </w:p>
    <w:p w14:paraId="6E241039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Write the steps in the past passive voice (“the circuit was connected”, “the reading was recorded”), not as commands.</w:t>
      </w:r>
    </w:p>
    <w:p w14:paraId="788F4C39" w14:textId="77777777" w:rsidR="00E06502" w:rsidRDefault="00127FED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1.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First step.</w:t>
      </w:r>
    </w:p>
    <w:p w14:paraId="2C6C1EAB" w14:textId="77777777" w:rsidR="00E06502" w:rsidRDefault="00127FED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2.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Second step.</w:t>
      </w:r>
    </w:p>
    <w:p w14:paraId="4AE1589E" w14:textId="77777777" w:rsidR="00E06502" w:rsidRDefault="00127FED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3.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Third step.</w:t>
      </w:r>
    </w:p>
    <w:p w14:paraId="42117EB7" w14:textId="77777777" w:rsidR="00E06502" w:rsidRDefault="00127FED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4.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Fourth step.</w:t>
      </w:r>
    </w:p>
    <w:p w14:paraId="3436F9BD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5</w:t>
      </w:r>
    </w:p>
    <w:p w14:paraId="3C179789" w14:textId="77777777" w:rsidR="00E06502" w:rsidRDefault="00127FED">
      <w:pPr>
        <w:pStyle w:val="Heading1"/>
        <w:spacing w:before="320" w:after="120"/>
      </w:pPr>
      <w:bookmarkStart w:id="4" w:name="_Toc241684936"/>
      <w:r>
        <w:rPr>
          <w:rFonts w:ascii="Cambria" w:eastAsia="Cambria" w:hAnsi="Cambria" w:cs="Times New Roman"/>
          <w:sz w:val="32"/>
          <w:szCs w:val="32"/>
        </w:rPr>
        <w:t>Experimental Set-up</w:t>
      </w:r>
      <w:bookmarkEnd w:id="4"/>
    </w:p>
    <w:p w14:paraId="701D2E5F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Put your circuit diagram or apparatus sketch in place of the picture below (right-click → “Change Picture”).</w:t>
      </w:r>
    </w:p>
    <w:p w14:paraId="2A88D6EB" w14:textId="77777777" w:rsidR="00E06502" w:rsidRDefault="00127FED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9D6D7AA" wp14:editId="221C8454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B821" w14:textId="77777777" w:rsidR="00E06502" w:rsidRDefault="00127FED">
      <w:pPr>
        <w:spacing w:before="40" w:after="160"/>
        <w:jc w:val="center"/>
      </w:pPr>
      <w:r>
        <w:rPr>
          <w:rFonts w:eastAsia="Calibri"/>
          <w:b/>
          <w:bCs/>
          <w:color w:val="1F4E79"/>
          <w:sz w:val="20"/>
          <w:szCs w:val="20"/>
        </w:rPr>
        <w:t xml:space="preserve">Figure 1: </w:t>
      </w:r>
      <w:r>
        <w:rPr>
          <w:rFonts w:eastAsia="Calibri"/>
          <w:color w:val="17202A"/>
          <w:sz w:val="20"/>
          <w:szCs w:val="20"/>
        </w:rPr>
        <w:t xml:space="preserve">Circuit diagram or </w:t>
      </w:r>
      <w:r>
        <w:rPr>
          <w:rFonts w:eastAsia="Calibri"/>
          <w:color w:val="17202A"/>
          <w:sz w:val="20"/>
          <w:szCs w:val="20"/>
        </w:rPr>
        <w:t>apparatus used in the experiment</w:t>
      </w:r>
    </w:p>
    <w:p w14:paraId="3009C41F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lastRenderedPageBreak/>
        <w:t>6</w:t>
      </w:r>
    </w:p>
    <w:p w14:paraId="01B5B5F4" w14:textId="77777777" w:rsidR="00E06502" w:rsidRDefault="00127FED">
      <w:pPr>
        <w:pStyle w:val="Heading1"/>
        <w:spacing w:before="320" w:after="120"/>
      </w:pPr>
      <w:bookmarkStart w:id="5" w:name="_Toc241684937"/>
      <w:r>
        <w:rPr>
          <w:rFonts w:ascii="Cambria" w:eastAsia="Cambria" w:hAnsi="Cambria" w:cs="Times New Roman"/>
          <w:sz w:val="32"/>
          <w:szCs w:val="32"/>
        </w:rPr>
        <w:t>Results</w:t>
      </w:r>
      <w:bookmarkEnd w:id="5"/>
    </w:p>
    <w:p w14:paraId="3311F934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Put the readings in a table; units belong in the column heading, not inside the cells.</w:t>
      </w:r>
    </w:p>
    <w:p w14:paraId="53921622" w14:textId="77777777" w:rsidR="00E06502" w:rsidRDefault="00127FED">
      <w:pPr>
        <w:keepNext/>
        <w:spacing w:before="40" w:after="80"/>
        <w:jc w:val="center"/>
      </w:pPr>
      <w:r>
        <w:rPr>
          <w:rFonts w:eastAsia="Calibri"/>
          <w:b/>
          <w:bCs/>
          <w:color w:val="1F4E79"/>
          <w:sz w:val="20"/>
          <w:szCs w:val="20"/>
        </w:rPr>
        <w:t xml:space="preserve">Table 1: </w:t>
      </w:r>
      <w:r>
        <w:rPr>
          <w:rFonts w:eastAsia="Calibri"/>
          <w:color w:val="17202A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nil"/>
          <w:left w:val="nil"/>
          <w:bottom w:val="single" w:sz="8" w:space="0" w:color="1F4E79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E06502" w14:paraId="2D0C979E" w14:textId="77777777">
        <w:trPr>
          <w:cantSplit/>
          <w:tblHeader/>
          <w:jc w:val="center"/>
        </w:trPr>
        <w:tc>
          <w:tcPr>
            <w:tcW w:w="737" w:type="dxa"/>
            <w:shd w:val="clear" w:color="auto" w:fill="1F4E79"/>
          </w:tcPr>
          <w:p w14:paraId="266809D1" w14:textId="77777777" w:rsidR="00E06502" w:rsidRDefault="00127FED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1F4E79"/>
          </w:tcPr>
          <w:p w14:paraId="004D6D3F" w14:textId="77777777" w:rsidR="00E06502" w:rsidRDefault="00127FED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1F4E79"/>
          </w:tcPr>
          <w:p w14:paraId="3564C6F4" w14:textId="77777777" w:rsidR="00E06502" w:rsidRDefault="00127FED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1F4E79"/>
          </w:tcPr>
          <w:p w14:paraId="763159E7" w14:textId="77777777" w:rsidR="00E06502" w:rsidRDefault="00127FED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1F4E79"/>
          </w:tcPr>
          <w:p w14:paraId="5E52E448" w14:textId="77777777" w:rsidR="00E06502" w:rsidRDefault="00127FED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Mean</w:t>
            </w:r>
          </w:p>
        </w:tc>
      </w:tr>
      <w:tr w:rsidR="00E06502" w14:paraId="2339B155" w14:textId="77777777">
        <w:trPr>
          <w:cantSplit/>
          <w:jc w:val="center"/>
        </w:trPr>
        <w:tc>
          <w:tcPr>
            <w:tcW w:w="737" w:type="dxa"/>
          </w:tcPr>
          <w:p w14:paraId="57214CBB" w14:textId="77777777" w:rsidR="00E06502" w:rsidRDefault="00127FED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338994F3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0240126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04CE499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0EA9A98" w14:textId="77777777" w:rsidR="00E06502" w:rsidRDefault="00E06502">
            <w:pPr>
              <w:keepNext/>
              <w:spacing w:before="20" w:after="20"/>
              <w:jc w:val="center"/>
            </w:pPr>
          </w:p>
        </w:tc>
      </w:tr>
      <w:tr w:rsidR="00E06502" w14:paraId="7EC5234F" w14:textId="77777777">
        <w:trPr>
          <w:cantSplit/>
          <w:jc w:val="center"/>
        </w:trPr>
        <w:tc>
          <w:tcPr>
            <w:tcW w:w="737" w:type="dxa"/>
            <w:shd w:val="clear" w:color="auto" w:fill="EEF4FA"/>
          </w:tcPr>
          <w:p w14:paraId="7754C3DF" w14:textId="77777777" w:rsidR="00E06502" w:rsidRDefault="00127FED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2</w:t>
            </w:r>
          </w:p>
        </w:tc>
        <w:tc>
          <w:tcPr>
            <w:tcW w:w="2083" w:type="dxa"/>
            <w:shd w:val="clear" w:color="auto" w:fill="EEF4FA"/>
          </w:tcPr>
          <w:p w14:paraId="09EB327C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1EFC64E3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53B727E3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34821DFC" w14:textId="77777777" w:rsidR="00E06502" w:rsidRDefault="00E06502">
            <w:pPr>
              <w:keepNext/>
              <w:spacing w:before="20" w:after="20"/>
              <w:jc w:val="center"/>
            </w:pPr>
          </w:p>
        </w:tc>
      </w:tr>
      <w:tr w:rsidR="00E06502" w14:paraId="654D9927" w14:textId="77777777">
        <w:trPr>
          <w:cantSplit/>
          <w:jc w:val="center"/>
        </w:trPr>
        <w:tc>
          <w:tcPr>
            <w:tcW w:w="737" w:type="dxa"/>
          </w:tcPr>
          <w:p w14:paraId="6BE89AF0" w14:textId="77777777" w:rsidR="00E06502" w:rsidRDefault="00127FED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558CD229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6675B2B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6214628" w14:textId="77777777" w:rsidR="00E06502" w:rsidRDefault="00E0650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58D3597" w14:textId="77777777" w:rsidR="00E06502" w:rsidRDefault="00E06502">
            <w:pPr>
              <w:keepNext/>
              <w:spacing w:before="20" w:after="20"/>
              <w:jc w:val="center"/>
            </w:pPr>
          </w:p>
        </w:tc>
      </w:tr>
      <w:tr w:rsidR="00E06502" w14:paraId="7006F56C" w14:textId="77777777">
        <w:trPr>
          <w:cantSplit/>
          <w:jc w:val="center"/>
        </w:trPr>
        <w:tc>
          <w:tcPr>
            <w:tcW w:w="737" w:type="dxa"/>
            <w:shd w:val="clear" w:color="auto" w:fill="EEF4FA"/>
          </w:tcPr>
          <w:p w14:paraId="6CF948F4" w14:textId="77777777" w:rsidR="00E06502" w:rsidRDefault="00127FED">
            <w:pPr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4</w:t>
            </w:r>
          </w:p>
        </w:tc>
        <w:tc>
          <w:tcPr>
            <w:tcW w:w="2083" w:type="dxa"/>
            <w:shd w:val="clear" w:color="auto" w:fill="EEF4FA"/>
          </w:tcPr>
          <w:p w14:paraId="3270A609" w14:textId="77777777" w:rsidR="00E06502" w:rsidRDefault="00E06502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269E889A" w14:textId="77777777" w:rsidR="00E06502" w:rsidRDefault="00E06502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2AEB53EA" w14:textId="77777777" w:rsidR="00E06502" w:rsidRDefault="00E06502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20FEF4ED" w14:textId="77777777" w:rsidR="00E06502" w:rsidRDefault="00E06502">
            <w:pPr>
              <w:spacing w:before="20" w:after="20"/>
              <w:jc w:val="center"/>
            </w:pPr>
          </w:p>
        </w:tc>
      </w:tr>
    </w:tbl>
    <w:p w14:paraId="56021B75" w14:textId="77777777" w:rsidR="00E06502" w:rsidRDefault="00E06502">
      <w:pPr>
        <w:spacing w:after="40"/>
        <w:jc w:val="both"/>
      </w:pPr>
    </w:p>
    <w:p w14:paraId="29E42EA6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7</w:t>
      </w:r>
    </w:p>
    <w:p w14:paraId="31DE534C" w14:textId="77777777" w:rsidR="00E06502" w:rsidRDefault="00127FED">
      <w:pPr>
        <w:pStyle w:val="Heading1"/>
        <w:spacing w:before="320" w:after="120"/>
      </w:pPr>
      <w:bookmarkStart w:id="6" w:name="_Toc241684938"/>
      <w:r>
        <w:rPr>
          <w:rFonts w:ascii="Cambria" w:eastAsia="Cambria" w:hAnsi="Cambria" w:cs="Times New Roman"/>
          <w:sz w:val="32"/>
          <w:szCs w:val="32"/>
        </w:rPr>
        <w:t>Calculations</w:t>
      </w:r>
      <w:bookmarkEnd w:id="6"/>
    </w:p>
    <w:p w14:paraId="392E5EE8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Write the equation first, substitute the numbers, then give the result with its unit. The percentage error is:</w:t>
      </w:r>
    </w:p>
    <w:p w14:paraId="42FBAB05" w14:textId="77777777" w:rsidR="00E06502" w:rsidRDefault="00127FED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Calibri"/>
          <w:color w:val="17202A"/>
        </w:rPr>
        <w:tab/>
        <w:t>(2)</w:t>
      </w:r>
    </w:p>
    <w:p w14:paraId="4BDCB642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8</w:t>
      </w:r>
    </w:p>
    <w:p w14:paraId="6D48DAD7" w14:textId="77777777" w:rsidR="00E06502" w:rsidRDefault="00127FED">
      <w:pPr>
        <w:pStyle w:val="Heading1"/>
        <w:spacing w:before="320" w:after="120"/>
      </w:pPr>
      <w:bookmarkStart w:id="7" w:name="_Toc241684939"/>
      <w:r>
        <w:rPr>
          <w:rFonts w:ascii="Cambria" w:eastAsia="Cambria" w:hAnsi="Cambria" w:cs="Times New Roman"/>
          <w:sz w:val="32"/>
          <w:szCs w:val="32"/>
        </w:rPr>
        <w:t>Discussion</w:t>
      </w:r>
      <w:bookmarkEnd w:id="7"/>
    </w:p>
    <w:p w14:paraId="1F005448" w14:textId="77777777" w:rsidR="00E06502" w:rsidRDefault="00127FED">
      <w:pPr>
        <w:jc w:val="both"/>
      </w:pPr>
      <w:r>
        <w:rPr>
          <w:rFonts w:eastAsia="Calibri"/>
          <w:i/>
          <w:color w:val="4E5B69"/>
          <w:sz w:val="22"/>
          <w:szCs w:val="22"/>
        </w:rPr>
        <w:t xml:space="preserve">Compare your result with the theoretical value and explain the </w:t>
      </w:r>
      <w:r>
        <w:rPr>
          <w:rFonts w:eastAsia="Calibri"/>
          <w:i/>
          <w:color w:val="4E5B69"/>
          <w:sz w:val="22"/>
          <w:szCs w:val="22"/>
        </w:rPr>
        <w:t>difference. This section separates a good report from a weak one.</w:t>
      </w:r>
    </w:p>
    <w:p w14:paraId="6AAE1077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lastRenderedPageBreak/>
        <w:t>9</w:t>
      </w:r>
    </w:p>
    <w:p w14:paraId="32BA9BEB" w14:textId="77777777" w:rsidR="00E06502" w:rsidRDefault="00127FED">
      <w:pPr>
        <w:pStyle w:val="Heading1"/>
        <w:spacing w:before="320" w:after="120"/>
      </w:pPr>
      <w:bookmarkStart w:id="8" w:name="_Toc241684940"/>
      <w:r>
        <w:rPr>
          <w:rFonts w:ascii="Cambria" w:eastAsia="Cambria" w:hAnsi="Cambria" w:cs="Times New Roman"/>
          <w:sz w:val="32"/>
          <w:szCs w:val="32"/>
        </w:rPr>
        <w:t>Sources of Error</w:t>
      </w:r>
      <w:bookmarkEnd w:id="8"/>
    </w:p>
    <w:p w14:paraId="3BFC556C" w14:textId="77777777" w:rsidR="00E06502" w:rsidRDefault="00127FED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Mention measurement, instrument and environmental errors, and how they could be reduced.</w:t>
      </w:r>
    </w:p>
    <w:p w14:paraId="5A65DBE9" w14:textId="77777777" w:rsidR="00E06502" w:rsidRDefault="00127FE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Instrument reading errors.</w:t>
      </w:r>
    </w:p>
    <w:p w14:paraId="10B26505" w14:textId="77777777" w:rsidR="00E06502" w:rsidRDefault="00127FE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Lead resistance or changing ambient conditions.</w:t>
      </w:r>
    </w:p>
    <w:p w14:paraId="26DA2F75" w14:textId="77777777" w:rsidR="00E06502" w:rsidRDefault="00127FED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10</w:t>
      </w:r>
    </w:p>
    <w:p w14:paraId="1B5B6FA7" w14:textId="77777777" w:rsidR="00E06502" w:rsidRDefault="00127FED">
      <w:pPr>
        <w:pStyle w:val="Heading1"/>
        <w:spacing w:before="320" w:after="120"/>
      </w:pPr>
      <w:bookmarkStart w:id="9" w:name="_Toc241684941"/>
      <w:r>
        <w:rPr>
          <w:rFonts w:ascii="Cambria" w:eastAsia="Cambria" w:hAnsi="Cambria" w:cs="Times New Roman"/>
          <w:sz w:val="32"/>
          <w:szCs w:val="32"/>
        </w:rPr>
        <w:t>Conclusion</w:t>
      </w:r>
      <w:bookmarkEnd w:id="9"/>
    </w:p>
    <w:p w14:paraId="1DD70C79" w14:textId="77777777" w:rsidR="00E06502" w:rsidRDefault="00127FED">
      <w:pPr>
        <w:jc w:val="both"/>
      </w:pPr>
      <w:r>
        <w:rPr>
          <w:rFonts w:eastAsia="Calibri"/>
          <w:i/>
          <w:color w:val="4E5B69"/>
          <w:sz w:val="22"/>
          <w:szCs w:val="22"/>
        </w:rPr>
        <w:t>One paragraph that answers the objective directly: was it achieved, and why or why not.</w:t>
      </w:r>
    </w:p>
    <w:p w14:paraId="5E063747" w14:textId="77777777" w:rsidR="00E06502" w:rsidRDefault="00127FED">
      <w:pPr>
        <w:pStyle w:val="Heading1"/>
        <w:spacing w:before="320" w:after="120"/>
      </w:pPr>
      <w:bookmarkStart w:id="10" w:name="_Toc241684942"/>
      <w:r>
        <w:rPr>
          <w:rFonts w:ascii="Cambria" w:eastAsia="Cambria" w:hAnsi="Cambria" w:cs="Times New Roman"/>
          <w:sz w:val="32"/>
          <w:szCs w:val="32"/>
        </w:rPr>
        <w:t>References</w:t>
      </w:r>
      <w:bookmarkEnd w:id="10"/>
    </w:p>
    <w:p w14:paraId="2F8376E9" w14:textId="77777777" w:rsidR="00E06502" w:rsidRDefault="00127FED">
      <w:pPr>
        <w:keepNext/>
        <w:spacing w:after="80"/>
        <w:ind w:left="510" w:hanging="510"/>
      </w:pPr>
      <w:r>
        <w:rPr>
          <w:rFonts w:eastAsia="Calibri"/>
          <w:color w:val="17202A"/>
          <w:sz w:val="22"/>
          <w:szCs w:val="22"/>
        </w:rPr>
        <w:t xml:space="preserve">[1] A. Author, </w:t>
      </w:r>
      <w:r>
        <w:rPr>
          <w:rFonts w:eastAsia="Calibri"/>
          <w:i/>
          <w:color w:val="17202A"/>
          <w:sz w:val="22"/>
          <w:szCs w:val="22"/>
        </w:rPr>
        <w:t>Title of the Book</w:t>
      </w:r>
      <w:r>
        <w:rPr>
          <w:rFonts w:eastAsia="Calibri"/>
          <w:color w:val="17202A"/>
          <w:sz w:val="22"/>
          <w:szCs w:val="22"/>
        </w:rPr>
        <w:t>, 2nd ed. City, Country: Publisher, Year, pp. 40–45.</w:t>
      </w:r>
    </w:p>
    <w:p w14:paraId="6175937F" w14:textId="77777777" w:rsidR="00E06502" w:rsidRDefault="00127FED">
      <w:pPr>
        <w:keepNext/>
        <w:spacing w:after="80"/>
        <w:ind w:left="510" w:hanging="510"/>
      </w:pPr>
      <w:r>
        <w:rPr>
          <w:rFonts w:eastAsia="Calibri"/>
          <w:color w:val="17202A"/>
          <w:sz w:val="22"/>
          <w:szCs w:val="22"/>
        </w:rPr>
        <w:t xml:space="preserve">[2] A. Author and B. Author, “Title of the article,” </w:t>
      </w:r>
      <w:r>
        <w:rPr>
          <w:rFonts w:eastAsia="Calibri"/>
          <w:i/>
          <w:color w:val="17202A"/>
          <w:sz w:val="22"/>
          <w:szCs w:val="22"/>
        </w:rPr>
        <w:t>Journal Name</w:t>
      </w:r>
      <w:r>
        <w:rPr>
          <w:rFonts w:eastAsia="Calibri"/>
          <w:color w:val="17202A"/>
          <w:sz w:val="22"/>
          <w:szCs w:val="22"/>
        </w:rPr>
        <w:t>, vol. 12, no. 3, pp. 10–18, Year.</w:t>
      </w:r>
    </w:p>
    <w:p w14:paraId="76A85A95" w14:textId="77777777" w:rsidR="00E06502" w:rsidRDefault="00127FED">
      <w:pPr>
        <w:spacing w:after="80"/>
        <w:ind w:left="510" w:hanging="510"/>
      </w:pPr>
      <w:r>
        <w:rPr>
          <w:rFonts w:eastAsia="Calibri"/>
          <w:color w:val="17202A"/>
          <w:sz w:val="22"/>
          <w:szCs w:val="22"/>
        </w:rPr>
        <w:t>[3] Organisation, “Title of the web page,” Site Name. Accessed: Month Day, Year. [Online]. Available: https://…</w:t>
      </w:r>
    </w:p>
    <w:sectPr w:rsidR="00E06502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F4E79"/>
        <w:left w:val="single" w:sz="6" w:space="24" w:color="1F4E79"/>
        <w:bottom w:val="single" w:sz="6" w:space="24" w:color="1F4E79"/>
        <w:right w:val="single" w:sz="6" w:space="24" w:color="1F4E79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4D1FA" w14:textId="77777777" w:rsidR="00127FED" w:rsidRDefault="00127FED">
      <w:pPr>
        <w:spacing w:after="0" w:line="240" w:lineRule="auto"/>
      </w:pPr>
      <w:r>
        <w:separator/>
      </w:r>
    </w:p>
  </w:endnote>
  <w:endnote w:type="continuationSeparator" w:id="0">
    <w:p w14:paraId="72AABC04" w14:textId="77777777" w:rsidR="00127FED" w:rsidRDefault="00127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4B40" w14:textId="77777777" w:rsidR="00E06502" w:rsidRDefault="00E06502">
    <w:pPr>
      <w:pStyle w:val="Footer"/>
    </w:pPr>
  </w:p>
  <w:p w14:paraId="0C85D987" w14:textId="77777777" w:rsidR="00E06502" w:rsidRDefault="00127FED">
    <w:pPr>
      <w:spacing w:before="40" w:after="0"/>
      <w:jc w:val="center"/>
    </w:pPr>
    <w:r>
      <w:rPr>
        <w:rFonts w:eastAsia="Calibri"/>
        <w:color w:val="4E5B69"/>
        <w:sz w:val="14"/>
        <w:szCs w:val="14"/>
      </w:rPr>
      <w:t xml:space="preserve">Free template by Tem — </w:t>
    </w:r>
    <w:hyperlink r:id="rId1">
      <w:r>
        <w:rPr>
          <w:rFonts w:eastAsia="Calibri"/>
          <w:color w:val="4E5B6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94C4C" w14:textId="77777777" w:rsidR="00127FED" w:rsidRDefault="00127FED">
      <w:pPr>
        <w:spacing w:after="0" w:line="240" w:lineRule="auto"/>
      </w:pPr>
      <w:r>
        <w:separator/>
      </w:r>
    </w:p>
  </w:footnote>
  <w:footnote w:type="continuationSeparator" w:id="0">
    <w:p w14:paraId="63DE219D" w14:textId="77777777" w:rsidR="00127FED" w:rsidRDefault="00127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B65F" w14:textId="77777777" w:rsidR="00E06502" w:rsidRDefault="00127FED">
    <w:pPr>
      <w:pStyle w:val="Header"/>
      <w:pBdr>
        <w:bottom w:val="single" w:sz="6" w:space="4" w:color="CDDDEE"/>
      </w:pBdr>
      <w:tabs>
        <w:tab w:val="clear" w:pos="9360"/>
        <w:tab w:val="right" w:pos="9072"/>
      </w:tabs>
    </w:pPr>
    <w:r>
      <w:rPr>
        <w:rFonts w:eastAsia="Calibri"/>
        <w:color w:val="4E5B69"/>
        <w:sz w:val="16"/>
        <w:szCs w:val="16"/>
      </w:rPr>
      <w:t xml:space="preserve">Lab Report — Course </w:t>
    </w:r>
    <w:r>
      <w:rPr>
        <w:rFonts w:eastAsia="Calibri"/>
        <w:color w:val="4E5B69"/>
        <w:sz w:val="16"/>
        <w:szCs w:val="16"/>
      </w:rPr>
      <w:t>Name</w:t>
    </w:r>
    <w:r>
      <w:tab/>
    </w:r>
    <w:r>
      <w:rPr>
        <w:rFonts w:eastAsia="Calibri"/>
        <w:b/>
        <w:bCs/>
        <w:color w:val="1F4E79"/>
        <w:sz w:val="16"/>
        <w:szCs w:val="16"/>
      </w:rPr>
      <w:fldChar w:fldCharType="begin"/>
    </w:r>
    <w:r>
      <w:rPr>
        <w:rFonts w:eastAsia="Calibri"/>
        <w:b/>
        <w:bCs/>
        <w:color w:val="1F4E79"/>
        <w:sz w:val="16"/>
        <w:szCs w:val="16"/>
      </w:rPr>
      <w:instrText xml:space="preserve"> PAGE </w:instrText>
    </w:r>
    <w:r>
      <w:rPr>
        <w:rFonts w:eastAsia="Calibri"/>
        <w:b/>
        <w:bCs/>
        <w:color w:val="1F4E79"/>
        <w:sz w:val="16"/>
        <w:szCs w:val="16"/>
      </w:rPr>
      <w:fldChar w:fldCharType="separate"/>
    </w:r>
    <w:r>
      <w:rPr>
        <w:rFonts w:eastAsia="Calibri"/>
        <w:b/>
        <w:bCs/>
        <w:color w:val="1F4E79"/>
        <w:sz w:val="16"/>
        <w:szCs w:val="16"/>
      </w:rPr>
      <w:t>1</w:t>
    </w:r>
    <w:r>
      <w:rPr>
        <w:rFonts w:eastAsia="Calibri"/>
        <w:b/>
        <w:bCs/>
        <w:color w:val="1F4E79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688476">
    <w:abstractNumId w:val="8"/>
  </w:num>
  <w:num w:numId="2" w16cid:durableId="1577394142">
    <w:abstractNumId w:val="6"/>
  </w:num>
  <w:num w:numId="3" w16cid:durableId="1769428758">
    <w:abstractNumId w:val="5"/>
  </w:num>
  <w:num w:numId="4" w16cid:durableId="700713939">
    <w:abstractNumId w:val="4"/>
  </w:num>
  <w:num w:numId="5" w16cid:durableId="460073168">
    <w:abstractNumId w:val="7"/>
  </w:num>
  <w:num w:numId="6" w16cid:durableId="1973779153">
    <w:abstractNumId w:val="3"/>
  </w:num>
  <w:num w:numId="7" w16cid:durableId="944384837">
    <w:abstractNumId w:val="2"/>
  </w:num>
  <w:num w:numId="8" w16cid:durableId="1951276129">
    <w:abstractNumId w:val="1"/>
  </w:num>
  <w:num w:numId="9" w16cid:durableId="880898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FED"/>
    <w:rsid w:val="0015074B"/>
    <w:rsid w:val="0029639D"/>
    <w:rsid w:val="00326F90"/>
    <w:rsid w:val="00AA1D8D"/>
    <w:rsid w:val="00B47730"/>
    <w:rsid w:val="00CB0664"/>
    <w:rsid w:val="00E046C3"/>
    <w:rsid w:val="00E065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238D88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A6B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A6B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27FE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27F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632</Words>
  <Characters>3112</Characters>
  <Application>Microsoft Office Word</Application>
  <DocSecurity>0</DocSecurity>
  <Lines>172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