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051CC3" w14:paraId="39C6DC17" w14:textId="77777777">
        <w:trPr>
          <w:trHeight w:val="5953"/>
          <w:jc w:val="center"/>
        </w:trPr>
        <w:tc>
          <w:tcPr>
            <w:tcW w:w="9865" w:type="dxa"/>
            <w:shd w:val="clear" w:color="auto" w:fill="264D3B"/>
          </w:tcPr>
          <w:p w14:paraId="17967E39" w14:textId="77777777" w:rsidR="00051CC3" w:rsidRDefault="00051CC3"/>
          <w:p w14:paraId="03751F76" w14:textId="77777777" w:rsidR="00051CC3" w:rsidRDefault="00051CC3">
            <w:pPr>
              <w:spacing w:after="0" w:line="200" w:lineRule="exact"/>
              <w:jc w:val="both"/>
            </w:pPr>
          </w:p>
          <w:p w14:paraId="3F44A1AC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14:paraId="46FB18FA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الجامعة</w:t>
            </w:r>
          </w:p>
          <w:p w14:paraId="29FA1254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الكلية</w:t>
            </w:r>
          </w:p>
          <w:p w14:paraId="799DDC61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rtl/>
              </w:rPr>
              <w:t>اسم القسم العلمي</w:t>
            </w:r>
          </w:p>
          <w:p w14:paraId="381C7A76" w14:textId="77777777" w:rsidR="00051CC3" w:rsidRDefault="00051CC3">
            <w:pPr>
              <w:spacing w:after="0" w:line="720" w:lineRule="exact"/>
              <w:jc w:val="both"/>
            </w:pPr>
          </w:p>
          <w:p w14:paraId="3792D935" w14:textId="77777777" w:rsidR="00051CC3" w:rsidRDefault="00EB6760">
            <w:pPr>
              <w:spacing w:after="80" w:line="440" w:lineRule="exact"/>
              <w:jc w:val="center"/>
            </w:pPr>
            <w:r>
              <w:rPr>
                <w:rFonts w:eastAsia="Palatino Linotype"/>
                <w:color w:val="FFFFFF"/>
                <w:sz w:val="32"/>
                <w:szCs w:val="32"/>
                <w:rtl/>
              </w:rPr>
              <w:t>تقرير مختبر — التجربة رقم (  )</w:t>
            </w:r>
          </w:p>
          <w:p w14:paraId="17A3A604" w14:textId="77777777" w:rsidR="00051CC3" w:rsidRDefault="00EB6760">
            <w:pPr>
              <w:spacing w:line="700" w:lineRule="exact"/>
              <w:jc w:val="center"/>
            </w:pPr>
            <w:r>
              <w:rPr>
                <w:rFonts w:eastAsia="Palatino Linotype"/>
                <w:b/>
                <w:bCs/>
                <w:color w:val="FFFFFF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14:paraId="7C24A02C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color w:val="FFFFFF"/>
                <w:rtl/>
              </w:rPr>
              <w:t>اسم المختبر</w:t>
            </w:r>
          </w:p>
          <w:p w14:paraId="2421A515" w14:textId="77777777" w:rsidR="00051CC3" w:rsidRDefault="00EB6760">
            <w:pPr>
              <w:spacing w:after="40" w:line="380" w:lineRule="exact"/>
              <w:jc w:val="center"/>
            </w:pPr>
            <w:r>
              <w:rPr>
                <w:rFonts w:eastAsia="Palatino Linotype"/>
                <w:color w:val="FFFFFF"/>
                <w:rtl/>
              </w:rPr>
              <w:t>المادة: اسم المادة</w:t>
            </w:r>
          </w:p>
        </w:tc>
      </w:tr>
    </w:tbl>
    <w:p w14:paraId="1CF62072" w14:textId="77777777" w:rsidR="00051CC3" w:rsidRDefault="00051CC3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051CC3" w14:paraId="569A144C" w14:textId="77777777">
        <w:trPr>
          <w:jc w:val="center"/>
        </w:trPr>
        <w:tc>
          <w:tcPr>
            <w:tcW w:w="1984" w:type="dxa"/>
          </w:tcPr>
          <w:p w14:paraId="294770D5" w14:textId="77777777" w:rsidR="00051CC3" w:rsidRDefault="00EB676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A26CAE3" wp14:editId="3D42720F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4C076CB" w14:textId="77777777" w:rsidR="00051CC3" w:rsidRDefault="00EB676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1E6C36" wp14:editId="5F2A2763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99D8B" w14:textId="77777777" w:rsidR="00051CC3" w:rsidRDefault="00051CC3">
      <w:pPr>
        <w:spacing w:line="380" w:lineRule="exact"/>
        <w:jc w:val="both"/>
      </w:pPr>
    </w:p>
    <w:p w14:paraId="3BEDD9F4" w14:textId="77777777" w:rsidR="00051CC3" w:rsidRDefault="00051CC3">
      <w:pPr>
        <w:spacing w:after="0" w:line="800" w:lineRule="exact"/>
        <w:jc w:val="both"/>
      </w:pPr>
    </w:p>
    <w:p w14:paraId="2ECF343E" w14:textId="77777777" w:rsidR="00051CC3" w:rsidRDefault="00EB6760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إعداد الطالب: </w:t>
      </w:r>
      <w:r>
        <w:rPr>
          <w:rFonts w:eastAsia="Palatino Linotype"/>
          <w:b/>
          <w:bCs/>
          <w:color w:val="1A221E"/>
          <w:rtl/>
        </w:rPr>
        <w:t>اسم الطالب الثلاثي</w:t>
      </w:r>
    </w:p>
    <w:p w14:paraId="5E13F6C1" w14:textId="77777777" w:rsidR="00051CC3" w:rsidRDefault="00EB6760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المرحلة: </w:t>
      </w:r>
      <w:r>
        <w:rPr>
          <w:rFonts w:eastAsia="Palatino Linotype"/>
          <w:b/>
          <w:bCs/>
          <w:color w:val="1A221E"/>
          <w:rtl/>
        </w:rPr>
        <w:t xml:space="preserve">……   </w:t>
      </w:r>
      <w:r>
        <w:rPr>
          <w:rFonts w:eastAsia="Palatino Linotype"/>
          <w:b/>
          <w:bCs/>
          <w:color w:val="1A221E"/>
          <w:rtl/>
        </w:rPr>
        <w:t>الشعبة: ……</w:t>
      </w:r>
    </w:p>
    <w:p w14:paraId="3EEE27D9" w14:textId="77777777" w:rsidR="00051CC3" w:rsidRDefault="00EB6760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إشراف: </w:t>
      </w:r>
      <w:r>
        <w:rPr>
          <w:rFonts w:eastAsia="Palatino Linotype"/>
          <w:b/>
          <w:bCs/>
          <w:color w:val="1A221E"/>
          <w:rtl/>
        </w:rPr>
        <w:t>اسم المشرف مع اللقب العلمي</w:t>
      </w:r>
    </w:p>
    <w:p w14:paraId="517B9296" w14:textId="77777777" w:rsidR="00051CC3" w:rsidRDefault="00EB6760">
      <w:pPr>
        <w:spacing w:after="40" w:line="380" w:lineRule="exact"/>
        <w:jc w:val="center"/>
      </w:pPr>
      <w:r>
        <w:rPr>
          <w:rFonts w:eastAsia="Palatino Linotype"/>
          <w:color w:val="52605A"/>
          <w:rtl/>
        </w:rPr>
        <w:t xml:space="preserve">التاريخ: </w:t>
      </w:r>
      <w:r>
        <w:rPr>
          <w:rFonts w:eastAsia="Palatino Linotype"/>
          <w:b/>
          <w:bCs/>
          <w:color w:val="1A221E"/>
        </w:rPr>
        <w:t>……/……/……</w:t>
      </w:r>
    </w:p>
    <w:p w14:paraId="0CB36DC5" w14:textId="77777777" w:rsidR="00051CC3" w:rsidRDefault="00EB6760">
      <w:pPr>
        <w:spacing w:before="360" w:line="320" w:lineRule="exact"/>
        <w:jc w:val="center"/>
      </w:pPr>
      <w:r>
        <w:rPr>
          <w:rFonts w:eastAsia="Palatino Linotype"/>
          <w:color w:val="52605A"/>
          <w:sz w:val="24"/>
          <w:szCs w:val="24"/>
          <w:rtl/>
        </w:rPr>
        <w:t>العام الدراسي 2026 – 2027</w:t>
      </w:r>
    </w:p>
    <w:p w14:paraId="5A86D9E9" w14:textId="77777777" w:rsidR="00051CC3" w:rsidRDefault="00EB6760">
      <w:pPr>
        <w:keepNext/>
        <w:pageBreakBefore/>
        <w:spacing w:before="320"/>
      </w:pPr>
      <w:r>
        <w:rPr>
          <w:rFonts w:eastAsia="Palatino Linotype"/>
          <w:b/>
          <w:bCs/>
          <w:color w:val="1A221E"/>
          <w:sz w:val="36"/>
          <w:szCs w:val="36"/>
          <w:rtl/>
        </w:rPr>
        <w:lastRenderedPageBreak/>
        <w:t>المحتويات</w:t>
      </w:r>
    </w:p>
    <w:p w14:paraId="02629418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1EB05A2B" w14:textId="0A00FF46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498" w:history="1">
        <w:r w:rsidRPr="00166ED2">
          <w:rPr>
            <w:rStyle w:val="Hyperlink"/>
            <w:rFonts w:eastAsia="Palatino Linotype"/>
            <w:noProof/>
            <w:rtl/>
          </w:rPr>
          <w:t xml:space="preserve">1   </w:t>
        </w:r>
        <w:r w:rsidRPr="00166ED2">
          <w:rPr>
            <w:rStyle w:val="Hyperlink"/>
            <w:rFonts w:eastAsia="Palatino Linotype" w:hint="eastAsia"/>
            <w:noProof/>
            <w:rtl/>
          </w:rPr>
          <w:t>الهدف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من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Toc241685498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E7FEFF8" w14:textId="201D6A57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499" w:history="1">
        <w:r w:rsidRPr="00166ED2">
          <w:rPr>
            <w:rStyle w:val="Hyperlink"/>
            <w:rFonts w:eastAsia="Palatino Linotype"/>
            <w:noProof/>
            <w:rtl/>
          </w:rPr>
          <w:t xml:space="preserve">2   </w:t>
        </w:r>
        <w:r w:rsidRPr="00166ED2">
          <w:rPr>
            <w:rStyle w:val="Hyperlink"/>
            <w:rFonts w:eastAsia="Palatino Linotype" w:hint="eastAsia"/>
            <w:noProof/>
            <w:rtl/>
          </w:rPr>
          <w:t>الأجهزة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والمواد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Toc241685499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3D2600D1" w14:textId="5996EDCC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0" w:history="1">
        <w:r w:rsidRPr="00166ED2">
          <w:rPr>
            <w:rStyle w:val="Hyperlink"/>
            <w:rFonts w:eastAsia="Palatino Linotype"/>
            <w:noProof/>
            <w:rtl/>
          </w:rPr>
          <w:t xml:space="preserve">3   </w:t>
        </w:r>
        <w:r w:rsidRPr="00166ED2">
          <w:rPr>
            <w:rStyle w:val="Hyperlink"/>
            <w:rFonts w:eastAsia="Palatino Linotype" w:hint="eastAsia"/>
            <w:noProof/>
            <w:rtl/>
          </w:rPr>
          <w:t>الأساس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5FA385A" w14:textId="2DB7BBD2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1" w:history="1">
        <w:r w:rsidRPr="00166ED2">
          <w:rPr>
            <w:rStyle w:val="Hyperlink"/>
            <w:rFonts w:eastAsia="Palatino Linotype"/>
            <w:noProof/>
            <w:rtl/>
          </w:rPr>
          <w:t xml:space="preserve">4   </w:t>
        </w:r>
        <w:r w:rsidRPr="00166ED2">
          <w:rPr>
            <w:rStyle w:val="Hyperlink"/>
            <w:rFonts w:eastAsia="Palatino Linotype" w:hint="eastAsia"/>
            <w:noProof/>
            <w:rtl/>
          </w:rPr>
          <w:t>خطوات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B50BA27" w14:textId="49EA9171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2" w:history="1">
        <w:r w:rsidRPr="00166ED2">
          <w:rPr>
            <w:rStyle w:val="Hyperlink"/>
            <w:rFonts w:eastAsia="Palatino Linotype"/>
            <w:noProof/>
            <w:rtl/>
          </w:rPr>
          <w:t xml:space="preserve">5   </w:t>
        </w:r>
        <w:r w:rsidRPr="00166ED2">
          <w:rPr>
            <w:rStyle w:val="Hyperlink"/>
            <w:rFonts w:eastAsia="Palatino Linotype" w:hint="eastAsia"/>
            <w:noProof/>
            <w:rtl/>
          </w:rPr>
          <w:t>المخطط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3021B8D" w14:textId="789DEB1D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3" w:history="1">
        <w:r w:rsidRPr="00166ED2">
          <w:rPr>
            <w:rStyle w:val="Hyperlink"/>
            <w:rFonts w:eastAsia="Palatino Linotype"/>
            <w:noProof/>
            <w:rtl/>
          </w:rPr>
          <w:t xml:space="preserve">6   </w:t>
        </w:r>
        <w:r w:rsidRPr="00166ED2">
          <w:rPr>
            <w:rStyle w:val="Hyperlink"/>
            <w:rFonts w:eastAsia="Palatino Linotype" w:hint="eastAsia"/>
            <w:noProof/>
            <w:rtl/>
          </w:rPr>
          <w:t>النتائج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2E7983D" w14:textId="17430F44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4" w:history="1">
        <w:r w:rsidRPr="00166ED2">
          <w:rPr>
            <w:rStyle w:val="Hyperlink"/>
            <w:rFonts w:eastAsia="Palatino Linotype"/>
            <w:noProof/>
            <w:rtl/>
          </w:rPr>
          <w:t xml:space="preserve">7   </w:t>
        </w:r>
        <w:r w:rsidRPr="00166ED2">
          <w:rPr>
            <w:rStyle w:val="Hyperlink"/>
            <w:rFonts w:eastAsia="Palatino Linotype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9C80F7E" w14:textId="54AA0F96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5" w:history="1">
        <w:r w:rsidRPr="00166ED2">
          <w:rPr>
            <w:rStyle w:val="Hyperlink"/>
            <w:rFonts w:eastAsia="Palatino Linotype"/>
            <w:noProof/>
            <w:rtl/>
          </w:rPr>
          <w:t xml:space="preserve">8   </w:t>
        </w:r>
        <w:r w:rsidRPr="00166ED2">
          <w:rPr>
            <w:rStyle w:val="Hyperlink"/>
            <w:rFonts w:eastAsia="Palatino Linotype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B070924" w14:textId="0A5A2EF8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6" w:history="1">
        <w:r w:rsidRPr="00166ED2">
          <w:rPr>
            <w:rStyle w:val="Hyperlink"/>
            <w:rFonts w:eastAsia="Palatino Linotype"/>
            <w:noProof/>
            <w:rtl/>
          </w:rPr>
          <w:t xml:space="preserve">9   </w:t>
        </w:r>
        <w:r w:rsidRPr="00166ED2">
          <w:rPr>
            <w:rStyle w:val="Hyperlink"/>
            <w:rFonts w:eastAsia="Palatino Linotype" w:hint="eastAsia"/>
            <w:noProof/>
            <w:rtl/>
          </w:rPr>
          <w:t>مصادر</w:t>
        </w:r>
        <w:r w:rsidRPr="00166ED2">
          <w:rPr>
            <w:rStyle w:val="Hyperlink"/>
            <w:rFonts w:eastAsia="Palatino Linotype"/>
            <w:noProof/>
            <w:rtl/>
          </w:rPr>
          <w:t xml:space="preserve"> </w:t>
        </w:r>
        <w:r w:rsidRPr="00166ED2">
          <w:rPr>
            <w:rStyle w:val="Hyperlink"/>
            <w:rFonts w:eastAsia="Palatino Linotype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7F6A162" w14:textId="187FCE14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7" w:history="1">
        <w:r w:rsidRPr="00166ED2">
          <w:rPr>
            <w:rStyle w:val="Hyperlink"/>
            <w:rFonts w:eastAsia="Palatino Linotype"/>
            <w:noProof/>
            <w:rtl/>
          </w:rPr>
          <w:t xml:space="preserve">10   </w:t>
        </w:r>
        <w:r w:rsidRPr="00166ED2">
          <w:rPr>
            <w:rStyle w:val="Hyperlink"/>
            <w:rFonts w:eastAsia="Palatino Linotype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0B9A052C" w14:textId="45A8B4B6" w:rsidR="00EB6760" w:rsidRDefault="00EB676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08" w:history="1">
        <w:r w:rsidRPr="00166ED2">
          <w:rPr>
            <w:rStyle w:val="Hyperlink"/>
            <w:rFonts w:eastAsia="Palatino Linotype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Toc241685508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1AD80508" w14:textId="2EC510EC" w:rsidR="00051CC3" w:rsidRDefault="00EB6760">
      <w:r>
        <w:rPr>
          <w:rFonts w:eastAsia="Palatino Linotype"/>
        </w:rPr>
        <w:fldChar w:fldCharType="end"/>
      </w:r>
    </w:p>
    <w:p w14:paraId="6C45D31B" w14:textId="77777777" w:rsidR="00051CC3" w:rsidRDefault="00051CC3">
      <w:pPr>
        <w:sectPr w:rsidR="00051CC3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D2E0D6"/>
          <w:left w:val="single" w:sz="4" w:space="0" w:color="D2E0D6"/>
          <w:bottom w:val="single" w:sz="18" w:space="0" w:color="D2E0D6"/>
          <w:right w:val="single" w:sz="4" w:space="0" w:color="D2E0D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51CC3" w14:paraId="2B5427D8" w14:textId="77777777">
        <w:trPr>
          <w:jc w:val="center"/>
        </w:trPr>
        <w:tc>
          <w:tcPr>
            <w:tcW w:w="9071" w:type="dxa"/>
          </w:tcPr>
          <w:p w14:paraId="4DC0A36D" w14:textId="77777777" w:rsidR="00051CC3" w:rsidRDefault="00EB6760">
            <w:pPr>
              <w:jc w:val="both"/>
            </w:pPr>
            <w:r>
              <w:rPr>
                <w:rFonts w:eastAsia="Palatino Linotype"/>
                <w:b/>
                <w:bCs/>
                <w:color w:val="264D3B"/>
                <w:rtl/>
              </w:rPr>
              <w:lastRenderedPageBreak/>
              <w:t>طريقة استخدام القالب — احذف هذا المربع قبل الطباعة</w:t>
            </w:r>
          </w:p>
          <w:p w14:paraId="724A66BC" w14:textId="77777777" w:rsidR="00051CC3" w:rsidRDefault="00EB6760">
            <w:pPr>
              <w:jc w:val="both"/>
            </w:pPr>
            <w:r>
              <w:rPr>
                <w:rFonts w:eastAsia="Palatino Linotype"/>
                <w:color w:val="1A221E"/>
                <w:rtl/>
              </w:rPr>
              <w:t xml:space="preserve">النصوص الرمادية إرشادات: اقرأها ثم احذفها </w:t>
            </w:r>
            <w:r>
              <w:rPr>
                <w:rFonts w:eastAsia="Palatino Linotype"/>
                <w:color w:val="1A221E"/>
                <w:rtl/>
              </w:rPr>
              <w:t>واكتب 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56895286" w14:textId="77777777" w:rsidR="00051CC3" w:rsidRDefault="00051CC3">
      <w:pPr>
        <w:spacing w:after="40"/>
        <w:jc w:val="both"/>
      </w:pPr>
    </w:p>
    <w:p w14:paraId="6D2FBC56" w14:textId="77777777" w:rsidR="00051CC3" w:rsidRDefault="00EB6760">
      <w:pPr>
        <w:pStyle w:val="Heading1"/>
        <w:spacing w:before="320" w:after="120"/>
      </w:pPr>
      <w:bookmarkStart w:id="0" w:name="_Toc241685498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1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الهدف من التجربة</w:t>
      </w:r>
      <w:bookmarkEnd w:id="0"/>
    </w:p>
    <w:p w14:paraId="5B593164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07C8B6CD" w14:textId="77777777" w:rsidR="00051CC3" w:rsidRDefault="00EB6760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 xml:space="preserve">اكتب في سطرين أو ثلاثة الغرض من إجراء التجربة </w:t>
      </w:r>
      <w:r>
        <w:rPr>
          <w:rFonts w:eastAsia="Palatino Linotype"/>
          <w:color w:val="52605A"/>
          <w:sz w:val="26"/>
          <w:szCs w:val="26"/>
          <w:rtl/>
        </w:rPr>
        <w:t>والكمية أو الظاهرة المطلوب التحقق منها.</w:t>
      </w:r>
    </w:p>
    <w:p w14:paraId="3A199869" w14:textId="77777777" w:rsidR="00051CC3" w:rsidRDefault="00EB6760">
      <w:pPr>
        <w:pStyle w:val="Heading1"/>
        <w:spacing w:before="320" w:after="120"/>
      </w:pPr>
      <w:bookmarkStart w:id="1" w:name="_Toc241685499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2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الأجهزة والمواد المستخدمة</w:t>
      </w:r>
      <w:bookmarkEnd w:id="1"/>
    </w:p>
    <w:p w14:paraId="02F8C7FE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1D1D1891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اذكر كل جهاز باسمه ومداه ودقّته إن وُجدت — فالمشرف يحسب لك هذا.</w:t>
      </w:r>
    </w:p>
    <w:p w14:paraId="00443C7D" w14:textId="77777777" w:rsidR="00051CC3" w:rsidRDefault="00EB676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الجهاز الأول (المدى والدقة)</w:t>
      </w:r>
    </w:p>
    <w:p w14:paraId="54D1284E" w14:textId="77777777" w:rsidR="00051CC3" w:rsidRDefault="00EB676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الجهاز الثاني (المدى والدقة)</w:t>
      </w:r>
    </w:p>
    <w:p w14:paraId="77040835" w14:textId="77777777" w:rsidR="00051CC3" w:rsidRDefault="00EB676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أسلاك التوصيل والمواد الأخرى</w:t>
      </w:r>
    </w:p>
    <w:p w14:paraId="70BBD99A" w14:textId="77777777" w:rsidR="00051CC3" w:rsidRDefault="00EB6760">
      <w:pPr>
        <w:pStyle w:val="Heading1"/>
        <w:spacing w:before="320" w:after="120"/>
      </w:pPr>
      <w:bookmarkStart w:id="2" w:name="_Toc241685500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3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الأساس النظري</w:t>
      </w:r>
      <w:bookmarkEnd w:id="2"/>
    </w:p>
    <w:p w14:paraId="7197EEFD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6CB85E76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اشرح القانون أو النظرية التي تقوم عليها التجربة، واكتب المعادلات مع تعريف كل رمز ووحدته. مثال لمعادلة قابلة للتعديل:</w:t>
      </w:r>
    </w:p>
    <w:p w14:paraId="780CCD20" w14:textId="77777777" w:rsidR="00051CC3" w:rsidRDefault="00EB6760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Palatino Linotype"/>
          <w:color w:val="1A221E"/>
        </w:rPr>
        <w:tab/>
        <w:t>(1)</w:t>
      </w:r>
    </w:p>
    <w:p w14:paraId="1E2632FF" w14:textId="77777777" w:rsidR="00051CC3" w:rsidRDefault="00EB6760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3A7F298B" w14:textId="77777777" w:rsidR="00051CC3" w:rsidRDefault="00EB6760">
      <w:pPr>
        <w:pStyle w:val="Heading1"/>
        <w:spacing w:before="320" w:after="120"/>
      </w:pPr>
      <w:bookmarkStart w:id="3" w:name="_Toc241685501"/>
      <w:r>
        <w:rPr>
          <w:rFonts w:ascii="Palatino Linotype" w:eastAsia="Palatino Linotype" w:hAnsi="Palatino Linotype" w:cs="Times New Roman"/>
          <w:sz w:val="36"/>
          <w:szCs w:val="36"/>
          <w:rtl/>
        </w:rPr>
        <w:lastRenderedPageBreak/>
        <w:t xml:space="preserve">4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خطوات العمل</w:t>
      </w:r>
      <w:bookmarkEnd w:id="3"/>
    </w:p>
    <w:p w14:paraId="3B698938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5AC20D5F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6187E228" w14:textId="77777777" w:rsidR="00051CC3" w:rsidRDefault="00EB6760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1.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الخطوة الأولى.</w:t>
      </w:r>
    </w:p>
    <w:p w14:paraId="34FC00E8" w14:textId="77777777" w:rsidR="00051CC3" w:rsidRDefault="00EB6760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2.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الخطوة الثانية.</w:t>
      </w:r>
    </w:p>
    <w:p w14:paraId="42BB9F18" w14:textId="77777777" w:rsidR="00051CC3" w:rsidRDefault="00EB6760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3.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الخطوة الثالثة.</w:t>
      </w:r>
    </w:p>
    <w:p w14:paraId="32D33B41" w14:textId="77777777" w:rsidR="00051CC3" w:rsidRDefault="00EB6760">
      <w:pPr>
        <w:spacing w:after="40"/>
        <w:ind w:right="510" w:hanging="340"/>
      </w:pPr>
      <w:r>
        <w:rPr>
          <w:rFonts w:eastAsia="Palatino Linotype"/>
          <w:b/>
          <w:bCs/>
          <w:color w:val="264D3B"/>
          <w:rtl/>
        </w:rPr>
        <w:t>4.</w:t>
      </w:r>
      <w:r>
        <w:rPr>
          <w:rFonts w:eastAsia="Palatino Linotype"/>
          <w:b/>
          <w:bCs/>
          <w:color w:val="264D3B"/>
          <w:rtl/>
        </w:rPr>
        <w:tab/>
      </w:r>
      <w:r>
        <w:rPr>
          <w:rFonts w:eastAsia="Palatino Linotype"/>
          <w:color w:val="1A221E"/>
          <w:rtl/>
        </w:rPr>
        <w:t>الخطوة الرابعة.</w:t>
      </w:r>
    </w:p>
    <w:p w14:paraId="6C94F6CA" w14:textId="77777777" w:rsidR="00051CC3" w:rsidRDefault="00EB6760">
      <w:pPr>
        <w:pStyle w:val="Heading1"/>
        <w:spacing w:before="320" w:after="120"/>
      </w:pPr>
      <w:bookmarkStart w:id="4" w:name="_Toc241685502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5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المخطط العملي</w:t>
      </w:r>
      <w:bookmarkEnd w:id="4"/>
    </w:p>
    <w:p w14:paraId="29CC9CD8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29A9CEE1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 xml:space="preserve">أدرج مخطط الدائرة أو رسم الجهاز مكان الصورة أدناه (زر الفأرة </w:t>
      </w:r>
      <w:r>
        <w:rPr>
          <w:rFonts w:eastAsia="Palatino Linotype"/>
          <w:color w:val="52605A"/>
          <w:sz w:val="26"/>
          <w:szCs w:val="26"/>
          <w:rtl/>
        </w:rPr>
        <w:t>الأيمن ← «تغيير الصورة»).</w:t>
      </w:r>
    </w:p>
    <w:p w14:paraId="7272615B" w14:textId="77777777" w:rsidR="00051CC3" w:rsidRDefault="00EB676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F35DDA6" wp14:editId="00851D99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DD52C" w14:textId="77777777" w:rsidR="00051CC3" w:rsidRDefault="00EB6760">
      <w:pPr>
        <w:spacing w:before="40" w:after="160"/>
        <w:jc w:val="center"/>
      </w:pPr>
      <w:r>
        <w:rPr>
          <w:rFonts w:eastAsia="Palatino Linotype"/>
          <w:b/>
          <w:bCs/>
          <w:color w:val="3C6E57"/>
          <w:sz w:val="24"/>
          <w:szCs w:val="24"/>
          <w:rtl/>
        </w:rPr>
        <w:t xml:space="preserve">الشكل (1): </w:t>
      </w:r>
      <w:r>
        <w:rPr>
          <w:rFonts w:eastAsia="Palatino Linotype"/>
          <w:color w:val="52605A"/>
          <w:sz w:val="24"/>
          <w:szCs w:val="24"/>
          <w:rtl/>
        </w:rPr>
        <w:t>مخطط الدائرة أو الجهاز المستخدم في التجربة</w:t>
      </w:r>
    </w:p>
    <w:p w14:paraId="12B7CF3B" w14:textId="77777777" w:rsidR="00051CC3" w:rsidRDefault="00EB6760">
      <w:pPr>
        <w:pStyle w:val="Heading1"/>
        <w:spacing w:before="320" w:after="120"/>
      </w:pPr>
      <w:bookmarkStart w:id="5" w:name="_Toc241685503"/>
      <w:r>
        <w:rPr>
          <w:rFonts w:ascii="Palatino Linotype" w:eastAsia="Palatino Linotype" w:hAnsi="Palatino Linotype" w:cs="Times New Roman"/>
          <w:sz w:val="36"/>
          <w:szCs w:val="36"/>
          <w:rtl/>
        </w:rPr>
        <w:lastRenderedPageBreak/>
        <w:t xml:space="preserve">6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النتائج والقراءات</w:t>
      </w:r>
      <w:bookmarkEnd w:id="5"/>
    </w:p>
    <w:p w14:paraId="3095C088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7C0800C9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ضع القراءات في جدول مع الوحدات في رأس العمود لا داخل الخلايا.</w:t>
      </w:r>
    </w:p>
    <w:p w14:paraId="5A1327FD" w14:textId="77777777" w:rsidR="00051CC3" w:rsidRDefault="00EB6760">
      <w:pPr>
        <w:keepNext/>
        <w:spacing w:before="40" w:after="80"/>
        <w:jc w:val="center"/>
      </w:pPr>
      <w:r>
        <w:rPr>
          <w:rFonts w:eastAsia="Palatino Linotype"/>
          <w:b/>
          <w:bCs/>
          <w:color w:val="3C6E57"/>
          <w:sz w:val="24"/>
          <w:szCs w:val="24"/>
          <w:rtl/>
        </w:rPr>
        <w:t xml:space="preserve">الجدول (1): </w:t>
      </w:r>
      <w:r>
        <w:rPr>
          <w:rFonts w:eastAsia="Palatino Linotype"/>
          <w:color w:val="52605A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single" w:sz="12" w:space="0" w:color="264D3B"/>
          <w:left w:val="nil"/>
          <w:bottom w:val="single" w:sz="12" w:space="0" w:color="264D3B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051CC3" w14:paraId="547180A5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264D3B"/>
            </w:tcBorders>
          </w:tcPr>
          <w:p w14:paraId="2BF1F040" w14:textId="77777777" w:rsidR="00051CC3" w:rsidRDefault="00EB6760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14:paraId="7B9A8AD5" w14:textId="77777777" w:rsidR="00051CC3" w:rsidRDefault="00EB6760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14:paraId="72CD076F" w14:textId="77777777" w:rsidR="00051CC3" w:rsidRDefault="00EB6760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 xml:space="preserve">القراءة </w:t>
            </w: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الأولى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14:paraId="3EA3297B" w14:textId="77777777" w:rsidR="00051CC3" w:rsidRDefault="00EB6760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tcBorders>
              <w:bottom w:val="single" w:sz="6" w:space="0" w:color="264D3B"/>
            </w:tcBorders>
          </w:tcPr>
          <w:p w14:paraId="147B2CC7" w14:textId="77777777" w:rsidR="00051CC3" w:rsidRDefault="00EB6760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264D3B"/>
                <w:sz w:val="24"/>
                <w:szCs w:val="24"/>
                <w:rtl/>
              </w:rPr>
              <w:t>المعدل</w:t>
            </w:r>
          </w:p>
        </w:tc>
      </w:tr>
      <w:tr w:rsidR="00051CC3" w14:paraId="557A823E" w14:textId="77777777">
        <w:trPr>
          <w:cantSplit/>
          <w:jc w:val="center"/>
        </w:trPr>
        <w:tc>
          <w:tcPr>
            <w:tcW w:w="737" w:type="dxa"/>
          </w:tcPr>
          <w:p w14:paraId="2161162E" w14:textId="77777777" w:rsidR="00051CC3" w:rsidRDefault="00EB6760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249CAD31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9ACF968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BE8E4FE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0A5D8C9" w14:textId="77777777" w:rsidR="00051CC3" w:rsidRDefault="00051CC3">
            <w:pPr>
              <w:keepNext/>
              <w:spacing w:before="20" w:after="20"/>
              <w:jc w:val="center"/>
            </w:pPr>
          </w:p>
        </w:tc>
      </w:tr>
      <w:tr w:rsidR="00051CC3" w14:paraId="7D97D16E" w14:textId="77777777">
        <w:trPr>
          <w:cantSplit/>
          <w:jc w:val="center"/>
        </w:trPr>
        <w:tc>
          <w:tcPr>
            <w:tcW w:w="737" w:type="dxa"/>
          </w:tcPr>
          <w:p w14:paraId="57E35B97" w14:textId="77777777" w:rsidR="00051CC3" w:rsidRDefault="00EB6760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483D8C3E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C39FEEF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7F623EA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8CCA30C" w14:textId="77777777" w:rsidR="00051CC3" w:rsidRDefault="00051CC3">
            <w:pPr>
              <w:keepNext/>
              <w:spacing w:before="20" w:after="20"/>
              <w:jc w:val="center"/>
            </w:pPr>
          </w:p>
        </w:tc>
      </w:tr>
      <w:tr w:rsidR="00051CC3" w14:paraId="6DC71158" w14:textId="77777777">
        <w:trPr>
          <w:cantSplit/>
          <w:jc w:val="center"/>
        </w:trPr>
        <w:tc>
          <w:tcPr>
            <w:tcW w:w="737" w:type="dxa"/>
          </w:tcPr>
          <w:p w14:paraId="444A7381" w14:textId="77777777" w:rsidR="00051CC3" w:rsidRDefault="00EB6760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773DF028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E3315A3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8D1BF4B" w14:textId="77777777" w:rsidR="00051CC3" w:rsidRDefault="00051CC3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1A4791D" w14:textId="77777777" w:rsidR="00051CC3" w:rsidRDefault="00051CC3">
            <w:pPr>
              <w:keepNext/>
              <w:spacing w:before="20" w:after="20"/>
              <w:jc w:val="center"/>
            </w:pPr>
          </w:p>
        </w:tc>
      </w:tr>
      <w:tr w:rsidR="00051CC3" w14:paraId="4F4F3336" w14:textId="77777777">
        <w:trPr>
          <w:cantSplit/>
          <w:jc w:val="center"/>
        </w:trPr>
        <w:tc>
          <w:tcPr>
            <w:tcW w:w="737" w:type="dxa"/>
          </w:tcPr>
          <w:p w14:paraId="08F14593" w14:textId="77777777" w:rsidR="00051CC3" w:rsidRDefault="00EB6760">
            <w:pPr>
              <w:spacing w:before="20" w:after="20"/>
              <w:jc w:val="center"/>
            </w:pPr>
            <w:r>
              <w:rPr>
                <w:rFonts w:eastAsia="Palatino Linotype"/>
                <w:color w:val="1A221E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2B06BB65" w14:textId="77777777" w:rsidR="00051CC3" w:rsidRDefault="00051CC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C4FE4DD" w14:textId="77777777" w:rsidR="00051CC3" w:rsidRDefault="00051CC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600BBD96" w14:textId="77777777" w:rsidR="00051CC3" w:rsidRDefault="00051CC3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D751263" w14:textId="77777777" w:rsidR="00051CC3" w:rsidRDefault="00051CC3">
            <w:pPr>
              <w:spacing w:before="20" w:after="20"/>
              <w:jc w:val="center"/>
            </w:pPr>
          </w:p>
        </w:tc>
      </w:tr>
    </w:tbl>
    <w:p w14:paraId="2C6C70E4" w14:textId="77777777" w:rsidR="00051CC3" w:rsidRDefault="00051CC3">
      <w:pPr>
        <w:spacing w:after="40"/>
        <w:jc w:val="both"/>
      </w:pPr>
    </w:p>
    <w:p w14:paraId="57339F3D" w14:textId="77777777" w:rsidR="00051CC3" w:rsidRDefault="00EB6760">
      <w:pPr>
        <w:pStyle w:val="Heading1"/>
        <w:spacing w:before="320" w:after="120"/>
      </w:pPr>
      <w:bookmarkStart w:id="6" w:name="_Toc241685504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7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الحسابات</w:t>
      </w:r>
      <w:bookmarkEnd w:id="6"/>
    </w:p>
    <w:p w14:paraId="7270BAC7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69BA5967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2D04C106" w14:textId="77777777" w:rsidR="00051CC3" w:rsidRDefault="00EB6760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Palatino Linotype"/>
          <w:color w:val="1A221E"/>
        </w:rPr>
        <w:tab/>
        <w:t>(2)</w:t>
      </w:r>
    </w:p>
    <w:p w14:paraId="2A6DDFA5" w14:textId="77777777" w:rsidR="00051CC3" w:rsidRDefault="00EB6760">
      <w:pPr>
        <w:pStyle w:val="Heading1"/>
        <w:spacing w:before="320" w:after="120"/>
      </w:pPr>
      <w:bookmarkStart w:id="7" w:name="_Toc241685505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8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المناقشة</w:t>
      </w:r>
      <w:bookmarkEnd w:id="7"/>
    </w:p>
    <w:p w14:paraId="542975F6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559F40F9" w14:textId="77777777" w:rsidR="00051CC3" w:rsidRDefault="00EB6760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 xml:space="preserve">قارن نتيجتك بالقيمة النظرية وفسّر </w:t>
      </w:r>
      <w:r>
        <w:rPr>
          <w:rFonts w:eastAsia="Palatino Linotype"/>
          <w:color w:val="52605A"/>
          <w:sz w:val="26"/>
          <w:szCs w:val="26"/>
          <w:rtl/>
        </w:rPr>
        <w:t>الفرق. هذا القسم هو الذي يميّز التقرير الجيّد من الضعيف.</w:t>
      </w:r>
    </w:p>
    <w:p w14:paraId="598C6BCB" w14:textId="77777777" w:rsidR="00051CC3" w:rsidRDefault="00EB6760">
      <w:pPr>
        <w:pStyle w:val="Heading1"/>
        <w:spacing w:before="320" w:after="120"/>
      </w:pPr>
      <w:bookmarkStart w:id="8" w:name="_Toc241685506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9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مصادر الخطأ</w:t>
      </w:r>
      <w:bookmarkEnd w:id="8"/>
    </w:p>
    <w:p w14:paraId="7B1034B1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37C2645C" w14:textId="77777777" w:rsidR="00051CC3" w:rsidRDefault="00EB6760">
      <w:pPr>
        <w:keepNext/>
        <w:jc w:val="both"/>
      </w:pPr>
      <w:r>
        <w:rPr>
          <w:rFonts w:eastAsia="Palatino Linotype"/>
          <w:color w:val="52605A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3790F337" w14:textId="77777777" w:rsidR="00051CC3" w:rsidRDefault="00EB676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خطأ في قراءة الأجهزة.</w:t>
      </w:r>
    </w:p>
    <w:p w14:paraId="4ECF5DFF" w14:textId="77777777" w:rsidR="00051CC3" w:rsidRDefault="00EB676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lastRenderedPageBreak/>
        <w:t>○</w:t>
      </w:r>
      <w:r>
        <w:rPr>
          <w:rFonts w:ascii="Segoe UI Symbol" w:eastAsia="Segoe UI Symbol" w:hAnsi="Segoe UI Symbol" w:cs="Segoe UI Symbol"/>
          <w:color w:val="C0712F"/>
          <w:sz w:val="22"/>
          <w:szCs w:val="22"/>
        </w:rPr>
        <w:tab/>
      </w:r>
      <w:r>
        <w:rPr>
          <w:rFonts w:eastAsia="Palatino Linotype"/>
          <w:color w:val="1A221E"/>
          <w:rtl/>
        </w:rPr>
        <w:t>مقاومة أسلاك التوصيل أو تغيّر الظروف المحيطة.</w:t>
      </w:r>
    </w:p>
    <w:p w14:paraId="0455D163" w14:textId="77777777" w:rsidR="00051CC3" w:rsidRDefault="00EB6760">
      <w:pPr>
        <w:pStyle w:val="Heading1"/>
        <w:spacing w:before="320" w:after="120"/>
      </w:pPr>
      <w:bookmarkStart w:id="9" w:name="_Toc241685507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10   </w:t>
      </w:r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الاستنتاج</w:t>
      </w:r>
      <w:bookmarkEnd w:id="9"/>
    </w:p>
    <w:p w14:paraId="6B4E7CF5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3D1CB379" w14:textId="77777777" w:rsidR="00051CC3" w:rsidRDefault="00EB6760">
      <w:pPr>
        <w:jc w:val="both"/>
      </w:pPr>
      <w:r>
        <w:rPr>
          <w:rFonts w:eastAsia="Palatino Linotype"/>
          <w:color w:val="52605A"/>
          <w:sz w:val="26"/>
          <w:szCs w:val="26"/>
          <w:rtl/>
        </w:rPr>
        <w:t xml:space="preserve">فقرة واحدة تجيب </w:t>
      </w:r>
      <w:r>
        <w:rPr>
          <w:rFonts w:eastAsia="Palatino Linotype"/>
          <w:color w:val="52605A"/>
          <w:sz w:val="26"/>
          <w:szCs w:val="26"/>
          <w:rtl/>
        </w:rPr>
        <w:t>صراحةً عن الهدف المذكور في البداية: هل تحقّق أم لا ولماذا.</w:t>
      </w:r>
    </w:p>
    <w:p w14:paraId="111DF52A" w14:textId="77777777" w:rsidR="00051CC3" w:rsidRDefault="00EB6760">
      <w:pPr>
        <w:pStyle w:val="Heading1"/>
        <w:spacing w:before="320" w:after="120"/>
      </w:pPr>
      <w:bookmarkStart w:id="10" w:name="_Toc241685508"/>
      <w:r>
        <w:rPr>
          <w:rFonts w:ascii="Palatino Linotype" w:eastAsia="Palatino Linotype" w:hAnsi="Palatino Linotype" w:cs="Times New Roman"/>
          <w:color w:val="1A221E"/>
          <w:sz w:val="36"/>
          <w:szCs w:val="36"/>
          <w:rtl/>
        </w:rPr>
        <w:t>المصادر</w:t>
      </w:r>
      <w:bookmarkEnd w:id="10"/>
    </w:p>
    <w:p w14:paraId="4552F552" w14:textId="77777777" w:rsidR="00051CC3" w:rsidRDefault="00EB6760">
      <w:pPr>
        <w:keepNext/>
      </w:pPr>
      <w:r>
        <w:rPr>
          <w:rFonts w:eastAsia="Palatino Linotype"/>
          <w:color w:val="C0712F"/>
          <w:sz w:val="20"/>
          <w:szCs w:val="20"/>
        </w:rPr>
        <w:t>▬▬▬▬</w:t>
      </w:r>
    </w:p>
    <w:p w14:paraId="1A9A12F3" w14:textId="77777777" w:rsidR="00051CC3" w:rsidRDefault="00EB6760">
      <w:pPr>
        <w:keepNext/>
        <w:spacing w:after="80"/>
        <w:ind w:right="510" w:hanging="510"/>
      </w:pPr>
      <w:r>
        <w:rPr>
          <w:rFonts w:eastAsia="Palatino Linotype"/>
          <w:color w:val="1A221E"/>
          <w:sz w:val="26"/>
          <w:szCs w:val="26"/>
          <w:rtl/>
        </w:rPr>
        <w:t xml:space="preserve">[1] اسم المؤلف، </w:t>
      </w:r>
      <w:r>
        <w:rPr>
          <w:rFonts w:eastAsia="Palatino Linotype"/>
          <w:i/>
          <w:color w:val="1A221E"/>
          <w:sz w:val="26"/>
          <w:szCs w:val="26"/>
          <w:rtl/>
        </w:rPr>
        <w:t>عنوان الكتاب</w:t>
      </w:r>
      <w:r>
        <w:rPr>
          <w:rFonts w:eastAsia="Palatino Linotype"/>
          <w:color w:val="1A221E"/>
          <w:sz w:val="26"/>
          <w:szCs w:val="26"/>
          <w:rtl/>
        </w:rPr>
        <w:t>، ط2. المدينة: دار النشر، السنة، ص. 45.</w:t>
      </w:r>
    </w:p>
    <w:p w14:paraId="23D5A4AF" w14:textId="77777777" w:rsidR="00051CC3" w:rsidRDefault="00EB6760">
      <w:pPr>
        <w:keepNext/>
        <w:spacing w:after="80"/>
        <w:ind w:right="510" w:hanging="510"/>
      </w:pPr>
      <w:r>
        <w:rPr>
          <w:rFonts w:eastAsia="Palatino Linotype"/>
          <w:color w:val="1A221E"/>
          <w:sz w:val="26"/>
          <w:szCs w:val="26"/>
          <w:rtl/>
        </w:rPr>
        <w:t xml:space="preserve">[2] اسم الباحث، «عنوان المقالة»، </w:t>
      </w:r>
      <w:r>
        <w:rPr>
          <w:rFonts w:eastAsia="Palatino Linotype"/>
          <w:i/>
          <w:color w:val="1A221E"/>
          <w:sz w:val="26"/>
          <w:szCs w:val="26"/>
          <w:rtl/>
        </w:rPr>
        <w:t>اسم المجلة</w:t>
      </w:r>
      <w:r>
        <w:rPr>
          <w:rFonts w:eastAsia="Palatino Linotype"/>
          <w:color w:val="1A221E"/>
          <w:sz w:val="26"/>
          <w:szCs w:val="26"/>
          <w:rtl/>
        </w:rPr>
        <w:t>، مج 12، ع 3، ص. 10–18، السنة.</w:t>
      </w:r>
    </w:p>
    <w:p w14:paraId="561B8E16" w14:textId="77777777" w:rsidR="00051CC3" w:rsidRDefault="00EB6760">
      <w:pPr>
        <w:spacing w:after="80"/>
        <w:ind w:left="510" w:hanging="510"/>
      </w:pPr>
      <w:r>
        <w:rPr>
          <w:rFonts w:eastAsia="Palatino Linotype"/>
          <w:color w:val="1A221E"/>
          <w:sz w:val="26"/>
          <w:szCs w:val="26"/>
        </w:rPr>
        <w:t xml:space="preserve">[3] A. Author and B. Author, </w:t>
      </w:r>
      <w:r>
        <w:rPr>
          <w:rFonts w:eastAsia="Palatino Linotype"/>
          <w:i/>
          <w:color w:val="1A221E"/>
          <w:sz w:val="26"/>
          <w:szCs w:val="26"/>
        </w:rPr>
        <w:t>Title of the Book</w:t>
      </w:r>
      <w:r>
        <w:rPr>
          <w:rFonts w:eastAsia="Palatino Linotype"/>
          <w:color w:val="1A221E"/>
          <w:sz w:val="26"/>
          <w:szCs w:val="26"/>
        </w:rPr>
        <w:t>, 3rd ed. City, Country: Publisher, 2020.</w:t>
      </w:r>
    </w:p>
    <w:sectPr w:rsidR="00051CC3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thinThickSmallGap" w:sz="12" w:space="24" w:color="264D3B"/>
        <w:bottom w:val="thinThickSmallGap" w:sz="12" w:space="24" w:color="264D3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67481" w14:textId="77777777" w:rsidR="00EB6760" w:rsidRDefault="00EB6760">
      <w:pPr>
        <w:spacing w:after="0" w:line="240" w:lineRule="auto"/>
      </w:pPr>
      <w:r>
        <w:separator/>
      </w:r>
    </w:p>
  </w:endnote>
  <w:endnote w:type="continuationSeparator" w:id="0">
    <w:p w14:paraId="10A00A6F" w14:textId="77777777" w:rsidR="00EB6760" w:rsidRDefault="00EB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CAEF" w14:textId="77777777" w:rsidR="00051CC3" w:rsidRDefault="00EB6760">
    <w:pPr>
      <w:pStyle w:val="Footer"/>
      <w:jc w:val="center"/>
    </w:pPr>
    <w:r>
      <w:rPr>
        <w:rFonts w:eastAsia="Palatino Linotype"/>
        <w:sz w:val="20"/>
        <w:szCs w:val="20"/>
      </w:rPr>
      <w:fldChar w:fldCharType="begin"/>
    </w:r>
    <w:r>
      <w:rPr>
        <w:rFonts w:eastAsia="Palatino Linotype"/>
        <w:sz w:val="20"/>
        <w:szCs w:val="20"/>
      </w:rPr>
      <w:instrText xml:space="preserve"> PAGE </w:instrText>
    </w:r>
    <w:r>
      <w:rPr>
        <w:rFonts w:eastAsia="Palatino Linotype"/>
        <w:sz w:val="20"/>
        <w:szCs w:val="20"/>
      </w:rPr>
      <w:fldChar w:fldCharType="separate"/>
    </w:r>
    <w:r>
      <w:rPr>
        <w:rFonts w:eastAsia="Palatino Linotype"/>
        <w:sz w:val="20"/>
        <w:szCs w:val="20"/>
      </w:rPr>
      <w:t>1</w:t>
    </w:r>
    <w:r>
      <w:rPr>
        <w:rFonts w:eastAsia="Palatino Linotype"/>
        <w:sz w:val="20"/>
        <w:szCs w:val="20"/>
      </w:rPr>
      <w:fldChar w:fldCharType="end"/>
    </w:r>
  </w:p>
  <w:p w14:paraId="49F931D4" w14:textId="77777777" w:rsidR="00051CC3" w:rsidRDefault="00EB6760">
    <w:pPr>
      <w:spacing w:before="40" w:after="0"/>
      <w:jc w:val="center"/>
    </w:pPr>
    <w:r>
      <w:rPr>
        <w:rFonts w:eastAsia="Palatino Linotype"/>
        <w:color w:val="52605A"/>
        <w:sz w:val="16"/>
        <w:szCs w:val="16"/>
        <w:rtl/>
      </w:rPr>
      <w:t xml:space="preserve">قالب مجاني من «تم» — </w:t>
    </w:r>
    <w:hyperlink r:id="rId1">
      <w:r>
        <w:rPr>
          <w:rFonts w:eastAsia="Palatino Linotype"/>
          <w:color w:val="52605A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95955" w14:textId="77777777" w:rsidR="00EB6760" w:rsidRDefault="00EB6760">
      <w:pPr>
        <w:spacing w:after="0" w:line="240" w:lineRule="auto"/>
      </w:pPr>
      <w:r>
        <w:separator/>
      </w:r>
    </w:p>
  </w:footnote>
  <w:footnote w:type="continuationSeparator" w:id="0">
    <w:p w14:paraId="25D1F850" w14:textId="77777777" w:rsidR="00EB6760" w:rsidRDefault="00EB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7665D" w14:textId="77777777" w:rsidR="00051CC3" w:rsidRDefault="00EB6760">
    <w:pPr>
      <w:pStyle w:val="Header"/>
      <w:pBdr>
        <w:bottom w:val="single" w:sz="6" w:space="4" w:color="D2E0D6"/>
      </w:pBdr>
      <w:tabs>
        <w:tab w:val="clear" w:pos="9360"/>
        <w:tab w:val="right" w:pos="9072"/>
      </w:tabs>
    </w:pPr>
    <w:r>
      <w:rPr>
        <w:rFonts w:eastAsia="Palatino Linotype"/>
        <w:color w:val="52605A"/>
        <w:sz w:val="20"/>
        <w:szCs w:val="20"/>
        <w:rtl/>
      </w:rPr>
      <w:t>تقرير مختبر — اسم المادة</w:t>
    </w:r>
    <w:r>
      <w:tab/>
    </w:r>
    <w:r>
      <w:rPr>
        <w:rFonts w:eastAsia="Palatino Linotype"/>
        <w:color w:val="52605A"/>
        <w:sz w:val="20"/>
        <w:szCs w:val="20"/>
        <w:rtl/>
      </w:rPr>
      <w:t>اسم الجامعة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8107730">
    <w:abstractNumId w:val="8"/>
  </w:num>
  <w:num w:numId="2" w16cid:durableId="918370518">
    <w:abstractNumId w:val="6"/>
  </w:num>
  <w:num w:numId="3" w16cid:durableId="1124620369">
    <w:abstractNumId w:val="5"/>
  </w:num>
  <w:num w:numId="4" w16cid:durableId="912592697">
    <w:abstractNumId w:val="4"/>
  </w:num>
  <w:num w:numId="5" w16cid:durableId="1016032329">
    <w:abstractNumId w:val="7"/>
  </w:num>
  <w:num w:numId="6" w16cid:durableId="1435858258">
    <w:abstractNumId w:val="3"/>
  </w:num>
  <w:num w:numId="7" w16cid:durableId="1955557889">
    <w:abstractNumId w:val="2"/>
  </w:num>
  <w:num w:numId="8" w16cid:durableId="1655377212">
    <w:abstractNumId w:val="1"/>
  </w:num>
  <w:num w:numId="9" w16cid:durableId="76823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CC3"/>
    <w:rsid w:val="0006063C"/>
    <w:rsid w:val="0015074B"/>
    <w:rsid w:val="0029639D"/>
    <w:rsid w:val="00326F90"/>
    <w:rsid w:val="00AA1D8D"/>
    <w:rsid w:val="00B47730"/>
    <w:rsid w:val="00CB0664"/>
    <w:rsid w:val="00E046C3"/>
    <w:rsid w:val="00EB67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A43261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Palatino Linotype" w:hAnsi="Palatino Linotyp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4D3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C6E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C6E5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EB676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B67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568</Words>
  <Characters>2879</Characters>
  <Application>Microsoft Office Word</Application>
  <DocSecurity>0</DocSecurity>
  <Lines>137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