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4340"/>
      </w:tblGrid>
      <w:tr w:rsidR="00AD0190" w14:paraId="699A101E" w14:textId="77777777">
        <w:trPr>
          <w:jc w:val="center"/>
        </w:trPr>
        <w:tc>
          <w:tcPr>
            <w:tcW w:w="5524" w:type="dxa"/>
          </w:tcPr>
          <w:p w14:paraId="48BB45E4" w14:textId="77777777" w:rsidR="00AD0190" w:rsidRDefault="00AD0190"/>
          <w:p w14:paraId="5375069B" w14:textId="77777777" w:rsidR="00AD0190" w:rsidRDefault="0021568E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وزارة التعليم العالي والبحث العلمي</w:t>
            </w:r>
          </w:p>
          <w:p w14:paraId="4B8B4CC9" w14:textId="77777777" w:rsidR="00AD0190" w:rsidRDefault="0021568E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اسم الجامعة</w:t>
            </w:r>
          </w:p>
          <w:p w14:paraId="3A0DAB1D" w14:textId="77777777" w:rsidR="00AD0190" w:rsidRDefault="0021568E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اسم الكلية</w:t>
            </w:r>
          </w:p>
          <w:p w14:paraId="396A472F" w14:textId="77777777" w:rsidR="00AD0190" w:rsidRDefault="0021568E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اسم القسم العلمي</w:t>
            </w:r>
          </w:p>
        </w:tc>
        <w:tc>
          <w:tcPr>
            <w:tcW w:w="4340" w:type="dxa"/>
          </w:tcPr>
          <w:p w14:paraId="3D39B323" w14:textId="77777777" w:rsidR="00AD0190" w:rsidRDefault="0021568E">
            <w:pPr>
              <w:spacing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3632720D" wp14:editId="484E24F4">
                  <wp:extent cx="486000" cy="4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78EC825F" wp14:editId="24527FA2">
                  <wp:extent cx="486000" cy="48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936E6" w14:textId="77777777" w:rsidR="00AD0190" w:rsidRDefault="00AD0190">
      <w:pPr>
        <w:pBdr>
          <w:bottom w:val="double" w:sz="18" w:space="4" w:color="1B2A4A"/>
        </w:pBdr>
        <w:spacing w:after="0" w:line="380" w:lineRule="exact"/>
        <w:jc w:val="both"/>
      </w:pPr>
    </w:p>
    <w:p w14:paraId="1D6BF3E4" w14:textId="77777777" w:rsidR="00AD0190" w:rsidRDefault="00AD0190">
      <w:pPr>
        <w:spacing w:after="0" w:line="560" w:lineRule="exact"/>
        <w:jc w:val="both"/>
      </w:pPr>
    </w:p>
    <w:tbl>
      <w:tblPr>
        <w:bidiVisual/>
        <w:tblW w:w="0" w:type="auto"/>
        <w:jc w:val="center"/>
        <w:tblBorders>
          <w:top w:val="single" w:sz="12" w:space="0" w:color="1B2A4A"/>
          <w:left w:val="single" w:sz="12" w:space="0" w:color="1B2A4A"/>
          <w:bottom w:val="single" w:sz="12" w:space="0" w:color="1B2A4A"/>
          <w:right w:val="single" w:sz="12" w:space="0" w:color="1B2A4A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84"/>
      </w:tblGrid>
      <w:tr w:rsidR="00AD0190" w14:paraId="2BCC66D1" w14:textId="77777777">
        <w:trPr>
          <w:jc w:val="center"/>
        </w:trPr>
        <w:tc>
          <w:tcPr>
            <w:tcW w:w="8484" w:type="dxa"/>
            <w:shd w:val="clear" w:color="auto" w:fill="F3F5FA"/>
          </w:tcPr>
          <w:p w14:paraId="51783F9A" w14:textId="77777777" w:rsidR="00AD0190" w:rsidRDefault="00AD0190"/>
          <w:p w14:paraId="0D2CE59E" w14:textId="77777777" w:rsidR="00AD0190" w:rsidRDefault="00AD0190">
            <w:pPr>
              <w:spacing w:after="0" w:line="160" w:lineRule="exact"/>
              <w:jc w:val="both"/>
            </w:pPr>
          </w:p>
          <w:p w14:paraId="0E719CBE" w14:textId="77777777" w:rsidR="00AD0190" w:rsidRDefault="0021568E">
            <w:pPr>
              <w:spacing w:after="80" w:line="440" w:lineRule="exact"/>
              <w:jc w:val="center"/>
            </w:pPr>
            <w:r>
              <w:rPr>
                <w:rFonts w:eastAsia="Times New Roman"/>
                <w:color w:val="2E4A7D"/>
                <w:sz w:val="32"/>
                <w:szCs w:val="32"/>
                <w:rtl/>
              </w:rPr>
              <w:t>تقرير مختبر — التجربة رقم (  )</w:t>
            </w:r>
          </w:p>
          <w:p w14:paraId="3796DD4C" w14:textId="77777777" w:rsidR="00AD0190" w:rsidRDefault="0021568E">
            <w:pPr>
              <w:spacing w:line="700" w:lineRule="exact"/>
              <w:jc w:val="center"/>
            </w:pPr>
            <w:r>
              <w:rPr>
                <w:rFonts w:eastAsia="Times New Roman"/>
                <w:b/>
                <w:bCs/>
                <w:color w:val="1B2A4A"/>
                <w:sz w:val="52"/>
                <w:szCs w:val="52"/>
                <w:rtl/>
              </w:rPr>
              <w:t>عنوان التجربة يُكتب هنا كما ورد في دليل المختبر</w:t>
            </w:r>
          </w:p>
          <w:p w14:paraId="31B46FE5" w14:textId="77777777" w:rsidR="00AD0190" w:rsidRDefault="0021568E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545B69"/>
                <w:rtl/>
              </w:rPr>
              <w:t>اسم المختبر</w:t>
            </w:r>
          </w:p>
          <w:p w14:paraId="72358260" w14:textId="77777777" w:rsidR="00AD0190" w:rsidRDefault="0021568E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545B69"/>
                <w:rtl/>
              </w:rPr>
              <w:t>المادة: اسم المادة</w:t>
            </w:r>
          </w:p>
          <w:p w14:paraId="09D78315" w14:textId="77777777" w:rsidR="00AD0190" w:rsidRDefault="00AD0190">
            <w:pPr>
              <w:spacing w:after="0" w:line="160" w:lineRule="exact"/>
              <w:jc w:val="both"/>
            </w:pPr>
          </w:p>
        </w:tc>
      </w:tr>
    </w:tbl>
    <w:p w14:paraId="5B911D84" w14:textId="77777777" w:rsidR="00AD0190" w:rsidRDefault="00AD0190">
      <w:pPr>
        <w:spacing w:after="0" w:line="44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5012"/>
      </w:tblGrid>
      <w:tr w:rsidR="00AD0190" w14:paraId="064E5FFD" w14:textId="77777777">
        <w:trPr>
          <w:jc w:val="center"/>
        </w:trPr>
        <w:tc>
          <w:tcPr>
            <w:tcW w:w="2358" w:type="dxa"/>
          </w:tcPr>
          <w:p w14:paraId="692636A1" w14:textId="77777777" w:rsidR="00AD0190" w:rsidRDefault="0021568E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إعداد الطالب</w:t>
            </w:r>
          </w:p>
        </w:tc>
        <w:tc>
          <w:tcPr>
            <w:tcW w:w="5012" w:type="dxa"/>
          </w:tcPr>
          <w:p w14:paraId="7A0AAAFB" w14:textId="77777777" w:rsidR="00AD0190" w:rsidRDefault="0021568E">
            <w:r>
              <w:rPr>
                <w:rFonts w:eastAsia="Times New Roman"/>
                <w:b/>
                <w:bCs/>
                <w:color w:val="1A1D24"/>
                <w:rtl/>
              </w:rPr>
              <w:t>اسم الطالب الثلاثي</w:t>
            </w:r>
          </w:p>
        </w:tc>
      </w:tr>
      <w:tr w:rsidR="00AD0190" w14:paraId="7B7C5C0B" w14:textId="77777777">
        <w:trPr>
          <w:jc w:val="center"/>
        </w:trPr>
        <w:tc>
          <w:tcPr>
            <w:tcW w:w="2358" w:type="dxa"/>
          </w:tcPr>
          <w:p w14:paraId="07C529AE" w14:textId="77777777" w:rsidR="00AD0190" w:rsidRDefault="0021568E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المرحلة</w:t>
            </w:r>
          </w:p>
        </w:tc>
        <w:tc>
          <w:tcPr>
            <w:tcW w:w="5012" w:type="dxa"/>
          </w:tcPr>
          <w:p w14:paraId="31DCB79A" w14:textId="77777777" w:rsidR="00AD0190" w:rsidRDefault="0021568E">
            <w:r>
              <w:rPr>
                <w:rFonts w:eastAsia="Times New Roman"/>
                <w:b/>
                <w:bCs/>
                <w:color w:val="1A1D24"/>
                <w:rtl/>
              </w:rPr>
              <w:t xml:space="preserve">……   </w:t>
            </w:r>
            <w:r>
              <w:rPr>
                <w:rFonts w:eastAsia="Times New Roman"/>
                <w:b/>
                <w:bCs/>
                <w:color w:val="1A1D24"/>
                <w:rtl/>
              </w:rPr>
              <w:t>الشعبة: ……</w:t>
            </w:r>
          </w:p>
        </w:tc>
      </w:tr>
      <w:tr w:rsidR="00AD0190" w14:paraId="0A760D22" w14:textId="77777777">
        <w:trPr>
          <w:jc w:val="center"/>
        </w:trPr>
        <w:tc>
          <w:tcPr>
            <w:tcW w:w="2358" w:type="dxa"/>
          </w:tcPr>
          <w:p w14:paraId="6CE40EAD" w14:textId="77777777" w:rsidR="00AD0190" w:rsidRDefault="0021568E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إشراف</w:t>
            </w:r>
          </w:p>
        </w:tc>
        <w:tc>
          <w:tcPr>
            <w:tcW w:w="5012" w:type="dxa"/>
          </w:tcPr>
          <w:p w14:paraId="0413E648" w14:textId="77777777" w:rsidR="00AD0190" w:rsidRDefault="0021568E">
            <w:r>
              <w:rPr>
                <w:rFonts w:eastAsia="Times New Roman"/>
                <w:b/>
                <w:bCs/>
                <w:color w:val="1A1D24"/>
                <w:rtl/>
              </w:rPr>
              <w:t>اسم المشرف مع اللقب العلمي</w:t>
            </w:r>
          </w:p>
        </w:tc>
      </w:tr>
      <w:tr w:rsidR="00AD0190" w14:paraId="340E49E5" w14:textId="77777777">
        <w:trPr>
          <w:jc w:val="center"/>
        </w:trPr>
        <w:tc>
          <w:tcPr>
            <w:tcW w:w="2358" w:type="dxa"/>
          </w:tcPr>
          <w:p w14:paraId="6DE294EF" w14:textId="77777777" w:rsidR="00AD0190" w:rsidRDefault="0021568E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التاريخ</w:t>
            </w:r>
          </w:p>
        </w:tc>
        <w:tc>
          <w:tcPr>
            <w:tcW w:w="5012" w:type="dxa"/>
          </w:tcPr>
          <w:p w14:paraId="28788EE2" w14:textId="77777777" w:rsidR="00AD0190" w:rsidRDefault="0021568E">
            <w:r>
              <w:rPr>
                <w:rFonts w:eastAsia="Times New Roman"/>
                <w:b/>
                <w:bCs/>
                <w:color w:val="1A1D24"/>
              </w:rPr>
              <w:t>……/……/……</w:t>
            </w:r>
          </w:p>
        </w:tc>
      </w:tr>
    </w:tbl>
    <w:p w14:paraId="2335AF35" w14:textId="77777777" w:rsidR="00AD0190" w:rsidRDefault="0021568E">
      <w:pPr>
        <w:spacing w:before="120" w:line="320" w:lineRule="exact"/>
        <w:jc w:val="center"/>
      </w:pPr>
      <w:r>
        <w:rPr>
          <w:rFonts w:eastAsia="Times New Roman"/>
          <w:color w:val="545B69"/>
          <w:sz w:val="24"/>
          <w:szCs w:val="24"/>
          <w:rtl/>
        </w:rPr>
        <w:t>العام الدراسي 2026 – 2027</w:t>
      </w:r>
    </w:p>
    <w:p w14:paraId="5D8F5600" w14:textId="77777777" w:rsidR="00AD0190" w:rsidRDefault="0021568E">
      <w:pPr>
        <w:keepNext/>
        <w:pageBreakBefore/>
        <w:pBdr>
          <w:top w:val="single" w:sz="12" w:space="4" w:color="1B2A4A"/>
          <w:bottom w:val="single" w:sz="4" w:space="4" w:color="A68A2E"/>
        </w:pBdr>
        <w:spacing w:before="320"/>
      </w:pPr>
      <w:r>
        <w:rPr>
          <w:rFonts w:eastAsia="Times New Roman"/>
          <w:b/>
          <w:bCs/>
          <w:color w:val="1B2A4A"/>
          <w:sz w:val="36"/>
          <w:szCs w:val="36"/>
          <w:rtl/>
        </w:rPr>
        <w:lastRenderedPageBreak/>
        <w:t>المحتويات</w:t>
      </w:r>
    </w:p>
    <w:p w14:paraId="76CB48D2" w14:textId="59523A96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246" w:history="1">
        <w:r w:rsidRPr="00476634">
          <w:rPr>
            <w:rStyle w:val="Hyperlink"/>
            <w:rFonts w:eastAsia="Times New Roman"/>
            <w:noProof/>
            <w:rtl/>
          </w:rPr>
          <w:t xml:space="preserve">1   </w:t>
        </w:r>
        <w:r w:rsidRPr="00476634">
          <w:rPr>
            <w:rStyle w:val="Hyperlink"/>
            <w:rFonts w:eastAsia="Times New Roman" w:hint="eastAsia"/>
            <w:noProof/>
            <w:rtl/>
          </w:rPr>
          <w:t>الهدف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من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Toc241685246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FB5867D" w14:textId="459CBB94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47" w:history="1">
        <w:r w:rsidRPr="00476634">
          <w:rPr>
            <w:rStyle w:val="Hyperlink"/>
            <w:rFonts w:eastAsia="Times New Roman"/>
            <w:noProof/>
            <w:rtl/>
          </w:rPr>
          <w:t xml:space="preserve">2   </w:t>
        </w:r>
        <w:r w:rsidRPr="00476634">
          <w:rPr>
            <w:rStyle w:val="Hyperlink"/>
            <w:rFonts w:eastAsia="Times New Roman" w:hint="eastAsia"/>
            <w:noProof/>
            <w:rtl/>
          </w:rPr>
          <w:t>الأجهزة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والمواد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Toc241685247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1F56053" w14:textId="4F2BAF5E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48" w:history="1">
        <w:r w:rsidRPr="00476634">
          <w:rPr>
            <w:rStyle w:val="Hyperlink"/>
            <w:rFonts w:eastAsia="Times New Roman"/>
            <w:noProof/>
            <w:rtl/>
          </w:rPr>
          <w:t xml:space="preserve">3   </w:t>
        </w:r>
        <w:r w:rsidRPr="00476634">
          <w:rPr>
            <w:rStyle w:val="Hyperlink"/>
            <w:rFonts w:eastAsia="Times New Roman" w:hint="eastAsia"/>
            <w:noProof/>
            <w:rtl/>
          </w:rPr>
          <w:t>الأساس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Toc241685248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D7D0DD1" w14:textId="0ACC3C77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49" w:history="1">
        <w:r w:rsidRPr="00476634">
          <w:rPr>
            <w:rStyle w:val="Hyperlink"/>
            <w:rFonts w:eastAsia="Times New Roman"/>
            <w:noProof/>
            <w:rtl/>
          </w:rPr>
          <w:t xml:space="preserve">4   </w:t>
        </w:r>
        <w:r w:rsidRPr="00476634">
          <w:rPr>
            <w:rStyle w:val="Hyperlink"/>
            <w:rFonts w:eastAsia="Times New Roman" w:hint="eastAsia"/>
            <w:noProof/>
            <w:rtl/>
          </w:rPr>
          <w:t>خطوات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Toc241685249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187F793" w14:textId="2FFA7A83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50" w:history="1">
        <w:r w:rsidRPr="00476634">
          <w:rPr>
            <w:rStyle w:val="Hyperlink"/>
            <w:rFonts w:eastAsia="Times New Roman"/>
            <w:noProof/>
            <w:rtl/>
          </w:rPr>
          <w:t xml:space="preserve">5   </w:t>
        </w:r>
        <w:r w:rsidRPr="00476634">
          <w:rPr>
            <w:rStyle w:val="Hyperlink"/>
            <w:rFonts w:eastAsia="Times New Roman" w:hint="eastAsia"/>
            <w:noProof/>
            <w:rtl/>
          </w:rPr>
          <w:t>المخطط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Toc241685250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78318469" w14:textId="30E5EE24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51" w:history="1">
        <w:r w:rsidRPr="00476634">
          <w:rPr>
            <w:rStyle w:val="Hyperlink"/>
            <w:rFonts w:eastAsia="Times New Roman"/>
            <w:noProof/>
            <w:rtl/>
          </w:rPr>
          <w:t xml:space="preserve">6   </w:t>
        </w:r>
        <w:r w:rsidRPr="00476634">
          <w:rPr>
            <w:rStyle w:val="Hyperlink"/>
            <w:rFonts w:eastAsia="Times New Roman" w:hint="eastAsia"/>
            <w:noProof/>
            <w:rtl/>
          </w:rPr>
          <w:t>النتائج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Toc241685251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1EB1B153" w14:textId="26FF1E43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52" w:history="1">
        <w:r w:rsidRPr="00476634">
          <w:rPr>
            <w:rStyle w:val="Hyperlink"/>
            <w:rFonts w:eastAsia="Times New Roman"/>
            <w:noProof/>
            <w:rtl/>
          </w:rPr>
          <w:t xml:space="preserve">7   </w:t>
        </w:r>
        <w:r w:rsidRPr="00476634">
          <w:rPr>
            <w:rStyle w:val="Hyperlink"/>
            <w:rFonts w:eastAsia="Times New Roman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Toc241685252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1EC7653" w14:textId="3944F0C0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53" w:history="1">
        <w:r w:rsidRPr="00476634">
          <w:rPr>
            <w:rStyle w:val="Hyperlink"/>
            <w:rFonts w:eastAsia="Times New Roman"/>
            <w:noProof/>
            <w:rtl/>
          </w:rPr>
          <w:t xml:space="preserve">8   </w:t>
        </w:r>
        <w:r w:rsidRPr="00476634">
          <w:rPr>
            <w:rStyle w:val="Hyperlink"/>
            <w:rFonts w:eastAsia="Times New Roman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Toc241685253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7841856" w14:textId="6C2EE735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54" w:history="1">
        <w:r w:rsidRPr="00476634">
          <w:rPr>
            <w:rStyle w:val="Hyperlink"/>
            <w:rFonts w:eastAsia="Times New Roman"/>
            <w:noProof/>
            <w:rtl/>
          </w:rPr>
          <w:t xml:space="preserve">9   </w:t>
        </w:r>
        <w:r w:rsidRPr="00476634">
          <w:rPr>
            <w:rStyle w:val="Hyperlink"/>
            <w:rFonts w:eastAsia="Times New Roman" w:hint="eastAsia"/>
            <w:noProof/>
            <w:rtl/>
          </w:rPr>
          <w:t>مصادر</w:t>
        </w:r>
        <w:r w:rsidRPr="00476634">
          <w:rPr>
            <w:rStyle w:val="Hyperlink"/>
            <w:rFonts w:eastAsia="Times New Roman"/>
            <w:noProof/>
            <w:rtl/>
          </w:rPr>
          <w:t xml:space="preserve"> </w:t>
        </w:r>
        <w:r w:rsidRPr="00476634">
          <w:rPr>
            <w:rStyle w:val="Hyperlink"/>
            <w:rFonts w:eastAsia="Times New Roman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Toc241685254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1A647F9" w14:textId="0C25D955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55" w:history="1">
        <w:r w:rsidRPr="00476634">
          <w:rPr>
            <w:rStyle w:val="Hyperlink"/>
            <w:rFonts w:eastAsia="Times New Roman"/>
            <w:noProof/>
            <w:rtl/>
          </w:rPr>
          <w:t xml:space="preserve">10   </w:t>
        </w:r>
        <w:r w:rsidRPr="00476634">
          <w:rPr>
            <w:rStyle w:val="Hyperlink"/>
            <w:rFonts w:eastAsia="Times New Roman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Toc241685255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13240628" w14:textId="079D2263" w:rsidR="0021568E" w:rsidRDefault="002156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56" w:history="1">
        <w:r w:rsidRPr="00476634">
          <w:rPr>
            <w:rStyle w:val="Hyperlink"/>
            <w:rFonts w:eastAsia="Times New Roman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Toc241685256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EE31E5B" w14:textId="680CF92E" w:rsidR="00AD0190" w:rsidRDefault="0021568E">
      <w:r>
        <w:rPr>
          <w:rFonts w:eastAsia="Times New Roman"/>
        </w:rPr>
        <w:fldChar w:fldCharType="end"/>
      </w:r>
    </w:p>
    <w:p w14:paraId="4A107987" w14:textId="77777777" w:rsidR="00AD0190" w:rsidRDefault="00AD0190">
      <w:pPr>
        <w:sectPr w:rsidR="00AD0190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dashed" w:sz="8" w:space="0" w:color="1B2A4A"/>
          <w:left w:val="dashed" w:sz="8" w:space="0" w:color="1B2A4A"/>
          <w:bottom w:val="dashed" w:sz="8" w:space="0" w:color="1B2A4A"/>
          <w:right w:val="dashed" w:sz="8" w:space="0" w:color="1B2A4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AD0190" w14:paraId="455B7767" w14:textId="77777777">
        <w:trPr>
          <w:jc w:val="center"/>
        </w:trPr>
        <w:tc>
          <w:tcPr>
            <w:tcW w:w="9071" w:type="dxa"/>
          </w:tcPr>
          <w:p w14:paraId="7512FC2B" w14:textId="77777777" w:rsidR="00AD0190" w:rsidRDefault="0021568E">
            <w:pPr>
              <w:jc w:val="both"/>
            </w:pPr>
            <w:r>
              <w:rPr>
                <w:rFonts w:eastAsia="Times New Roman"/>
                <w:b/>
                <w:bCs/>
                <w:color w:val="1B2A4A"/>
                <w:rtl/>
              </w:rPr>
              <w:lastRenderedPageBreak/>
              <w:t>طريقة استخدام القالب — احذف هذا المربع قبل الطباعة</w:t>
            </w:r>
          </w:p>
          <w:p w14:paraId="7460EC70" w14:textId="77777777" w:rsidR="00AD0190" w:rsidRDefault="0021568E">
            <w:pPr>
              <w:jc w:val="both"/>
            </w:pPr>
            <w:r>
              <w:rPr>
                <w:rFonts w:eastAsia="Times New Roman"/>
                <w:color w:val="1A1D24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Times New Roman"/>
                <w:color w:val="1A1D24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610087DA" w14:textId="77777777" w:rsidR="00AD0190" w:rsidRDefault="00AD0190">
      <w:pPr>
        <w:spacing w:after="40"/>
        <w:jc w:val="both"/>
      </w:pPr>
    </w:p>
    <w:p w14:paraId="6C68A370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0" w:name="_Toc241685246"/>
      <w:r>
        <w:rPr>
          <w:rFonts w:ascii="Times New Roman" w:eastAsia="Times New Roman" w:hAnsi="Times New Roman" w:cs="Times New Roman"/>
          <w:sz w:val="36"/>
          <w:szCs w:val="36"/>
          <w:rtl/>
        </w:rPr>
        <w:t>1   الهدف من التجربة</w:t>
      </w:r>
      <w:bookmarkEnd w:id="0"/>
    </w:p>
    <w:p w14:paraId="0552F973" w14:textId="77777777" w:rsidR="00AD0190" w:rsidRDefault="0021568E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>اكتب في سطرين أو ثلاثة الغرض من إجراء التجربة والكمية أو الظاهرة المطلوب التحقق منها.</w:t>
      </w:r>
    </w:p>
    <w:p w14:paraId="5B386AB2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1" w:name="_Toc241685247"/>
      <w:r>
        <w:rPr>
          <w:rFonts w:ascii="Times New Roman" w:eastAsia="Times New Roman" w:hAnsi="Times New Roman" w:cs="Times New Roman"/>
          <w:sz w:val="36"/>
          <w:szCs w:val="36"/>
          <w:rtl/>
        </w:rPr>
        <w:t>2   الأجهزة والمواد المستخدمة</w:t>
      </w:r>
      <w:bookmarkEnd w:id="1"/>
    </w:p>
    <w:p w14:paraId="1E62182A" w14:textId="77777777" w:rsidR="00AD0190" w:rsidRDefault="0021568E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اذكر كل جهاز باسمه ومداه ودقّته إن وُجدت — فالمشرف يحسب لك هذا.</w:t>
      </w:r>
    </w:p>
    <w:p w14:paraId="3445D382" w14:textId="77777777" w:rsidR="00AD0190" w:rsidRDefault="0021568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ab/>
      </w:r>
      <w:r>
        <w:rPr>
          <w:rFonts w:eastAsia="Times New Roman"/>
          <w:color w:val="1A1D24"/>
          <w:rtl/>
        </w:rPr>
        <w:t>الجهاز الأول (المدى والدقة)</w:t>
      </w:r>
    </w:p>
    <w:p w14:paraId="75CFEA4E" w14:textId="77777777" w:rsidR="00AD0190" w:rsidRDefault="0021568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ab/>
      </w:r>
      <w:r>
        <w:rPr>
          <w:rFonts w:eastAsia="Times New Roman"/>
          <w:color w:val="1A1D24"/>
          <w:rtl/>
        </w:rPr>
        <w:t>الجهاز الثاني (المدى والدقة)</w:t>
      </w:r>
    </w:p>
    <w:p w14:paraId="445CA87F" w14:textId="77777777" w:rsidR="00AD0190" w:rsidRDefault="0021568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ab/>
      </w:r>
      <w:r>
        <w:rPr>
          <w:rFonts w:eastAsia="Times New Roman"/>
          <w:color w:val="1A1D24"/>
          <w:rtl/>
        </w:rPr>
        <w:t>أسلاك التوصيل والمواد الأخرى</w:t>
      </w:r>
    </w:p>
    <w:p w14:paraId="31B8FB36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2" w:name="_Toc241685248"/>
      <w:r>
        <w:rPr>
          <w:rFonts w:ascii="Times New Roman" w:eastAsia="Times New Roman" w:hAnsi="Times New Roman" w:cs="Times New Roman"/>
          <w:sz w:val="36"/>
          <w:szCs w:val="36"/>
          <w:rtl/>
        </w:rPr>
        <w:t>3   الأساس النظري</w:t>
      </w:r>
      <w:bookmarkEnd w:id="2"/>
    </w:p>
    <w:p w14:paraId="208A0FC0" w14:textId="77777777" w:rsidR="00AD0190" w:rsidRDefault="0021568E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 xml:space="preserve">اشرح القانون أو النظرية التي </w:t>
      </w:r>
      <w:r>
        <w:rPr>
          <w:rFonts w:eastAsia="Times New Roman"/>
          <w:color w:val="545B69"/>
          <w:sz w:val="26"/>
          <w:szCs w:val="26"/>
          <w:rtl/>
        </w:rPr>
        <w:t>تقوم عليها التجربة، واكتب المعادلات مع تعريف كل رمز ووحدته. مثال لمعادلة قابلة للتعديل:</w:t>
      </w:r>
    </w:p>
    <w:p w14:paraId="6B8AF703" w14:textId="77777777" w:rsidR="00AD0190" w:rsidRDefault="0021568E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Times New Roman"/>
          <w:color w:val="1A1D24"/>
        </w:rPr>
        <w:tab/>
        <w:t>(1)</w:t>
      </w:r>
    </w:p>
    <w:p w14:paraId="4D332C1E" w14:textId="77777777" w:rsidR="00AD0190" w:rsidRDefault="0021568E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3F3068D2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3" w:name="_Toc241685249"/>
      <w:r>
        <w:rPr>
          <w:rFonts w:ascii="Times New Roman" w:eastAsia="Times New Roman" w:hAnsi="Times New Roman" w:cs="Times New Roman"/>
          <w:sz w:val="36"/>
          <w:szCs w:val="36"/>
          <w:rtl/>
        </w:rPr>
        <w:t>4   خطوات العمل</w:t>
      </w:r>
      <w:bookmarkEnd w:id="3"/>
    </w:p>
    <w:p w14:paraId="3F3205AC" w14:textId="77777777" w:rsidR="00AD0190" w:rsidRDefault="0021568E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7D1078F6" w14:textId="77777777" w:rsidR="00AD0190" w:rsidRDefault="0021568E">
      <w:pPr>
        <w:spacing w:after="40"/>
        <w:ind w:right="510" w:hanging="340"/>
      </w:pPr>
      <w:r>
        <w:rPr>
          <w:rFonts w:eastAsia="Times New Roman"/>
          <w:b/>
          <w:bCs/>
          <w:color w:val="1B2A4A"/>
          <w:rtl/>
        </w:rPr>
        <w:t>1.</w:t>
      </w:r>
      <w:r>
        <w:rPr>
          <w:rFonts w:eastAsia="Times New Roman"/>
          <w:b/>
          <w:bCs/>
          <w:color w:val="1B2A4A"/>
          <w:rtl/>
        </w:rPr>
        <w:tab/>
      </w:r>
      <w:r>
        <w:rPr>
          <w:rFonts w:eastAsia="Times New Roman"/>
          <w:color w:val="1A1D24"/>
          <w:rtl/>
        </w:rPr>
        <w:t>الخطوة الأولى.</w:t>
      </w:r>
    </w:p>
    <w:p w14:paraId="7BFD81A1" w14:textId="77777777" w:rsidR="00AD0190" w:rsidRDefault="0021568E">
      <w:pPr>
        <w:spacing w:after="40"/>
        <w:ind w:right="510" w:hanging="340"/>
      </w:pPr>
      <w:r>
        <w:rPr>
          <w:rFonts w:eastAsia="Times New Roman"/>
          <w:b/>
          <w:bCs/>
          <w:color w:val="1B2A4A"/>
          <w:rtl/>
        </w:rPr>
        <w:t>2.</w:t>
      </w:r>
      <w:r>
        <w:rPr>
          <w:rFonts w:eastAsia="Times New Roman"/>
          <w:b/>
          <w:bCs/>
          <w:color w:val="1B2A4A"/>
          <w:rtl/>
        </w:rPr>
        <w:tab/>
      </w:r>
      <w:r>
        <w:rPr>
          <w:rFonts w:eastAsia="Times New Roman"/>
          <w:color w:val="1A1D24"/>
          <w:rtl/>
        </w:rPr>
        <w:t>الخطوة الثانية.</w:t>
      </w:r>
    </w:p>
    <w:p w14:paraId="4762FEE4" w14:textId="77777777" w:rsidR="00AD0190" w:rsidRDefault="0021568E">
      <w:pPr>
        <w:spacing w:after="40"/>
        <w:ind w:right="510" w:hanging="340"/>
      </w:pPr>
      <w:r>
        <w:rPr>
          <w:rFonts w:eastAsia="Times New Roman"/>
          <w:b/>
          <w:bCs/>
          <w:color w:val="1B2A4A"/>
          <w:rtl/>
        </w:rPr>
        <w:lastRenderedPageBreak/>
        <w:t>3.</w:t>
      </w:r>
      <w:r>
        <w:rPr>
          <w:rFonts w:eastAsia="Times New Roman"/>
          <w:b/>
          <w:bCs/>
          <w:color w:val="1B2A4A"/>
          <w:rtl/>
        </w:rPr>
        <w:tab/>
      </w:r>
      <w:r>
        <w:rPr>
          <w:rFonts w:eastAsia="Times New Roman"/>
          <w:color w:val="1A1D24"/>
          <w:rtl/>
        </w:rPr>
        <w:t>الخطوة الثالثة.</w:t>
      </w:r>
    </w:p>
    <w:p w14:paraId="3BD93EFB" w14:textId="77777777" w:rsidR="00AD0190" w:rsidRDefault="0021568E">
      <w:pPr>
        <w:spacing w:after="40"/>
        <w:ind w:right="510" w:hanging="340"/>
      </w:pPr>
      <w:r>
        <w:rPr>
          <w:rFonts w:eastAsia="Times New Roman"/>
          <w:b/>
          <w:bCs/>
          <w:color w:val="1B2A4A"/>
          <w:rtl/>
        </w:rPr>
        <w:t>4.</w:t>
      </w:r>
      <w:r>
        <w:rPr>
          <w:rFonts w:eastAsia="Times New Roman"/>
          <w:b/>
          <w:bCs/>
          <w:color w:val="1B2A4A"/>
          <w:rtl/>
        </w:rPr>
        <w:tab/>
      </w:r>
      <w:r>
        <w:rPr>
          <w:rFonts w:eastAsia="Times New Roman"/>
          <w:color w:val="1A1D24"/>
          <w:rtl/>
        </w:rPr>
        <w:t>الخطوة الرابعة.</w:t>
      </w:r>
    </w:p>
    <w:p w14:paraId="1851E7F8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4" w:name="_Toc241685250"/>
      <w:r>
        <w:rPr>
          <w:rFonts w:ascii="Times New Roman" w:eastAsia="Times New Roman" w:hAnsi="Times New Roman" w:cs="Times New Roman"/>
          <w:sz w:val="36"/>
          <w:szCs w:val="36"/>
          <w:rtl/>
        </w:rPr>
        <w:t>5   المخطط العملي</w:t>
      </w:r>
      <w:bookmarkEnd w:id="4"/>
    </w:p>
    <w:p w14:paraId="193CE532" w14:textId="77777777" w:rsidR="00AD0190" w:rsidRDefault="0021568E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5031694F" w14:textId="77777777" w:rsidR="00AD0190" w:rsidRDefault="0021568E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BF72CEA" wp14:editId="2482D64A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1D3BE" w14:textId="77777777" w:rsidR="00AD0190" w:rsidRDefault="0021568E">
      <w:pPr>
        <w:pBdr>
          <w:top w:val="single" w:sz="4" w:space="4" w:color="D5DBE8"/>
        </w:pBdr>
        <w:spacing w:before="40" w:after="160"/>
        <w:jc w:val="center"/>
      </w:pPr>
      <w:r>
        <w:rPr>
          <w:rFonts w:eastAsia="Times New Roman"/>
          <w:b/>
          <w:bCs/>
          <w:color w:val="1B2A4A"/>
          <w:sz w:val="24"/>
          <w:szCs w:val="24"/>
          <w:rtl/>
        </w:rPr>
        <w:t xml:space="preserve">الشكل (1): </w:t>
      </w:r>
      <w:r>
        <w:rPr>
          <w:rFonts w:eastAsia="Times New Roman"/>
          <w:color w:val="1A1D24"/>
          <w:sz w:val="24"/>
          <w:szCs w:val="24"/>
          <w:rtl/>
        </w:rPr>
        <w:t xml:space="preserve">مخطط </w:t>
      </w:r>
      <w:r>
        <w:rPr>
          <w:rFonts w:eastAsia="Times New Roman"/>
          <w:color w:val="1A1D24"/>
          <w:sz w:val="24"/>
          <w:szCs w:val="24"/>
          <w:rtl/>
        </w:rPr>
        <w:t>الدائرة أو الجهاز المستخدم في التجربة</w:t>
      </w:r>
    </w:p>
    <w:p w14:paraId="6544E3E8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5" w:name="_Toc241685251"/>
      <w:r>
        <w:rPr>
          <w:rFonts w:ascii="Times New Roman" w:eastAsia="Times New Roman" w:hAnsi="Times New Roman" w:cs="Times New Roman"/>
          <w:sz w:val="36"/>
          <w:szCs w:val="36"/>
          <w:rtl/>
        </w:rPr>
        <w:t>6   النتائج والقراءات</w:t>
      </w:r>
      <w:bookmarkEnd w:id="5"/>
    </w:p>
    <w:p w14:paraId="1EE82ADA" w14:textId="77777777" w:rsidR="00AD0190" w:rsidRDefault="0021568E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ضع القراءات في جدول مع الوحدات في رأس العمود لا داخل الخلايا.</w:t>
      </w:r>
    </w:p>
    <w:p w14:paraId="4BC0B26E" w14:textId="77777777" w:rsidR="00AD0190" w:rsidRDefault="0021568E">
      <w:pPr>
        <w:keepNext/>
        <w:pBdr>
          <w:top w:val="single" w:sz="4" w:space="4" w:color="D5DBE8"/>
        </w:pBdr>
        <w:spacing w:before="40" w:after="80"/>
        <w:jc w:val="center"/>
      </w:pPr>
      <w:r>
        <w:rPr>
          <w:rFonts w:eastAsia="Times New Roman"/>
          <w:b/>
          <w:bCs/>
          <w:color w:val="1B2A4A"/>
          <w:sz w:val="24"/>
          <w:szCs w:val="24"/>
          <w:rtl/>
        </w:rPr>
        <w:t xml:space="preserve">الجدول (1): </w:t>
      </w:r>
      <w:r>
        <w:rPr>
          <w:rFonts w:eastAsia="Times New Roman"/>
          <w:color w:val="1A1D24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D5DBE8"/>
          <w:right w:val="nil"/>
          <w:insideH w:val="single" w:sz="4" w:space="0" w:color="D5DB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AD0190" w14:paraId="0FC05DA7" w14:textId="77777777">
        <w:trPr>
          <w:cantSplit/>
          <w:tblHeader/>
          <w:jc w:val="center"/>
        </w:trPr>
        <w:tc>
          <w:tcPr>
            <w:tcW w:w="737" w:type="dxa"/>
            <w:shd w:val="clear" w:color="auto" w:fill="2E4A7D"/>
          </w:tcPr>
          <w:p w14:paraId="3A89F982" w14:textId="77777777" w:rsidR="00AD0190" w:rsidRDefault="0021568E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2E4A7D"/>
          </w:tcPr>
          <w:p w14:paraId="5A35B802" w14:textId="77777777" w:rsidR="00AD0190" w:rsidRDefault="0021568E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2E4A7D"/>
          </w:tcPr>
          <w:p w14:paraId="59E0FF04" w14:textId="77777777" w:rsidR="00AD0190" w:rsidRDefault="0021568E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2E4A7D"/>
          </w:tcPr>
          <w:p w14:paraId="27A41193" w14:textId="77777777" w:rsidR="00AD0190" w:rsidRDefault="0021568E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2E4A7D"/>
          </w:tcPr>
          <w:p w14:paraId="5C42F510" w14:textId="77777777" w:rsidR="00AD0190" w:rsidRDefault="0021568E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المعدل</w:t>
            </w:r>
          </w:p>
        </w:tc>
      </w:tr>
      <w:tr w:rsidR="00AD0190" w14:paraId="25484426" w14:textId="77777777">
        <w:trPr>
          <w:cantSplit/>
          <w:jc w:val="center"/>
        </w:trPr>
        <w:tc>
          <w:tcPr>
            <w:tcW w:w="737" w:type="dxa"/>
          </w:tcPr>
          <w:p w14:paraId="61D5864A" w14:textId="77777777" w:rsidR="00AD0190" w:rsidRDefault="0021568E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578DAEAE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1733554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BD1DBD6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CEB988D" w14:textId="77777777" w:rsidR="00AD0190" w:rsidRDefault="00AD0190">
            <w:pPr>
              <w:keepNext/>
              <w:spacing w:before="20" w:after="20"/>
              <w:jc w:val="center"/>
            </w:pPr>
          </w:p>
        </w:tc>
      </w:tr>
      <w:tr w:rsidR="00AD0190" w14:paraId="278E6B02" w14:textId="77777777">
        <w:trPr>
          <w:cantSplit/>
          <w:jc w:val="center"/>
        </w:trPr>
        <w:tc>
          <w:tcPr>
            <w:tcW w:w="737" w:type="dxa"/>
          </w:tcPr>
          <w:p w14:paraId="606B2112" w14:textId="77777777" w:rsidR="00AD0190" w:rsidRDefault="0021568E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08E0A362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CE89309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15D8F17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D4768DB" w14:textId="77777777" w:rsidR="00AD0190" w:rsidRDefault="00AD0190">
            <w:pPr>
              <w:keepNext/>
              <w:spacing w:before="20" w:after="20"/>
              <w:jc w:val="center"/>
            </w:pPr>
          </w:p>
        </w:tc>
      </w:tr>
      <w:tr w:rsidR="00AD0190" w14:paraId="29691BE9" w14:textId="77777777">
        <w:trPr>
          <w:cantSplit/>
          <w:jc w:val="center"/>
        </w:trPr>
        <w:tc>
          <w:tcPr>
            <w:tcW w:w="737" w:type="dxa"/>
          </w:tcPr>
          <w:p w14:paraId="1DABF037" w14:textId="77777777" w:rsidR="00AD0190" w:rsidRDefault="0021568E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682B2234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9CC15E2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57055A6" w14:textId="77777777" w:rsidR="00AD0190" w:rsidRDefault="00AD019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1926CEA" w14:textId="77777777" w:rsidR="00AD0190" w:rsidRDefault="00AD0190">
            <w:pPr>
              <w:keepNext/>
              <w:spacing w:before="20" w:after="20"/>
              <w:jc w:val="center"/>
            </w:pPr>
          </w:p>
        </w:tc>
      </w:tr>
      <w:tr w:rsidR="00AD0190" w14:paraId="0F8F8CE4" w14:textId="77777777">
        <w:trPr>
          <w:cantSplit/>
          <w:jc w:val="center"/>
        </w:trPr>
        <w:tc>
          <w:tcPr>
            <w:tcW w:w="737" w:type="dxa"/>
          </w:tcPr>
          <w:p w14:paraId="40607763" w14:textId="77777777" w:rsidR="00AD0190" w:rsidRDefault="0021568E">
            <w:pPr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4FD0DE37" w14:textId="77777777" w:rsidR="00AD0190" w:rsidRDefault="00AD019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AE9C83D" w14:textId="77777777" w:rsidR="00AD0190" w:rsidRDefault="00AD019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5B380FD" w14:textId="77777777" w:rsidR="00AD0190" w:rsidRDefault="00AD019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22681F90" w14:textId="77777777" w:rsidR="00AD0190" w:rsidRDefault="00AD0190">
            <w:pPr>
              <w:spacing w:before="20" w:after="20"/>
              <w:jc w:val="center"/>
            </w:pPr>
          </w:p>
        </w:tc>
      </w:tr>
    </w:tbl>
    <w:p w14:paraId="111CB570" w14:textId="77777777" w:rsidR="00AD0190" w:rsidRDefault="00AD0190">
      <w:pPr>
        <w:spacing w:after="40"/>
        <w:jc w:val="both"/>
      </w:pPr>
    </w:p>
    <w:p w14:paraId="15693C6B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6" w:name="_Toc241685252"/>
      <w:r>
        <w:rPr>
          <w:rFonts w:ascii="Times New Roman" w:eastAsia="Times New Roman" w:hAnsi="Times New Roman" w:cs="Times New Roman"/>
          <w:sz w:val="36"/>
          <w:szCs w:val="36"/>
          <w:rtl/>
        </w:rPr>
        <w:lastRenderedPageBreak/>
        <w:t>7   الحسابات</w:t>
      </w:r>
      <w:bookmarkEnd w:id="6"/>
    </w:p>
    <w:p w14:paraId="013F873A" w14:textId="77777777" w:rsidR="00AD0190" w:rsidRDefault="0021568E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7D3371F1" w14:textId="77777777" w:rsidR="00AD0190" w:rsidRDefault="0021568E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Times New Roman"/>
          <w:color w:val="1A1D24"/>
        </w:rPr>
        <w:tab/>
        <w:t>(2)</w:t>
      </w:r>
    </w:p>
    <w:p w14:paraId="39A71B65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7" w:name="_Toc241685253"/>
      <w:r>
        <w:rPr>
          <w:rFonts w:ascii="Times New Roman" w:eastAsia="Times New Roman" w:hAnsi="Times New Roman" w:cs="Times New Roman"/>
          <w:sz w:val="36"/>
          <w:szCs w:val="36"/>
          <w:rtl/>
        </w:rPr>
        <w:t>8   المناقشة</w:t>
      </w:r>
      <w:bookmarkEnd w:id="7"/>
    </w:p>
    <w:p w14:paraId="5AD2C5D6" w14:textId="77777777" w:rsidR="00AD0190" w:rsidRDefault="0021568E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>قارن نتيجتك بالقيمة النظرية وفسّر الفرق. هذا القسم هو الذي يميّز التقرير الجيّد من الضعيف.</w:t>
      </w:r>
    </w:p>
    <w:p w14:paraId="62FC7BE8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8" w:name="_Toc241685254"/>
      <w:r>
        <w:rPr>
          <w:rFonts w:ascii="Times New Roman" w:eastAsia="Times New Roman" w:hAnsi="Times New Roman" w:cs="Times New Roman"/>
          <w:sz w:val="36"/>
          <w:szCs w:val="36"/>
          <w:rtl/>
        </w:rPr>
        <w:t xml:space="preserve">9   </w:t>
      </w:r>
      <w:r>
        <w:rPr>
          <w:rFonts w:ascii="Times New Roman" w:eastAsia="Times New Roman" w:hAnsi="Times New Roman" w:cs="Times New Roman"/>
          <w:sz w:val="36"/>
          <w:szCs w:val="36"/>
          <w:rtl/>
        </w:rPr>
        <w:t>مصادر الخطأ</w:t>
      </w:r>
      <w:bookmarkEnd w:id="8"/>
    </w:p>
    <w:p w14:paraId="0B2A52F8" w14:textId="77777777" w:rsidR="00AD0190" w:rsidRDefault="0021568E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71BDA5D8" w14:textId="77777777" w:rsidR="00AD0190" w:rsidRDefault="0021568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ab/>
      </w:r>
      <w:r>
        <w:rPr>
          <w:rFonts w:eastAsia="Times New Roman"/>
          <w:color w:val="1A1D24"/>
          <w:rtl/>
        </w:rPr>
        <w:t>خطأ في قراءة الأجهزة.</w:t>
      </w:r>
    </w:p>
    <w:p w14:paraId="139040B0" w14:textId="77777777" w:rsidR="00AD0190" w:rsidRDefault="0021568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ab/>
      </w:r>
      <w:r>
        <w:rPr>
          <w:rFonts w:eastAsia="Times New Roman"/>
          <w:color w:val="1A1D24"/>
          <w:rtl/>
        </w:rPr>
        <w:t>مقاومة أسلاك التوصيل أو تغيّر الظروف المحيطة.</w:t>
      </w:r>
    </w:p>
    <w:p w14:paraId="200E6519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9" w:name="_Toc241685255"/>
      <w:r>
        <w:rPr>
          <w:rFonts w:ascii="Times New Roman" w:eastAsia="Times New Roman" w:hAnsi="Times New Roman" w:cs="Times New Roman"/>
          <w:sz w:val="36"/>
          <w:szCs w:val="36"/>
          <w:rtl/>
        </w:rPr>
        <w:t>10   الاستنتاج</w:t>
      </w:r>
      <w:bookmarkEnd w:id="9"/>
    </w:p>
    <w:p w14:paraId="63493CA8" w14:textId="77777777" w:rsidR="00AD0190" w:rsidRDefault="0021568E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>فقرة واحدة تجيب صراحةً عن الهدف المذكور في البداية: هل تحقّق أم لا ولماذا.</w:t>
      </w:r>
    </w:p>
    <w:p w14:paraId="0BA8EB4D" w14:textId="77777777" w:rsidR="00AD0190" w:rsidRDefault="0021568E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10" w:name="_Toc241685256"/>
      <w:r>
        <w:rPr>
          <w:rFonts w:ascii="Times New Roman" w:eastAsia="Times New Roman" w:hAnsi="Times New Roman" w:cs="Times New Roman"/>
          <w:sz w:val="36"/>
          <w:szCs w:val="36"/>
          <w:rtl/>
        </w:rPr>
        <w:t>المصادر</w:t>
      </w:r>
      <w:bookmarkEnd w:id="10"/>
    </w:p>
    <w:p w14:paraId="6A579C85" w14:textId="77777777" w:rsidR="00AD0190" w:rsidRDefault="0021568E">
      <w:pPr>
        <w:keepNext/>
        <w:spacing w:after="80"/>
        <w:ind w:right="510" w:hanging="510"/>
      </w:pPr>
      <w:r>
        <w:rPr>
          <w:rFonts w:eastAsia="Times New Roman"/>
          <w:color w:val="1A1D24"/>
          <w:sz w:val="26"/>
          <w:szCs w:val="26"/>
          <w:rtl/>
        </w:rPr>
        <w:t xml:space="preserve">[1] اسم المؤلف، </w:t>
      </w:r>
      <w:r>
        <w:rPr>
          <w:rFonts w:eastAsia="Times New Roman"/>
          <w:i/>
          <w:color w:val="1A1D24"/>
          <w:sz w:val="26"/>
          <w:szCs w:val="26"/>
          <w:rtl/>
        </w:rPr>
        <w:t>عنوان الكتاب</w:t>
      </w:r>
      <w:r>
        <w:rPr>
          <w:rFonts w:eastAsia="Times New Roman"/>
          <w:color w:val="1A1D24"/>
          <w:sz w:val="26"/>
          <w:szCs w:val="26"/>
          <w:rtl/>
        </w:rPr>
        <w:t>، ط2. المدينة: دار النشر، السنة، ص. 45.</w:t>
      </w:r>
    </w:p>
    <w:p w14:paraId="3E1C9952" w14:textId="77777777" w:rsidR="00AD0190" w:rsidRDefault="0021568E">
      <w:pPr>
        <w:keepNext/>
        <w:spacing w:after="80"/>
        <w:ind w:right="510" w:hanging="510"/>
      </w:pPr>
      <w:r>
        <w:rPr>
          <w:rFonts w:eastAsia="Times New Roman"/>
          <w:color w:val="1A1D24"/>
          <w:sz w:val="26"/>
          <w:szCs w:val="26"/>
          <w:rtl/>
        </w:rPr>
        <w:t xml:space="preserve">[2] اسم الباحث، «عنوان المقالة»، </w:t>
      </w:r>
      <w:r>
        <w:rPr>
          <w:rFonts w:eastAsia="Times New Roman"/>
          <w:i/>
          <w:color w:val="1A1D24"/>
          <w:sz w:val="26"/>
          <w:szCs w:val="26"/>
          <w:rtl/>
        </w:rPr>
        <w:t>اسم المجلة</w:t>
      </w:r>
      <w:r>
        <w:rPr>
          <w:rFonts w:eastAsia="Times New Roman"/>
          <w:color w:val="1A1D24"/>
          <w:sz w:val="26"/>
          <w:szCs w:val="26"/>
          <w:rtl/>
        </w:rPr>
        <w:t>، مج 12، ع 3، ص. 10–18، السنة.</w:t>
      </w:r>
    </w:p>
    <w:p w14:paraId="6A32B40E" w14:textId="77777777" w:rsidR="00AD0190" w:rsidRDefault="0021568E">
      <w:pPr>
        <w:spacing w:after="80"/>
        <w:ind w:left="510" w:hanging="510"/>
      </w:pPr>
      <w:r>
        <w:rPr>
          <w:rFonts w:eastAsia="Times New Roman"/>
          <w:color w:val="1A1D24"/>
          <w:sz w:val="26"/>
          <w:szCs w:val="26"/>
        </w:rPr>
        <w:t xml:space="preserve">[3] A. Author and B. Author, </w:t>
      </w:r>
      <w:r>
        <w:rPr>
          <w:rFonts w:eastAsia="Times New Roman"/>
          <w:i/>
          <w:color w:val="1A1D24"/>
          <w:sz w:val="26"/>
          <w:szCs w:val="26"/>
        </w:rPr>
        <w:t>Title of the Book</w:t>
      </w:r>
      <w:r>
        <w:rPr>
          <w:rFonts w:eastAsia="Times New Roman"/>
          <w:color w:val="1A1D24"/>
          <w:sz w:val="26"/>
          <w:szCs w:val="26"/>
        </w:rPr>
        <w:t>, 3rd ed. City, Country: Publisher, 2020.</w:t>
      </w:r>
    </w:p>
    <w:sectPr w:rsidR="00AD0190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B2A4A"/>
        <w:left w:val="single" w:sz="6" w:space="24" w:color="1B2A4A"/>
        <w:bottom w:val="single" w:sz="6" w:space="24" w:color="1B2A4A"/>
        <w:right w:val="single" w:sz="6" w:space="24" w:color="1B2A4A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56B32" w14:textId="77777777" w:rsidR="0021568E" w:rsidRDefault="0021568E">
      <w:pPr>
        <w:spacing w:after="0" w:line="240" w:lineRule="auto"/>
      </w:pPr>
      <w:r>
        <w:separator/>
      </w:r>
    </w:p>
  </w:endnote>
  <w:endnote w:type="continuationSeparator" w:id="0">
    <w:p w14:paraId="5FBC4D28" w14:textId="77777777" w:rsidR="0021568E" w:rsidRDefault="00215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6D1D4" w14:textId="77777777" w:rsidR="00AD0190" w:rsidRDefault="0021568E">
    <w:pPr>
      <w:pStyle w:val="Footer"/>
      <w:jc w:val="center"/>
    </w:pP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 xml:space="preserve"> PAGE </w:instrText>
    </w:r>
    <w:r>
      <w:rPr>
        <w:rFonts w:eastAsia="Times New Roman"/>
        <w:sz w:val="20"/>
        <w:szCs w:val="20"/>
      </w:rPr>
      <w:fldChar w:fldCharType="separate"/>
    </w:r>
    <w:r>
      <w:rPr>
        <w:rFonts w:eastAsia="Times New Roman"/>
        <w:sz w:val="20"/>
        <w:szCs w:val="20"/>
      </w:rPr>
      <w:t>1</w:t>
    </w:r>
    <w:r>
      <w:rPr>
        <w:rFonts w:eastAsia="Times New Roman"/>
        <w:sz w:val="20"/>
        <w:szCs w:val="20"/>
      </w:rPr>
      <w:fldChar w:fldCharType="end"/>
    </w:r>
  </w:p>
  <w:p w14:paraId="502C9824" w14:textId="77777777" w:rsidR="00AD0190" w:rsidRDefault="0021568E">
    <w:pPr>
      <w:spacing w:before="40" w:after="0"/>
      <w:jc w:val="center"/>
    </w:pPr>
    <w:r>
      <w:rPr>
        <w:rFonts w:eastAsia="Times New Roman"/>
        <w:color w:val="545B69"/>
        <w:sz w:val="16"/>
        <w:szCs w:val="16"/>
        <w:rtl/>
      </w:rPr>
      <w:t xml:space="preserve">قالب مجاني من «تم» — </w:t>
    </w:r>
    <w:hyperlink r:id="rId1">
      <w:r>
        <w:rPr>
          <w:rFonts w:eastAsia="Times New Roman"/>
          <w:color w:val="545B6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7986A" w14:textId="77777777" w:rsidR="0021568E" w:rsidRDefault="0021568E">
      <w:pPr>
        <w:spacing w:after="0" w:line="240" w:lineRule="auto"/>
      </w:pPr>
      <w:r>
        <w:separator/>
      </w:r>
    </w:p>
  </w:footnote>
  <w:footnote w:type="continuationSeparator" w:id="0">
    <w:p w14:paraId="00DA2864" w14:textId="77777777" w:rsidR="0021568E" w:rsidRDefault="00215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CDA9" w14:textId="77777777" w:rsidR="00AD0190" w:rsidRDefault="00AD0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1145197">
    <w:abstractNumId w:val="8"/>
  </w:num>
  <w:num w:numId="2" w16cid:durableId="1040128306">
    <w:abstractNumId w:val="6"/>
  </w:num>
  <w:num w:numId="3" w16cid:durableId="2057967652">
    <w:abstractNumId w:val="5"/>
  </w:num>
  <w:num w:numId="4" w16cid:durableId="1244878079">
    <w:abstractNumId w:val="4"/>
  </w:num>
  <w:num w:numId="5" w16cid:durableId="1466389689">
    <w:abstractNumId w:val="7"/>
  </w:num>
  <w:num w:numId="6" w16cid:durableId="1049452242">
    <w:abstractNumId w:val="3"/>
  </w:num>
  <w:num w:numId="7" w16cid:durableId="1409884253">
    <w:abstractNumId w:val="2"/>
  </w:num>
  <w:num w:numId="8" w16cid:durableId="1309749610">
    <w:abstractNumId w:val="1"/>
  </w:num>
  <w:num w:numId="9" w16cid:durableId="1017272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568E"/>
    <w:rsid w:val="0029639D"/>
    <w:rsid w:val="00326F90"/>
    <w:rsid w:val="00AA1D8D"/>
    <w:rsid w:val="00AD0190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2DE249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Times New Roman" w:hAnsi="Times New Roman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B2A4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4A7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E4A7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21568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156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563</Words>
  <Characters>2826</Characters>
  <Application>Microsoft Office Word</Application>
  <DocSecurity>0</DocSecurity>
  <Lines>134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