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3643B5" w14:paraId="030A8C1B" w14:textId="77777777">
        <w:trPr>
          <w:trHeight w:val="5953"/>
          <w:jc w:val="center"/>
        </w:trPr>
        <w:tc>
          <w:tcPr>
            <w:tcW w:w="9865" w:type="dxa"/>
            <w:shd w:val="clear" w:color="auto" w:fill="0F3D6E"/>
          </w:tcPr>
          <w:p w14:paraId="2580EB62" w14:textId="77777777" w:rsidR="003643B5" w:rsidRDefault="003643B5"/>
          <w:p w14:paraId="5DD2DC27" w14:textId="77777777" w:rsidR="003643B5" w:rsidRDefault="003643B5">
            <w:pPr>
              <w:spacing w:after="0" w:line="200" w:lineRule="exact"/>
              <w:jc w:val="both"/>
            </w:pPr>
          </w:p>
          <w:p w14:paraId="7D549DEE" w14:textId="77777777" w:rsidR="003643B5" w:rsidRDefault="004B2261">
            <w:pPr>
              <w:spacing w:after="40" w:line="380" w:lineRule="exact"/>
              <w:jc w:val="center"/>
            </w:pPr>
            <w:r>
              <w:rPr>
                <w:rFonts w:eastAsia="Segoe UI"/>
                <w:b/>
                <w:bCs/>
                <w:color w:val="FFFFFF"/>
                <w:rtl/>
              </w:rPr>
              <w:t>وزارة التعليم العالي والبحث العلمي</w:t>
            </w:r>
          </w:p>
          <w:p w14:paraId="323BA487" w14:textId="77777777" w:rsidR="003643B5" w:rsidRDefault="004B2261">
            <w:pPr>
              <w:spacing w:after="40" w:line="380" w:lineRule="exact"/>
              <w:jc w:val="center"/>
            </w:pPr>
            <w:r>
              <w:rPr>
                <w:rFonts w:eastAsia="Segoe UI"/>
                <w:b/>
                <w:bCs/>
                <w:color w:val="FFFFFF"/>
                <w:rtl/>
              </w:rPr>
              <w:t>اسم الجامعة</w:t>
            </w:r>
          </w:p>
          <w:p w14:paraId="3523ACA1" w14:textId="77777777" w:rsidR="003643B5" w:rsidRDefault="004B2261">
            <w:pPr>
              <w:spacing w:after="40" w:line="380" w:lineRule="exact"/>
              <w:jc w:val="center"/>
            </w:pPr>
            <w:r>
              <w:rPr>
                <w:rFonts w:eastAsia="Segoe UI"/>
                <w:b/>
                <w:bCs/>
                <w:color w:val="FFFFFF"/>
                <w:rtl/>
              </w:rPr>
              <w:t>اسم الكلية</w:t>
            </w:r>
          </w:p>
          <w:p w14:paraId="34A2714F" w14:textId="77777777" w:rsidR="003643B5" w:rsidRDefault="004B2261">
            <w:pPr>
              <w:spacing w:after="40" w:line="380" w:lineRule="exact"/>
              <w:jc w:val="center"/>
            </w:pPr>
            <w:r>
              <w:rPr>
                <w:rFonts w:eastAsia="Segoe UI"/>
                <w:b/>
                <w:bCs/>
                <w:color w:val="FFFFFF"/>
                <w:rtl/>
              </w:rPr>
              <w:t>اسم القسم العلمي</w:t>
            </w:r>
          </w:p>
          <w:p w14:paraId="56E1AEDA" w14:textId="77777777" w:rsidR="003643B5" w:rsidRDefault="003643B5">
            <w:pPr>
              <w:spacing w:after="0" w:line="720" w:lineRule="exact"/>
              <w:jc w:val="both"/>
            </w:pPr>
          </w:p>
          <w:p w14:paraId="2AFDC227" w14:textId="77777777" w:rsidR="003643B5" w:rsidRDefault="004B2261">
            <w:pPr>
              <w:spacing w:after="80" w:line="440" w:lineRule="exact"/>
              <w:jc w:val="center"/>
            </w:pPr>
            <w:r>
              <w:rPr>
                <w:rFonts w:eastAsia="Segoe UI"/>
                <w:color w:val="FFFFFF"/>
                <w:sz w:val="32"/>
                <w:szCs w:val="32"/>
                <w:rtl/>
              </w:rPr>
              <w:t>تقرير مختبر — التجربة رقم (  )</w:t>
            </w:r>
          </w:p>
          <w:p w14:paraId="640E2DA7" w14:textId="77777777" w:rsidR="003643B5" w:rsidRDefault="004B2261">
            <w:pPr>
              <w:spacing w:line="700" w:lineRule="exact"/>
              <w:jc w:val="center"/>
            </w:pPr>
            <w:r>
              <w:rPr>
                <w:rFonts w:eastAsia="Segoe UI"/>
                <w:b/>
                <w:bCs/>
                <w:color w:val="FFFFFF"/>
                <w:sz w:val="52"/>
                <w:szCs w:val="52"/>
                <w:rtl/>
              </w:rPr>
              <w:t>عنوان التجربة يُكتب هنا كما ورد في دليل المختبر</w:t>
            </w:r>
          </w:p>
          <w:p w14:paraId="0EFA578E" w14:textId="77777777" w:rsidR="003643B5" w:rsidRDefault="004B2261">
            <w:pPr>
              <w:spacing w:after="40" w:line="380" w:lineRule="exact"/>
              <w:jc w:val="center"/>
            </w:pPr>
            <w:r>
              <w:rPr>
                <w:rFonts w:eastAsia="Segoe UI"/>
                <w:color w:val="FFFFFF"/>
                <w:rtl/>
              </w:rPr>
              <w:t>اسم المختبر</w:t>
            </w:r>
          </w:p>
          <w:p w14:paraId="34FDAE0A" w14:textId="77777777" w:rsidR="003643B5" w:rsidRDefault="004B2261">
            <w:pPr>
              <w:spacing w:after="40" w:line="380" w:lineRule="exact"/>
              <w:jc w:val="center"/>
            </w:pPr>
            <w:r>
              <w:rPr>
                <w:rFonts w:eastAsia="Segoe UI"/>
                <w:color w:val="FFFFFF"/>
                <w:rtl/>
              </w:rPr>
              <w:t>المادة: اسم المادة</w:t>
            </w:r>
          </w:p>
        </w:tc>
      </w:tr>
    </w:tbl>
    <w:p w14:paraId="46AD8C73" w14:textId="77777777" w:rsidR="003643B5" w:rsidRDefault="003643B5">
      <w:pPr>
        <w:spacing w:after="0" w:line="320" w:lineRule="exact"/>
        <w:jc w:val="both"/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4"/>
      </w:tblGrid>
      <w:tr w:rsidR="003643B5" w14:paraId="3879BC2D" w14:textId="77777777">
        <w:trPr>
          <w:jc w:val="center"/>
        </w:trPr>
        <w:tc>
          <w:tcPr>
            <w:tcW w:w="1984" w:type="dxa"/>
          </w:tcPr>
          <w:p w14:paraId="0AF1EACE" w14:textId="77777777" w:rsidR="003643B5" w:rsidRDefault="004B2261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345611D" wp14:editId="37AB5167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7DC98ED7" w14:textId="77777777" w:rsidR="003643B5" w:rsidRDefault="004B2261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25EBB47" wp14:editId="47436AFC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34DDBE" w14:textId="77777777" w:rsidR="003643B5" w:rsidRDefault="003643B5">
      <w:pPr>
        <w:spacing w:line="380" w:lineRule="exact"/>
        <w:jc w:val="both"/>
      </w:pPr>
    </w:p>
    <w:p w14:paraId="542BA23B" w14:textId="77777777" w:rsidR="003643B5" w:rsidRDefault="003643B5">
      <w:pPr>
        <w:spacing w:after="0" w:line="800" w:lineRule="exact"/>
        <w:jc w:val="both"/>
      </w:pPr>
    </w:p>
    <w:p w14:paraId="28FB93F7" w14:textId="77777777" w:rsidR="003643B5" w:rsidRDefault="004B2261">
      <w:pPr>
        <w:spacing w:after="40" w:line="380" w:lineRule="exact"/>
        <w:jc w:val="center"/>
      </w:pPr>
      <w:r>
        <w:rPr>
          <w:rFonts w:eastAsia="Segoe UI"/>
          <w:color w:val="4D5A69"/>
          <w:rtl/>
        </w:rPr>
        <w:t xml:space="preserve">إعداد الطالب: </w:t>
      </w:r>
      <w:r>
        <w:rPr>
          <w:rFonts w:eastAsia="Segoe UI"/>
          <w:b/>
          <w:bCs/>
          <w:color w:val="15202C"/>
          <w:rtl/>
        </w:rPr>
        <w:t>اسم الطالب الثلاثي</w:t>
      </w:r>
    </w:p>
    <w:p w14:paraId="56683F19" w14:textId="77777777" w:rsidR="003643B5" w:rsidRDefault="004B2261">
      <w:pPr>
        <w:spacing w:after="40" w:line="380" w:lineRule="exact"/>
        <w:jc w:val="center"/>
      </w:pPr>
      <w:r>
        <w:rPr>
          <w:rFonts w:eastAsia="Segoe UI"/>
          <w:color w:val="4D5A69"/>
          <w:rtl/>
        </w:rPr>
        <w:t xml:space="preserve">المرحلة: </w:t>
      </w:r>
      <w:r>
        <w:rPr>
          <w:rFonts w:eastAsia="Segoe UI"/>
          <w:b/>
          <w:bCs/>
          <w:color w:val="15202C"/>
          <w:rtl/>
        </w:rPr>
        <w:t xml:space="preserve">……   </w:t>
      </w:r>
      <w:r>
        <w:rPr>
          <w:rFonts w:eastAsia="Segoe UI"/>
          <w:b/>
          <w:bCs/>
          <w:color w:val="15202C"/>
          <w:rtl/>
        </w:rPr>
        <w:t>الشعبة: ……</w:t>
      </w:r>
    </w:p>
    <w:p w14:paraId="78499026" w14:textId="77777777" w:rsidR="003643B5" w:rsidRDefault="004B2261">
      <w:pPr>
        <w:spacing w:after="40" w:line="380" w:lineRule="exact"/>
        <w:jc w:val="center"/>
      </w:pPr>
      <w:r>
        <w:rPr>
          <w:rFonts w:eastAsia="Segoe UI"/>
          <w:color w:val="4D5A69"/>
          <w:rtl/>
        </w:rPr>
        <w:t xml:space="preserve">إشراف: </w:t>
      </w:r>
      <w:r>
        <w:rPr>
          <w:rFonts w:eastAsia="Segoe UI"/>
          <w:b/>
          <w:bCs/>
          <w:color w:val="15202C"/>
          <w:rtl/>
        </w:rPr>
        <w:t>اسم المشرف مع اللقب العلمي</w:t>
      </w:r>
    </w:p>
    <w:p w14:paraId="392BFB7D" w14:textId="77777777" w:rsidR="003643B5" w:rsidRDefault="004B2261">
      <w:pPr>
        <w:spacing w:after="40" w:line="380" w:lineRule="exact"/>
        <w:jc w:val="center"/>
      </w:pPr>
      <w:r>
        <w:rPr>
          <w:rFonts w:eastAsia="Segoe UI"/>
          <w:color w:val="4D5A69"/>
          <w:rtl/>
        </w:rPr>
        <w:t xml:space="preserve">التاريخ: </w:t>
      </w:r>
      <w:r>
        <w:rPr>
          <w:rFonts w:eastAsia="Segoe UI"/>
          <w:b/>
          <w:bCs/>
          <w:color w:val="15202C"/>
        </w:rPr>
        <w:t>……/……/……</w:t>
      </w:r>
    </w:p>
    <w:p w14:paraId="675BC3A6" w14:textId="77777777" w:rsidR="003643B5" w:rsidRDefault="004B2261">
      <w:pPr>
        <w:spacing w:before="360" w:line="320" w:lineRule="exact"/>
        <w:jc w:val="center"/>
      </w:pPr>
      <w:r>
        <w:rPr>
          <w:rFonts w:eastAsia="Segoe UI"/>
          <w:color w:val="4D5A69"/>
          <w:sz w:val="24"/>
          <w:szCs w:val="24"/>
          <w:rtl/>
        </w:rPr>
        <w:t>العام الدراسي 2026 – 2027</w:t>
      </w:r>
    </w:p>
    <w:p w14:paraId="466D9DF5" w14:textId="77777777" w:rsidR="003643B5" w:rsidRDefault="004B2261">
      <w:pPr>
        <w:keepNext/>
        <w:pageBreakBefore/>
        <w:spacing w:before="320"/>
      </w:pPr>
      <w:r>
        <w:rPr>
          <w:rFonts w:eastAsia="Segoe UI"/>
          <w:b/>
          <w:bCs/>
          <w:color w:val="0F3D6E"/>
          <w:sz w:val="36"/>
          <w:szCs w:val="36"/>
          <w:rtl/>
        </w:rPr>
        <w:lastRenderedPageBreak/>
        <w:t>المحتويات</w:t>
      </w:r>
    </w:p>
    <w:p w14:paraId="448205BD" w14:textId="17FF3869" w:rsidR="004B2261" w:rsidRDefault="004B226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Segoe UI"/>
        </w:rPr>
        <w:fldChar w:fldCharType="begin"/>
      </w:r>
      <w:r>
        <w:rPr>
          <w:rFonts w:eastAsia="Segoe UI"/>
        </w:rPr>
        <w:instrText xml:space="preserve"> TOC \o "1-2" \h \z \u </w:instrText>
      </w:r>
      <w:r>
        <w:rPr>
          <w:rFonts w:eastAsia="Segoe UI"/>
        </w:rPr>
        <w:fldChar w:fldCharType="separate"/>
      </w:r>
      <w:hyperlink w:anchor="_Toc241684994" w:history="1">
        <w:r w:rsidRPr="00054F00">
          <w:rPr>
            <w:rStyle w:val="Hyperlink"/>
            <w:rFonts w:eastAsia="Segoe UI" w:hint="eastAsia"/>
            <w:noProof/>
            <w:rtl/>
          </w:rPr>
          <w:t>الهدف</w:t>
        </w:r>
        <w:r w:rsidRPr="00054F00">
          <w:rPr>
            <w:rStyle w:val="Hyperlink"/>
            <w:rFonts w:eastAsia="Segoe UI"/>
            <w:noProof/>
            <w:rtl/>
          </w:rPr>
          <w:t xml:space="preserve"> </w:t>
        </w:r>
        <w:r w:rsidRPr="00054F00">
          <w:rPr>
            <w:rStyle w:val="Hyperlink"/>
            <w:rFonts w:eastAsia="Segoe UI" w:hint="eastAsia"/>
            <w:noProof/>
            <w:rtl/>
          </w:rPr>
          <w:t>من</w:t>
        </w:r>
        <w:r w:rsidRPr="00054F00">
          <w:rPr>
            <w:rStyle w:val="Hyperlink"/>
            <w:rFonts w:eastAsia="Segoe UI"/>
            <w:noProof/>
            <w:rtl/>
          </w:rPr>
          <w:t xml:space="preserve"> </w:t>
        </w:r>
        <w:r w:rsidRPr="00054F00">
          <w:rPr>
            <w:rStyle w:val="Hyperlink"/>
            <w:rFonts w:eastAsia="Segoe UI" w:hint="eastAsia"/>
            <w:noProof/>
            <w:rtl/>
          </w:rPr>
          <w:t>التجربة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Toc241684994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4B22F46F" w14:textId="664E48CB" w:rsidR="004B2261" w:rsidRDefault="004B226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95" w:history="1">
        <w:r w:rsidRPr="00054F00">
          <w:rPr>
            <w:rStyle w:val="Hyperlink"/>
            <w:rFonts w:eastAsia="Segoe UI" w:hint="eastAsia"/>
            <w:noProof/>
            <w:rtl/>
          </w:rPr>
          <w:t>الأجهزة</w:t>
        </w:r>
        <w:r w:rsidRPr="00054F00">
          <w:rPr>
            <w:rStyle w:val="Hyperlink"/>
            <w:rFonts w:eastAsia="Segoe UI"/>
            <w:noProof/>
            <w:rtl/>
          </w:rPr>
          <w:t xml:space="preserve"> </w:t>
        </w:r>
        <w:r w:rsidRPr="00054F00">
          <w:rPr>
            <w:rStyle w:val="Hyperlink"/>
            <w:rFonts w:eastAsia="Segoe UI" w:hint="eastAsia"/>
            <w:noProof/>
            <w:rtl/>
          </w:rPr>
          <w:t>والمواد</w:t>
        </w:r>
        <w:r w:rsidRPr="00054F00">
          <w:rPr>
            <w:rStyle w:val="Hyperlink"/>
            <w:rFonts w:eastAsia="Segoe UI"/>
            <w:noProof/>
            <w:rtl/>
          </w:rPr>
          <w:t xml:space="preserve"> </w:t>
        </w:r>
        <w:r w:rsidRPr="00054F00">
          <w:rPr>
            <w:rStyle w:val="Hyperlink"/>
            <w:rFonts w:eastAsia="Segoe UI" w:hint="eastAsia"/>
            <w:noProof/>
            <w:rtl/>
          </w:rPr>
          <w:t>المستخدمة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Toc241684995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170818D3" w14:textId="1D2049FF" w:rsidR="004B2261" w:rsidRDefault="004B226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96" w:history="1">
        <w:r w:rsidRPr="00054F00">
          <w:rPr>
            <w:rStyle w:val="Hyperlink"/>
            <w:rFonts w:eastAsia="Segoe UI" w:hint="eastAsia"/>
            <w:noProof/>
            <w:rtl/>
          </w:rPr>
          <w:t>الأساس</w:t>
        </w:r>
        <w:r w:rsidRPr="00054F00">
          <w:rPr>
            <w:rStyle w:val="Hyperlink"/>
            <w:rFonts w:eastAsia="Segoe UI"/>
            <w:noProof/>
            <w:rtl/>
          </w:rPr>
          <w:t xml:space="preserve"> </w:t>
        </w:r>
        <w:r w:rsidRPr="00054F00">
          <w:rPr>
            <w:rStyle w:val="Hyperlink"/>
            <w:rFonts w:eastAsia="Segoe UI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Toc241684996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2CAD099B" w14:textId="7994DC65" w:rsidR="004B2261" w:rsidRDefault="004B226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97" w:history="1">
        <w:r w:rsidRPr="00054F00">
          <w:rPr>
            <w:rStyle w:val="Hyperlink"/>
            <w:rFonts w:eastAsia="Segoe UI" w:hint="eastAsia"/>
            <w:noProof/>
            <w:rtl/>
          </w:rPr>
          <w:t>خطوات</w:t>
        </w:r>
        <w:r w:rsidRPr="00054F00">
          <w:rPr>
            <w:rStyle w:val="Hyperlink"/>
            <w:rFonts w:eastAsia="Segoe UI"/>
            <w:noProof/>
            <w:rtl/>
          </w:rPr>
          <w:t xml:space="preserve"> </w:t>
        </w:r>
        <w:r w:rsidRPr="00054F00">
          <w:rPr>
            <w:rStyle w:val="Hyperlink"/>
            <w:rFonts w:eastAsia="Segoe UI" w:hint="eastAsia"/>
            <w:noProof/>
            <w:rtl/>
          </w:rPr>
          <w:t>العمل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Toc241684997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05564692" w14:textId="15CA65D0" w:rsidR="004B2261" w:rsidRDefault="004B226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98" w:history="1">
        <w:r w:rsidRPr="00054F00">
          <w:rPr>
            <w:rStyle w:val="Hyperlink"/>
            <w:rFonts w:eastAsia="Segoe UI" w:hint="eastAsia"/>
            <w:noProof/>
            <w:rtl/>
          </w:rPr>
          <w:t>المخطط</w:t>
        </w:r>
        <w:r w:rsidRPr="00054F00">
          <w:rPr>
            <w:rStyle w:val="Hyperlink"/>
            <w:rFonts w:eastAsia="Segoe UI"/>
            <w:noProof/>
            <w:rtl/>
          </w:rPr>
          <w:t xml:space="preserve"> </w:t>
        </w:r>
        <w:r w:rsidRPr="00054F00">
          <w:rPr>
            <w:rStyle w:val="Hyperlink"/>
            <w:rFonts w:eastAsia="Segoe UI" w:hint="eastAsia"/>
            <w:noProof/>
            <w:rtl/>
          </w:rPr>
          <w:t>العملي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Toc241684998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59DDF88C" w14:textId="36A0E865" w:rsidR="004B2261" w:rsidRDefault="004B226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99" w:history="1">
        <w:r w:rsidRPr="00054F00">
          <w:rPr>
            <w:rStyle w:val="Hyperlink"/>
            <w:rFonts w:eastAsia="Segoe UI" w:hint="eastAsia"/>
            <w:noProof/>
            <w:rtl/>
          </w:rPr>
          <w:t>النتائج</w:t>
        </w:r>
        <w:r w:rsidRPr="00054F00">
          <w:rPr>
            <w:rStyle w:val="Hyperlink"/>
            <w:rFonts w:eastAsia="Segoe UI"/>
            <w:noProof/>
            <w:rtl/>
          </w:rPr>
          <w:t xml:space="preserve"> </w:t>
        </w:r>
        <w:r w:rsidRPr="00054F00">
          <w:rPr>
            <w:rStyle w:val="Hyperlink"/>
            <w:rFonts w:eastAsia="Segoe UI" w:hint="eastAsia"/>
            <w:noProof/>
            <w:rtl/>
          </w:rPr>
          <w:t>والقراءات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Toc241684999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339504D4" w14:textId="38D2B6E3" w:rsidR="004B2261" w:rsidRDefault="004B226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00" w:history="1">
        <w:r w:rsidRPr="00054F00">
          <w:rPr>
            <w:rStyle w:val="Hyperlink"/>
            <w:rFonts w:eastAsia="Segoe UI" w:hint="eastAsia"/>
            <w:noProof/>
            <w:rtl/>
          </w:rPr>
          <w:t>الحسابات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Toc241685000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76E6F70E" w14:textId="1209A73C" w:rsidR="004B2261" w:rsidRDefault="004B226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01" w:history="1">
        <w:r w:rsidRPr="00054F00">
          <w:rPr>
            <w:rStyle w:val="Hyperlink"/>
            <w:rFonts w:eastAsia="Segoe UI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Toc241685001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5</w:t>
        </w:r>
        <w:r>
          <w:rPr>
            <w:noProof/>
            <w:webHidden/>
            <w:rtl/>
          </w:rPr>
          <w:fldChar w:fldCharType="end"/>
        </w:r>
      </w:hyperlink>
    </w:p>
    <w:p w14:paraId="15A0BD37" w14:textId="0568006C" w:rsidR="004B2261" w:rsidRDefault="004B226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02" w:history="1">
        <w:r w:rsidRPr="00054F00">
          <w:rPr>
            <w:rStyle w:val="Hyperlink"/>
            <w:rFonts w:eastAsia="Segoe UI" w:hint="eastAsia"/>
            <w:noProof/>
            <w:rtl/>
          </w:rPr>
          <w:t>مصادر</w:t>
        </w:r>
        <w:r w:rsidRPr="00054F00">
          <w:rPr>
            <w:rStyle w:val="Hyperlink"/>
            <w:rFonts w:eastAsia="Segoe UI"/>
            <w:noProof/>
            <w:rtl/>
          </w:rPr>
          <w:t xml:space="preserve"> </w:t>
        </w:r>
        <w:r w:rsidRPr="00054F00">
          <w:rPr>
            <w:rStyle w:val="Hyperlink"/>
            <w:rFonts w:eastAsia="Segoe UI" w:hint="eastAsia"/>
            <w:noProof/>
            <w:rtl/>
          </w:rPr>
          <w:t>الخطأ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Toc241685002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5</w:t>
        </w:r>
        <w:r>
          <w:rPr>
            <w:noProof/>
            <w:webHidden/>
            <w:rtl/>
          </w:rPr>
          <w:fldChar w:fldCharType="end"/>
        </w:r>
      </w:hyperlink>
    </w:p>
    <w:p w14:paraId="52879476" w14:textId="6028A39E" w:rsidR="004B2261" w:rsidRDefault="004B226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03" w:history="1">
        <w:r w:rsidRPr="00054F00">
          <w:rPr>
            <w:rStyle w:val="Hyperlink"/>
            <w:rFonts w:eastAsia="Segoe UI" w:hint="eastAsia"/>
            <w:noProof/>
            <w:rtl/>
          </w:rPr>
          <w:t>الاستنتاج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Toc241685003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5</w:t>
        </w:r>
        <w:r>
          <w:rPr>
            <w:noProof/>
            <w:webHidden/>
            <w:rtl/>
          </w:rPr>
          <w:fldChar w:fldCharType="end"/>
        </w:r>
      </w:hyperlink>
    </w:p>
    <w:p w14:paraId="36575686" w14:textId="00126A61" w:rsidR="004B2261" w:rsidRDefault="004B226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04" w:history="1">
        <w:r w:rsidRPr="00054F00">
          <w:rPr>
            <w:rStyle w:val="Hyperlink"/>
            <w:rFonts w:eastAsia="Segoe UI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Toc241685004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6</w:t>
        </w:r>
        <w:r>
          <w:rPr>
            <w:noProof/>
            <w:webHidden/>
            <w:rtl/>
          </w:rPr>
          <w:fldChar w:fldCharType="end"/>
        </w:r>
      </w:hyperlink>
    </w:p>
    <w:p w14:paraId="765193FF" w14:textId="4F9F1C7C" w:rsidR="003643B5" w:rsidRDefault="004B2261">
      <w:r>
        <w:rPr>
          <w:rFonts w:eastAsia="Segoe UI"/>
        </w:rPr>
        <w:fldChar w:fldCharType="end"/>
      </w:r>
    </w:p>
    <w:p w14:paraId="32A78F3B" w14:textId="77777777" w:rsidR="003643B5" w:rsidRDefault="003643B5">
      <w:pPr>
        <w:sectPr w:rsidR="003643B5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single" w:sz="4" w:space="0" w:color="CFDAE7"/>
          <w:left w:val="single" w:sz="4" w:space="0" w:color="CFDAE7"/>
          <w:bottom w:val="single" w:sz="18" w:space="0" w:color="CFDAE7"/>
          <w:right w:val="single" w:sz="4" w:space="0" w:color="CFDAE7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3643B5" w14:paraId="6FD73142" w14:textId="77777777">
        <w:trPr>
          <w:jc w:val="center"/>
        </w:trPr>
        <w:tc>
          <w:tcPr>
            <w:tcW w:w="9071" w:type="dxa"/>
          </w:tcPr>
          <w:p w14:paraId="612E8BFF" w14:textId="77777777" w:rsidR="003643B5" w:rsidRDefault="004B2261">
            <w:pPr>
              <w:jc w:val="both"/>
            </w:pPr>
            <w:r>
              <w:rPr>
                <w:rFonts w:eastAsia="Segoe UI"/>
                <w:b/>
                <w:bCs/>
                <w:color w:val="0F3D6E"/>
                <w:rtl/>
              </w:rPr>
              <w:lastRenderedPageBreak/>
              <w:t>طريقة استخدام القالب — احذف هذا المربع قبل الطباعة</w:t>
            </w:r>
          </w:p>
          <w:p w14:paraId="51BD8D01" w14:textId="77777777" w:rsidR="003643B5" w:rsidRDefault="004B2261">
            <w:pPr>
              <w:jc w:val="both"/>
            </w:pPr>
            <w:r>
              <w:rPr>
                <w:rFonts w:eastAsia="Segoe UI"/>
                <w:color w:val="15202C"/>
                <w:rtl/>
              </w:rPr>
              <w:t xml:space="preserve">النصوص الرمادية إرشادات: اقرأها ثم احذفها واكتب </w:t>
            </w:r>
            <w:r>
              <w:rPr>
                <w:rFonts w:eastAsia="Segoe UI"/>
                <w:color w:val="15202C"/>
                <w:rtl/>
              </w:rPr>
              <w:t>مكانها. غيّر الشعارات بالنقر عليها بزر 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2D899F46" w14:textId="77777777" w:rsidR="003643B5" w:rsidRDefault="003643B5">
      <w:pPr>
        <w:spacing w:after="40"/>
        <w:jc w:val="both"/>
      </w:pPr>
    </w:p>
    <w:p w14:paraId="13B0024B" w14:textId="77777777" w:rsidR="003643B5" w:rsidRDefault="004B226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1</w:t>
      </w:r>
    </w:p>
    <w:p w14:paraId="6254C41F" w14:textId="77777777" w:rsidR="003643B5" w:rsidRDefault="004B2261">
      <w:pPr>
        <w:pStyle w:val="Heading1"/>
        <w:spacing w:before="320" w:after="120"/>
      </w:pPr>
      <w:bookmarkStart w:id="0" w:name="_Toc241684994"/>
      <w:r>
        <w:rPr>
          <w:rFonts w:ascii="Segoe UI" w:eastAsia="Segoe UI" w:hAnsi="Segoe UI" w:cs="Segoe UI"/>
          <w:sz w:val="36"/>
          <w:szCs w:val="36"/>
          <w:rtl/>
        </w:rPr>
        <w:t>الهدف من التجربة</w:t>
      </w:r>
      <w:bookmarkEnd w:id="0"/>
    </w:p>
    <w:p w14:paraId="68F4C109" w14:textId="77777777" w:rsidR="003643B5" w:rsidRDefault="004B2261">
      <w:pPr>
        <w:jc w:val="both"/>
      </w:pPr>
      <w:r>
        <w:rPr>
          <w:rFonts w:eastAsia="Segoe UI"/>
          <w:color w:val="4D5A69"/>
          <w:sz w:val="26"/>
          <w:szCs w:val="26"/>
          <w:rtl/>
        </w:rPr>
        <w:t xml:space="preserve">اكتب في سطرين أو ثلاثة الغرض من إجراء التجربة والكمية أو </w:t>
      </w:r>
      <w:r>
        <w:rPr>
          <w:rFonts w:eastAsia="Segoe UI"/>
          <w:color w:val="4D5A69"/>
          <w:sz w:val="26"/>
          <w:szCs w:val="26"/>
          <w:rtl/>
        </w:rPr>
        <w:t>الظاهرة المطلوب التحقق منها.</w:t>
      </w:r>
    </w:p>
    <w:p w14:paraId="109E6611" w14:textId="77777777" w:rsidR="003643B5" w:rsidRDefault="004B226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2</w:t>
      </w:r>
    </w:p>
    <w:p w14:paraId="27BE4DF4" w14:textId="77777777" w:rsidR="003643B5" w:rsidRDefault="004B2261">
      <w:pPr>
        <w:pStyle w:val="Heading1"/>
        <w:spacing w:before="320" w:after="120"/>
      </w:pPr>
      <w:bookmarkStart w:id="1" w:name="_Toc241684995"/>
      <w:r>
        <w:rPr>
          <w:rFonts w:ascii="Segoe UI" w:eastAsia="Segoe UI" w:hAnsi="Segoe UI" w:cs="Segoe UI"/>
          <w:sz w:val="36"/>
          <w:szCs w:val="36"/>
          <w:rtl/>
        </w:rPr>
        <w:t>الأجهزة والمواد المستخدمة</w:t>
      </w:r>
      <w:bookmarkEnd w:id="1"/>
    </w:p>
    <w:p w14:paraId="4AC150D2" w14:textId="77777777" w:rsidR="003643B5" w:rsidRDefault="004B2261">
      <w:pPr>
        <w:keepNext/>
        <w:jc w:val="both"/>
      </w:pPr>
      <w:r>
        <w:rPr>
          <w:rFonts w:eastAsia="Segoe UI"/>
          <w:color w:val="4D5A69"/>
          <w:sz w:val="26"/>
          <w:szCs w:val="26"/>
          <w:rtl/>
        </w:rPr>
        <w:t>اذكر كل جهاز باسمه ومداه ودقّته إن وُجدت — فالمشرف يحسب لك هذا.</w:t>
      </w:r>
    </w:p>
    <w:p w14:paraId="7546778E" w14:textId="77777777" w:rsidR="003643B5" w:rsidRDefault="004B2261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7E90A4"/>
          <w:sz w:val="22"/>
          <w:szCs w:val="22"/>
        </w:rPr>
        <w:t>●</w:t>
      </w:r>
      <w:r>
        <w:rPr>
          <w:rFonts w:ascii="Segoe UI Symbol" w:eastAsia="Segoe UI Symbol" w:hAnsi="Segoe UI Symbol" w:cs="Segoe UI Symbol"/>
          <w:color w:val="7E90A4"/>
          <w:sz w:val="22"/>
          <w:szCs w:val="22"/>
        </w:rPr>
        <w:tab/>
      </w:r>
      <w:r>
        <w:rPr>
          <w:rFonts w:eastAsia="Segoe UI"/>
          <w:color w:val="15202C"/>
          <w:rtl/>
        </w:rPr>
        <w:t>الجهاز الأول (المدى والدقة)</w:t>
      </w:r>
    </w:p>
    <w:p w14:paraId="2B6578AD" w14:textId="77777777" w:rsidR="003643B5" w:rsidRDefault="004B2261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7E90A4"/>
          <w:sz w:val="22"/>
          <w:szCs w:val="22"/>
        </w:rPr>
        <w:t>●</w:t>
      </w:r>
      <w:r>
        <w:rPr>
          <w:rFonts w:ascii="Segoe UI Symbol" w:eastAsia="Segoe UI Symbol" w:hAnsi="Segoe UI Symbol" w:cs="Segoe UI Symbol"/>
          <w:color w:val="7E90A4"/>
          <w:sz w:val="22"/>
          <w:szCs w:val="22"/>
        </w:rPr>
        <w:tab/>
      </w:r>
      <w:r>
        <w:rPr>
          <w:rFonts w:eastAsia="Segoe UI"/>
          <w:color w:val="15202C"/>
          <w:rtl/>
        </w:rPr>
        <w:t>الجهاز الثاني (المدى والدقة)</w:t>
      </w:r>
    </w:p>
    <w:p w14:paraId="6ED34283" w14:textId="77777777" w:rsidR="003643B5" w:rsidRDefault="004B2261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7E90A4"/>
          <w:sz w:val="22"/>
          <w:szCs w:val="22"/>
        </w:rPr>
        <w:t>●</w:t>
      </w:r>
      <w:r>
        <w:rPr>
          <w:rFonts w:ascii="Segoe UI Symbol" w:eastAsia="Segoe UI Symbol" w:hAnsi="Segoe UI Symbol" w:cs="Segoe UI Symbol"/>
          <w:color w:val="7E90A4"/>
          <w:sz w:val="22"/>
          <w:szCs w:val="22"/>
        </w:rPr>
        <w:tab/>
      </w:r>
      <w:r>
        <w:rPr>
          <w:rFonts w:eastAsia="Segoe UI"/>
          <w:color w:val="15202C"/>
          <w:rtl/>
        </w:rPr>
        <w:t>أسلاك التوصيل والمواد الأخرى</w:t>
      </w:r>
    </w:p>
    <w:p w14:paraId="39AB883D" w14:textId="77777777" w:rsidR="003643B5" w:rsidRDefault="004B226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lastRenderedPageBreak/>
        <w:t>3</w:t>
      </w:r>
    </w:p>
    <w:p w14:paraId="04964E53" w14:textId="77777777" w:rsidR="003643B5" w:rsidRDefault="004B2261">
      <w:pPr>
        <w:pStyle w:val="Heading1"/>
        <w:spacing w:before="320" w:after="120"/>
      </w:pPr>
      <w:bookmarkStart w:id="2" w:name="_Toc241684996"/>
      <w:r>
        <w:rPr>
          <w:rFonts w:ascii="Segoe UI" w:eastAsia="Segoe UI" w:hAnsi="Segoe UI" w:cs="Segoe UI"/>
          <w:sz w:val="36"/>
          <w:szCs w:val="36"/>
          <w:rtl/>
        </w:rPr>
        <w:t>الأساس النظري</w:t>
      </w:r>
      <w:bookmarkEnd w:id="2"/>
    </w:p>
    <w:p w14:paraId="1547888B" w14:textId="77777777" w:rsidR="003643B5" w:rsidRDefault="004B2261">
      <w:pPr>
        <w:keepNext/>
        <w:jc w:val="both"/>
      </w:pPr>
      <w:r>
        <w:rPr>
          <w:rFonts w:eastAsia="Segoe UI"/>
          <w:color w:val="4D5A69"/>
          <w:sz w:val="26"/>
          <w:szCs w:val="26"/>
          <w:rtl/>
        </w:rPr>
        <w:t xml:space="preserve">اشرح القانون أو </w:t>
      </w:r>
      <w:r>
        <w:rPr>
          <w:rFonts w:eastAsia="Segoe UI"/>
          <w:color w:val="4D5A69"/>
          <w:sz w:val="26"/>
          <w:szCs w:val="26"/>
          <w:rtl/>
        </w:rPr>
        <w:t>النظرية التي تقوم عليها التجربة، واكتب المعادلات مع تعريف كل رمز ووحدته. مثال لمعادلة قابلة للتعديل:</w:t>
      </w:r>
    </w:p>
    <w:p w14:paraId="744DED6C" w14:textId="77777777" w:rsidR="003643B5" w:rsidRDefault="004B2261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Segoe UI"/>
          <w:color w:val="15202C"/>
        </w:rPr>
        <w:tab/>
        <w:t>(1)</w:t>
      </w:r>
    </w:p>
    <w:p w14:paraId="6C9A3986" w14:textId="77777777" w:rsidR="003643B5" w:rsidRDefault="004B2261">
      <w:pPr>
        <w:jc w:val="both"/>
      </w:pPr>
      <w:r>
        <w:rPr>
          <w:rFonts w:eastAsia="Segoe UI"/>
          <w:color w:val="4D5A69"/>
          <w:sz w:val="26"/>
          <w:szCs w:val="26"/>
          <w:rtl/>
        </w:rPr>
        <w:t>حيث: y المتغير التابع، x المتغير المستقل، a الميل، b المقطع. (انقر على المعادلة مرتين لتعديلها.)</w:t>
      </w:r>
    </w:p>
    <w:p w14:paraId="739DBC18" w14:textId="77777777" w:rsidR="003643B5" w:rsidRDefault="004B226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4</w:t>
      </w:r>
    </w:p>
    <w:p w14:paraId="0545CCA6" w14:textId="77777777" w:rsidR="003643B5" w:rsidRDefault="004B2261">
      <w:pPr>
        <w:pStyle w:val="Heading1"/>
        <w:spacing w:before="320" w:after="120"/>
      </w:pPr>
      <w:bookmarkStart w:id="3" w:name="_Toc241684997"/>
      <w:r>
        <w:rPr>
          <w:rFonts w:ascii="Segoe UI" w:eastAsia="Segoe UI" w:hAnsi="Segoe UI" w:cs="Segoe UI"/>
          <w:sz w:val="36"/>
          <w:szCs w:val="36"/>
          <w:rtl/>
        </w:rPr>
        <w:t>خطوات العمل</w:t>
      </w:r>
      <w:bookmarkEnd w:id="3"/>
    </w:p>
    <w:p w14:paraId="61C8AD62" w14:textId="77777777" w:rsidR="003643B5" w:rsidRDefault="004B2261">
      <w:pPr>
        <w:keepNext/>
        <w:jc w:val="both"/>
      </w:pPr>
      <w:r>
        <w:rPr>
          <w:rFonts w:eastAsia="Segoe UI"/>
          <w:color w:val="4D5A69"/>
          <w:sz w:val="26"/>
          <w:szCs w:val="26"/>
          <w:rtl/>
        </w:rPr>
        <w:t>اكتب الخطوات بصيغة الماضي المبني للمجهول (رُبطت الدائرة، سُجّلت القراءة) لا بصيغة الأمر.</w:t>
      </w:r>
    </w:p>
    <w:p w14:paraId="6AB06177" w14:textId="77777777" w:rsidR="003643B5" w:rsidRDefault="004B2261">
      <w:pPr>
        <w:spacing w:after="40"/>
        <w:ind w:right="510" w:hanging="340"/>
      </w:pPr>
      <w:r>
        <w:rPr>
          <w:rFonts w:eastAsia="Segoe UI"/>
          <w:b/>
          <w:bCs/>
          <w:color w:val="0F3D6E"/>
          <w:rtl/>
        </w:rPr>
        <w:t>1.</w:t>
      </w:r>
      <w:r>
        <w:rPr>
          <w:rFonts w:eastAsia="Segoe UI"/>
          <w:b/>
          <w:bCs/>
          <w:color w:val="0F3D6E"/>
          <w:rtl/>
        </w:rPr>
        <w:tab/>
      </w:r>
      <w:r>
        <w:rPr>
          <w:rFonts w:eastAsia="Segoe UI"/>
          <w:color w:val="15202C"/>
          <w:rtl/>
        </w:rPr>
        <w:t>الخطوة الأولى.</w:t>
      </w:r>
    </w:p>
    <w:p w14:paraId="0B97FC68" w14:textId="77777777" w:rsidR="003643B5" w:rsidRDefault="004B2261">
      <w:pPr>
        <w:spacing w:after="40"/>
        <w:ind w:right="510" w:hanging="340"/>
      </w:pPr>
      <w:r>
        <w:rPr>
          <w:rFonts w:eastAsia="Segoe UI"/>
          <w:b/>
          <w:bCs/>
          <w:color w:val="0F3D6E"/>
          <w:rtl/>
        </w:rPr>
        <w:t>2.</w:t>
      </w:r>
      <w:r>
        <w:rPr>
          <w:rFonts w:eastAsia="Segoe UI"/>
          <w:b/>
          <w:bCs/>
          <w:color w:val="0F3D6E"/>
          <w:rtl/>
        </w:rPr>
        <w:tab/>
      </w:r>
      <w:r>
        <w:rPr>
          <w:rFonts w:eastAsia="Segoe UI"/>
          <w:color w:val="15202C"/>
          <w:rtl/>
        </w:rPr>
        <w:t>الخطوة الثانية.</w:t>
      </w:r>
    </w:p>
    <w:p w14:paraId="60BAE404" w14:textId="77777777" w:rsidR="003643B5" w:rsidRDefault="004B2261">
      <w:pPr>
        <w:spacing w:after="40"/>
        <w:ind w:right="510" w:hanging="340"/>
      </w:pPr>
      <w:r>
        <w:rPr>
          <w:rFonts w:eastAsia="Segoe UI"/>
          <w:b/>
          <w:bCs/>
          <w:color w:val="0F3D6E"/>
          <w:rtl/>
        </w:rPr>
        <w:t>3.</w:t>
      </w:r>
      <w:r>
        <w:rPr>
          <w:rFonts w:eastAsia="Segoe UI"/>
          <w:b/>
          <w:bCs/>
          <w:color w:val="0F3D6E"/>
          <w:rtl/>
        </w:rPr>
        <w:tab/>
      </w:r>
      <w:r>
        <w:rPr>
          <w:rFonts w:eastAsia="Segoe UI"/>
          <w:color w:val="15202C"/>
          <w:rtl/>
        </w:rPr>
        <w:t>الخطوة الثالثة.</w:t>
      </w:r>
    </w:p>
    <w:p w14:paraId="7CCA5D2B" w14:textId="77777777" w:rsidR="003643B5" w:rsidRDefault="004B2261">
      <w:pPr>
        <w:spacing w:after="40"/>
        <w:ind w:right="510" w:hanging="340"/>
      </w:pPr>
      <w:r>
        <w:rPr>
          <w:rFonts w:eastAsia="Segoe UI"/>
          <w:b/>
          <w:bCs/>
          <w:color w:val="0F3D6E"/>
          <w:rtl/>
        </w:rPr>
        <w:t>4.</w:t>
      </w:r>
      <w:r>
        <w:rPr>
          <w:rFonts w:eastAsia="Segoe UI"/>
          <w:b/>
          <w:bCs/>
          <w:color w:val="0F3D6E"/>
          <w:rtl/>
        </w:rPr>
        <w:tab/>
      </w:r>
      <w:r>
        <w:rPr>
          <w:rFonts w:eastAsia="Segoe UI"/>
          <w:color w:val="15202C"/>
          <w:rtl/>
        </w:rPr>
        <w:t>الخطوة الرابعة.</w:t>
      </w:r>
    </w:p>
    <w:p w14:paraId="7A653427" w14:textId="77777777" w:rsidR="003643B5" w:rsidRDefault="004B226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lastRenderedPageBreak/>
        <w:t>5</w:t>
      </w:r>
    </w:p>
    <w:p w14:paraId="178EADFD" w14:textId="77777777" w:rsidR="003643B5" w:rsidRDefault="004B2261">
      <w:pPr>
        <w:pStyle w:val="Heading1"/>
        <w:spacing w:before="320" w:after="120"/>
      </w:pPr>
      <w:bookmarkStart w:id="4" w:name="_Toc241684998"/>
      <w:r>
        <w:rPr>
          <w:rFonts w:ascii="Segoe UI" w:eastAsia="Segoe UI" w:hAnsi="Segoe UI" w:cs="Segoe UI"/>
          <w:sz w:val="36"/>
          <w:szCs w:val="36"/>
          <w:rtl/>
        </w:rPr>
        <w:t>المخطط العملي</w:t>
      </w:r>
      <w:bookmarkEnd w:id="4"/>
    </w:p>
    <w:p w14:paraId="57B57317" w14:textId="77777777" w:rsidR="003643B5" w:rsidRDefault="004B2261">
      <w:pPr>
        <w:keepNext/>
        <w:jc w:val="both"/>
      </w:pPr>
      <w:r>
        <w:rPr>
          <w:rFonts w:eastAsia="Segoe UI"/>
          <w:color w:val="4D5A69"/>
          <w:sz w:val="26"/>
          <w:szCs w:val="26"/>
          <w:rtl/>
        </w:rPr>
        <w:t>أدرج مخطط الدائرة أو رسم الجهاز مكان الصورة أدناه (زر الفأرة الأيمن ← «تغيير الصورة»).</w:t>
      </w:r>
    </w:p>
    <w:p w14:paraId="670D0B53" w14:textId="77777777" w:rsidR="003643B5" w:rsidRDefault="004B2261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006C175F" wp14:editId="4DC95879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86469" w14:textId="77777777" w:rsidR="003643B5" w:rsidRDefault="004B2261">
      <w:pPr>
        <w:spacing w:before="40" w:after="160"/>
        <w:jc w:val="center"/>
      </w:pPr>
      <w:r>
        <w:rPr>
          <w:rFonts w:eastAsia="Segoe UI"/>
          <w:b/>
          <w:bCs/>
          <w:color w:val="15202C"/>
          <w:sz w:val="24"/>
          <w:szCs w:val="24"/>
          <w:rtl/>
        </w:rPr>
        <w:t xml:space="preserve">الشكل (1): </w:t>
      </w:r>
      <w:r>
        <w:rPr>
          <w:rFonts w:eastAsia="Segoe UI"/>
          <w:color w:val="4D5A69"/>
          <w:sz w:val="24"/>
          <w:szCs w:val="24"/>
          <w:rtl/>
        </w:rPr>
        <w:t>مخطط الدائرة أو الجهاز المستخدم في التجربة</w:t>
      </w:r>
    </w:p>
    <w:p w14:paraId="77B11A9C" w14:textId="77777777" w:rsidR="003643B5" w:rsidRDefault="004B226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lastRenderedPageBreak/>
        <w:t>6</w:t>
      </w:r>
    </w:p>
    <w:p w14:paraId="6056C649" w14:textId="77777777" w:rsidR="003643B5" w:rsidRDefault="004B2261">
      <w:pPr>
        <w:pStyle w:val="Heading1"/>
        <w:spacing w:before="320" w:after="120"/>
      </w:pPr>
      <w:bookmarkStart w:id="5" w:name="_Toc241684999"/>
      <w:r>
        <w:rPr>
          <w:rFonts w:ascii="Segoe UI" w:eastAsia="Segoe UI" w:hAnsi="Segoe UI" w:cs="Segoe UI"/>
          <w:sz w:val="36"/>
          <w:szCs w:val="36"/>
          <w:rtl/>
        </w:rPr>
        <w:t>النتائج والقراءات</w:t>
      </w:r>
      <w:bookmarkEnd w:id="5"/>
    </w:p>
    <w:p w14:paraId="7C01C2D8" w14:textId="77777777" w:rsidR="003643B5" w:rsidRDefault="004B2261">
      <w:pPr>
        <w:keepNext/>
        <w:jc w:val="both"/>
      </w:pPr>
      <w:r>
        <w:rPr>
          <w:rFonts w:eastAsia="Segoe UI"/>
          <w:color w:val="4D5A69"/>
          <w:sz w:val="26"/>
          <w:szCs w:val="26"/>
          <w:rtl/>
        </w:rPr>
        <w:t>ضع القراءات في جدول مع الوحدات في رأس العمود لا داخل الخلايا.</w:t>
      </w:r>
    </w:p>
    <w:p w14:paraId="6A9CE0FC" w14:textId="77777777" w:rsidR="003643B5" w:rsidRDefault="004B2261">
      <w:pPr>
        <w:keepNext/>
        <w:spacing w:before="40" w:after="80"/>
        <w:jc w:val="center"/>
      </w:pPr>
      <w:r>
        <w:rPr>
          <w:rFonts w:eastAsia="Segoe UI"/>
          <w:b/>
          <w:bCs/>
          <w:color w:val="15202C"/>
          <w:sz w:val="24"/>
          <w:szCs w:val="24"/>
          <w:rtl/>
        </w:rPr>
        <w:t xml:space="preserve">الجدول (1): </w:t>
      </w:r>
      <w:r>
        <w:rPr>
          <w:rFonts w:eastAsia="Segoe UI"/>
          <w:color w:val="4D5A69"/>
          <w:sz w:val="24"/>
          <w:szCs w:val="24"/>
          <w:rtl/>
        </w:rPr>
        <w:t>القراءات المسجّلة أثناء التجربة</w:t>
      </w:r>
    </w:p>
    <w:tbl>
      <w:tblPr>
        <w:bidiVisual/>
        <w:tblW w:w="0" w:type="auto"/>
        <w:jc w:val="center"/>
        <w:tblBorders>
          <w:top w:val="single" w:sz="8" w:space="0" w:color="0F3D6E"/>
          <w:left w:val="nil"/>
          <w:bottom w:val="single" w:sz="8" w:space="0" w:color="0F3D6E"/>
          <w:right w:val="nil"/>
          <w:insideH w:val="dashed" w:sz="4" w:space="0" w:color="CFDAE7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3643B5" w14:paraId="1557C801" w14:textId="77777777">
        <w:trPr>
          <w:cantSplit/>
          <w:tblHeader/>
          <w:jc w:val="center"/>
        </w:trPr>
        <w:tc>
          <w:tcPr>
            <w:tcW w:w="737" w:type="dxa"/>
            <w:shd w:val="clear" w:color="auto" w:fill="EFF3F8"/>
          </w:tcPr>
          <w:p w14:paraId="1F7021F4" w14:textId="77777777" w:rsidR="003643B5" w:rsidRDefault="004B2261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4"/>
                <w:szCs w:val="24"/>
                <w:rtl/>
              </w:rPr>
              <w:t>ت</w:t>
            </w:r>
          </w:p>
        </w:tc>
        <w:tc>
          <w:tcPr>
            <w:tcW w:w="2083" w:type="dxa"/>
            <w:shd w:val="clear" w:color="auto" w:fill="EFF3F8"/>
          </w:tcPr>
          <w:p w14:paraId="2BD35187" w14:textId="77777777" w:rsidR="003643B5" w:rsidRDefault="004B2261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4"/>
                <w:szCs w:val="24"/>
                <w:rtl/>
              </w:rPr>
              <w:t>الكمية المقاسة (الوحدة)</w:t>
            </w:r>
          </w:p>
        </w:tc>
        <w:tc>
          <w:tcPr>
            <w:tcW w:w="2083" w:type="dxa"/>
            <w:shd w:val="clear" w:color="auto" w:fill="EFF3F8"/>
          </w:tcPr>
          <w:p w14:paraId="64EB713F" w14:textId="77777777" w:rsidR="003643B5" w:rsidRDefault="004B2261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4"/>
                <w:szCs w:val="24"/>
                <w:rtl/>
              </w:rPr>
              <w:t>القراءة الأولى</w:t>
            </w:r>
          </w:p>
        </w:tc>
        <w:tc>
          <w:tcPr>
            <w:tcW w:w="2083" w:type="dxa"/>
            <w:shd w:val="clear" w:color="auto" w:fill="EFF3F8"/>
          </w:tcPr>
          <w:p w14:paraId="3764697C" w14:textId="77777777" w:rsidR="003643B5" w:rsidRDefault="004B2261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4"/>
                <w:szCs w:val="24"/>
                <w:rtl/>
              </w:rPr>
              <w:t>القراءة الثانية</w:t>
            </w:r>
          </w:p>
        </w:tc>
        <w:tc>
          <w:tcPr>
            <w:tcW w:w="2083" w:type="dxa"/>
            <w:shd w:val="clear" w:color="auto" w:fill="EFF3F8"/>
          </w:tcPr>
          <w:p w14:paraId="222F8D98" w14:textId="77777777" w:rsidR="003643B5" w:rsidRDefault="004B2261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4"/>
                <w:szCs w:val="24"/>
                <w:rtl/>
              </w:rPr>
              <w:t>المعدل</w:t>
            </w:r>
          </w:p>
        </w:tc>
      </w:tr>
      <w:tr w:rsidR="003643B5" w14:paraId="01D59E7E" w14:textId="77777777">
        <w:trPr>
          <w:cantSplit/>
          <w:jc w:val="center"/>
        </w:trPr>
        <w:tc>
          <w:tcPr>
            <w:tcW w:w="737" w:type="dxa"/>
          </w:tcPr>
          <w:p w14:paraId="63A08249" w14:textId="77777777" w:rsidR="003643B5" w:rsidRDefault="004B2261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5202C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14:paraId="1FB32601" w14:textId="77777777" w:rsidR="003643B5" w:rsidRDefault="003643B5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36C5B507" w14:textId="77777777" w:rsidR="003643B5" w:rsidRDefault="003643B5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9BE9E04" w14:textId="77777777" w:rsidR="003643B5" w:rsidRDefault="003643B5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0C0DC71" w14:textId="77777777" w:rsidR="003643B5" w:rsidRDefault="003643B5">
            <w:pPr>
              <w:keepNext/>
              <w:spacing w:before="20" w:after="20"/>
              <w:jc w:val="center"/>
            </w:pPr>
          </w:p>
        </w:tc>
      </w:tr>
      <w:tr w:rsidR="003643B5" w14:paraId="2FC1F187" w14:textId="77777777">
        <w:trPr>
          <w:cantSplit/>
          <w:jc w:val="center"/>
        </w:trPr>
        <w:tc>
          <w:tcPr>
            <w:tcW w:w="737" w:type="dxa"/>
          </w:tcPr>
          <w:p w14:paraId="7B2DE72B" w14:textId="77777777" w:rsidR="003643B5" w:rsidRDefault="004B2261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5202C"/>
                <w:sz w:val="24"/>
                <w:szCs w:val="24"/>
              </w:rPr>
              <w:t>2</w:t>
            </w:r>
          </w:p>
        </w:tc>
        <w:tc>
          <w:tcPr>
            <w:tcW w:w="2083" w:type="dxa"/>
          </w:tcPr>
          <w:p w14:paraId="2B0A4615" w14:textId="77777777" w:rsidR="003643B5" w:rsidRDefault="003643B5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42F5CAF" w14:textId="77777777" w:rsidR="003643B5" w:rsidRDefault="003643B5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803833C" w14:textId="77777777" w:rsidR="003643B5" w:rsidRDefault="003643B5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9CE7095" w14:textId="77777777" w:rsidR="003643B5" w:rsidRDefault="003643B5">
            <w:pPr>
              <w:keepNext/>
              <w:spacing w:before="20" w:after="20"/>
              <w:jc w:val="center"/>
            </w:pPr>
          </w:p>
        </w:tc>
      </w:tr>
      <w:tr w:rsidR="003643B5" w14:paraId="481B1DC7" w14:textId="77777777">
        <w:trPr>
          <w:cantSplit/>
          <w:jc w:val="center"/>
        </w:trPr>
        <w:tc>
          <w:tcPr>
            <w:tcW w:w="737" w:type="dxa"/>
          </w:tcPr>
          <w:p w14:paraId="3E5B8303" w14:textId="77777777" w:rsidR="003643B5" w:rsidRDefault="004B2261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5202C"/>
                <w:sz w:val="24"/>
                <w:szCs w:val="24"/>
              </w:rPr>
              <w:t>3</w:t>
            </w:r>
          </w:p>
        </w:tc>
        <w:tc>
          <w:tcPr>
            <w:tcW w:w="2083" w:type="dxa"/>
          </w:tcPr>
          <w:p w14:paraId="57BDE20E" w14:textId="77777777" w:rsidR="003643B5" w:rsidRDefault="003643B5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A96165E" w14:textId="77777777" w:rsidR="003643B5" w:rsidRDefault="003643B5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AE4E179" w14:textId="77777777" w:rsidR="003643B5" w:rsidRDefault="003643B5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19AACA2F" w14:textId="77777777" w:rsidR="003643B5" w:rsidRDefault="003643B5">
            <w:pPr>
              <w:keepNext/>
              <w:spacing w:before="20" w:after="20"/>
              <w:jc w:val="center"/>
            </w:pPr>
          </w:p>
        </w:tc>
      </w:tr>
      <w:tr w:rsidR="003643B5" w14:paraId="3C2D004D" w14:textId="77777777">
        <w:trPr>
          <w:cantSplit/>
          <w:jc w:val="center"/>
        </w:trPr>
        <w:tc>
          <w:tcPr>
            <w:tcW w:w="737" w:type="dxa"/>
          </w:tcPr>
          <w:p w14:paraId="535237AE" w14:textId="77777777" w:rsidR="003643B5" w:rsidRDefault="004B2261">
            <w:pPr>
              <w:spacing w:before="20" w:after="20"/>
              <w:jc w:val="center"/>
            </w:pPr>
            <w:r>
              <w:rPr>
                <w:rFonts w:eastAsia="Segoe UI"/>
                <w:color w:val="15202C"/>
                <w:sz w:val="24"/>
                <w:szCs w:val="24"/>
              </w:rPr>
              <w:t>4</w:t>
            </w:r>
          </w:p>
        </w:tc>
        <w:tc>
          <w:tcPr>
            <w:tcW w:w="2083" w:type="dxa"/>
          </w:tcPr>
          <w:p w14:paraId="142EE6A1" w14:textId="77777777" w:rsidR="003643B5" w:rsidRDefault="003643B5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66526EDA" w14:textId="77777777" w:rsidR="003643B5" w:rsidRDefault="003643B5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03737C2A" w14:textId="77777777" w:rsidR="003643B5" w:rsidRDefault="003643B5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006EF801" w14:textId="77777777" w:rsidR="003643B5" w:rsidRDefault="003643B5">
            <w:pPr>
              <w:spacing w:before="20" w:after="20"/>
              <w:jc w:val="center"/>
            </w:pPr>
          </w:p>
        </w:tc>
      </w:tr>
    </w:tbl>
    <w:p w14:paraId="25715DD2" w14:textId="77777777" w:rsidR="003643B5" w:rsidRDefault="003643B5">
      <w:pPr>
        <w:spacing w:after="40"/>
        <w:jc w:val="both"/>
      </w:pPr>
    </w:p>
    <w:p w14:paraId="09290A0C" w14:textId="77777777" w:rsidR="003643B5" w:rsidRDefault="004B226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7</w:t>
      </w:r>
    </w:p>
    <w:p w14:paraId="06733026" w14:textId="77777777" w:rsidR="003643B5" w:rsidRDefault="004B2261">
      <w:pPr>
        <w:pStyle w:val="Heading1"/>
        <w:spacing w:before="320" w:after="120"/>
      </w:pPr>
      <w:bookmarkStart w:id="6" w:name="_Toc241685000"/>
      <w:r>
        <w:rPr>
          <w:rFonts w:ascii="Segoe UI" w:eastAsia="Segoe UI" w:hAnsi="Segoe UI" w:cs="Segoe UI"/>
          <w:sz w:val="36"/>
          <w:szCs w:val="36"/>
          <w:rtl/>
        </w:rPr>
        <w:t>الحسابات</w:t>
      </w:r>
      <w:bookmarkEnd w:id="6"/>
    </w:p>
    <w:p w14:paraId="0C0AE7B7" w14:textId="77777777" w:rsidR="003643B5" w:rsidRDefault="004B2261">
      <w:pPr>
        <w:keepNext/>
        <w:jc w:val="both"/>
      </w:pPr>
      <w:r>
        <w:rPr>
          <w:rFonts w:eastAsia="Segoe UI"/>
          <w:color w:val="4D5A69"/>
          <w:sz w:val="26"/>
          <w:szCs w:val="26"/>
          <w:rtl/>
        </w:rPr>
        <w:t>اكتب المعادلة أولاً، ثم عوّض بالأرقام، ثم اكتب الناتج بوحدته. ونسبة الخطأ تُحسب هكذا:</w:t>
      </w:r>
    </w:p>
    <w:p w14:paraId="19681D04" w14:textId="77777777" w:rsidR="003643B5" w:rsidRDefault="004B2261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Segoe UI"/>
          <w:color w:val="15202C"/>
        </w:rPr>
        <w:tab/>
        <w:t>(2)</w:t>
      </w:r>
    </w:p>
    <w:p w14:paraId="4A2DEB82" w14:textId="77777777" w:rsidR="003643B5" w:rsidRDefault="004B226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lastRenderedPageBreak/>
        <w:t>8</w:t>
      </w:r>
    </w:p>
    <w:p w14:paraId="5EB0B7E3" w14:textId="77777777" w:rsidR="003643B5" w:rsidRDefault="004B2261">
      <w:pPr>
        <w:pStyle w:val="Heading1"/>
        <w:spacing w:before="320" w:after="120"/>
      </w:pPr>
      <w:bookmarkStart w:id="7" w:name="_Toc241685001"/>
      <w:r>
        <w:rPr>
          <w:rFonts w:ascii="Segoe UI" w:eastAsia="Segoe UI" w:hAnsi="Segoe UI" w:cs="Segoe UI"/>
          <w:sz w:val="36"/>
          <w:szCs w:val="36"/>
          <w:rtl/>
        </w:rPr>
        <w:t>المناقشة</w:t>
      </w:r>
      <w:bookmarkEnd w:id="7"/>
    </w:p>
    <w:p w14:paraId="3C8B5B41" w14:textId="77777777" w:rsidR="003643B5" w:rsidRDefault="004B2261">
      <w:pPr>
        <w:jc w:val="both"/>
      </w:pPr>
      <w:r>
        <w:rPr>
          <w:rFonts w:eastAsia="Segoe UI"/>
          <w:color w:val="4D5A69"/>
          <w:sz w:val="26"/>
          <w:szCs w:val="26"/>
          <w:rtl/>
        </w:rPr>
        <w:t xml:space="preserve">قارن نتيجتك بالقيمة النظرية وفسّر الفرق. هذا القسم هو الذي يميّز التقرير الجيّد من </w:t>
      </w:r>
      <w:r>
        <w:rPr>
          <w:rFonts w:eastAsia="Segoe UI"/>
          <w:color w:val="4D5A69"/>
          <w:sz w:val="26"/>
          <w:szCs w:val="26"/>
          <w:rtl/>
        </w:rPr>
        <w:t>الضعيف.</w:t>
      </w:r>
    </w:p>
    <w:p w14:paraId="493893A5" w14:textId="77777777" w:rsidR="003643B5" w:rsidRDefault="004B226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9</w:t>
      </w:r>
    </w:p>
    <w:p w14:paraId="1A850247" w14:textId="77777777" w:rsidR="003643B5" w:rsidRDefault="004B2261">
      <w:pPr>
        <w:pStyle w:val="Heading1"/>
        <w:spacing w:before="320" w:after="120"/>
      </w:pPr>
      <w:bookmarkStart w:id="8" w:name="_Toc241685002"/>
      <w:r>
        <w:rPr>
          <w:rFonts w:ascii="Segoe UI" w:eastAsia="Segoe UI" w:hAnsi="Segoe UI" w:cs="Segoe UI"/>
          <w:sz w:val="36"/>
          <w:szCs w:val="36"/>
          <w:rtl/>
        </w:rPr>
        <w:t>مصادر الخطأ</w:t>
      </w:r>
      <w:bookmarkEnd w:id="8"/>
    </w:p>
    <w:p w14:paraId="7BB50F64" w14:textId="77777777" w:rsidR="003643B5" w:rsidRDefault="004B2261">
      <w:pPr>
        <w:keepNext/>
        <w:jc w:val="both"/>
      </w:pPr>
      <w:r>
        <w:rPr>
          <w:rFonts w:eastAsia="Segoe UI"/>
          <w:color w:val="4D5A69"/>
          <w:sz w:val="26"/>
          <w:szCs w:val="26"/>
          <w:rtl/>
        </w:rPr>
        <w:t>اذكر أخطاء القياس والأجهزة والظروف المحيطة، وكيف يمكن تقليلها.</w:t>
      </w:r>
    </w:p>
    <w:p w14:paraId="6C1C78F8" w14:textId="77777777" w:rsidR="003643B5" w:rsidRDefault="004B2261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7E90A4"/>
          <w:sz w:val="22"/>
          <w:szCs w:val="22"/>
        </w:rPr>
        <w:t>●</w:t>
      </w:r>
      <w:r>
        <w:rPr>
          <w:rFonts w:ascii="Segoe UI Symbol" w:eastAsia="Segoe UI Symbol" w:hAnsi="Segoe UI Symbol" w:cs="Segoe UI Symbol"/>
          <w:color w:val="7E90A4"/>
          <w:sz w:val="22"/>
          <w:szCs w:val="22"/>
        </w:rPr>
        <w:tab/>
      </w:r>
      <w:r>
        <w:rPr>
          <w:rFonts w:eastAsia="Segoe UI"/>
          <w:color w:val="15202C"/>
          <w:rtl/>
        </w:rPr>
        <w:t>خطأ في قراءة الأجهزة.</w:t>
      </w:r>
    </w:p>
    <w:p w14:paraId="1B59B5DC" w14:textId="77777777" w:rsidR="003643B5" w:rsidRDefault="004B2261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7E90A4"/>
          <w:sz w:val="22"/>
          <w:szCs w:val="22"/>
        </w:rPr>
        <w:t>●</w:t>
      </w:r>
      <w:r>
        <w:rPr>
          <w:rFonts w:ascii="Segoe UI Symbol" w:eastAsia="Segoe UI Symbol" w:hAnsi="Segoe UI Symbol" w:cs="Segoe UI Symbol"/>
          <w:color w:val="7E90A4"/>
          <w:sz w:val="22"/>
          <w:szCs w:val="22"/>
        </w:rPr>
        <w:tab/>
      </w:r>
      <w:r>
        <w:rPr>
          <w:rFonts w:eastAsia="Segoe UI"/>
          <w:color w:val="15202C"/>
          <w:rtl/>
        </w:rPr>
        <w:t>مقاومة أسلاك التوصيل أو تغيّر الظروف المحيطة.</w:t>
      </w:r>
    </w:p>
    <w:p w14:paraId="5BA284D3" w14:textId="77777777" w:rsidR="003643B5" w:rsidRDefault="004B226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10</w:t>
      </w:r>
    </w:p>
    <w:p w14:paraId="04CE6C92" w14:textId="77777777" w:rsidR="003643B5" w:rsidRDefault="004B2261">
      <w:pPr>
        <w:pStyle w:val="Heading1"/>
        <w:spacing w:before="320" w:after="120"/>
      </w:pPr>
      <w:bookmarkStart w:id="9" w:name="_Toc241685003"/>
      <w:r>
        <w:rPr>
          <w:rFonts w:ascii="Segoe UI" w:eastAsia="Segoe UI" w:hAnsi="Segoe UI" w:cs="Segoe UI"/>
          <w:sz w:val="36"/>
          <w:szCs w:val="36"/>
          <w:rtl/>
        </w:rPr>
        <w:t>الاستنتاج</w:t>
      </w:r>
      <w:bookmarkEnd w:id="9"/>
    </w:p>
    <w:p w14:paraId="7E27CF50" w14:textId="77777777" w:rsidR="003643B5" w:rsidRDefault="004B2261">
      <w:pPr>
        <w:jc w:val="both"/>
      </w:pPr>
      <w:r>
        <w:rPr>
          <w:rFonts w:eastAsia="Segoe UI"/>
          <w:color w:val="4D5A69"/>
          <w:sz w:val="26"/>
          <w:szCs w:val="26"/>
          <w:rtl/>
        </w:rPr>
        <w:t>فقرة واحدة تجيب صراحةً عن الهدف المذكور في البداية: هل تحقّق أم لا ولماذا.</w:t>
      </w:r>
    </w:p>
    <w:p w14:paraId="58492BB1" w14:textId="77777777" w:rsidR="003643B5" w:rsidRDefault="004B2261">
      <w:pPr>
        <w:pStyle w:val="Heading1"/>
        <w:spacing w:before="320" w:after="120"/>
      </w:pPr>
      <w:bookmarkStart w:id="10" w:name="_Toc241685004"/>
      <w:r>
        <w:rPr>
          <w:rFonts w:ascii="Segoe UI" w:eastAsia="Segoe UI" w:hAnsi="Segoe UI" w:cs="Segoe UI"/>
          <w:sz w:val="36"/>
          <w:szCs w:val="36"/>
          <w:rtl/>
        </w:rPr>
        <w:lastRenderedPageBreak/>
        <w:t>المصادر</w:t>
      </w:r>
      <w:bookmarkEnd w:id="10"/>
    </w:p>
    <w:p w14:paraId="0A1E1A6B" w14:textId="77777777" w:rsidR="003643B5" w:rsidRDefault="004B2261">
      <w:pPr>
        <w:keepNext/>
        <w:spacing w:after="80"/>
        <w:ind w:right="510" w:hanging="510"/>
      </w:pPr>
      <w:r>
        <w:rPr>
          <w:rFonts w:eastAsia="Segoe UI"/>
          <w:color w:val="15202C"/>
          <w:sz w:val="26"/>
          <w:szCs w:val="26"/>
          <w:rtl/>
        </w:rPr>
        <w:t xml:space="preserve">[1] اسم المؤلف، </w:t>
      </w:r>
      <w:r>
        <w:rPr>
          <w:rFonts w:eastAsia="Segoe UI"/>
          <w:i/>
          <w:color w:val="15202C"/>
          <w:sz w:val="26"/>
          <w:szCs w:val="26"/>
          <w:rtl/>
        </w:rPr>
        <w:t>عنوان الكتاب</w:t>
      </w:r>
      <w:r>
        <w:rPr>
          <w:rFonts w:eastAsia="Segoe UI"/>
          <w:color w:val="15202C"/>
          <w:sz w:val="26"/>
          <w:szCs w:val="26"/>
          <w:rtl/>
        </w:rPr>
        <w:t>، ط2. المدينة: دار النشر، السنة، ص. 45.</w:t>
      </w:r>
    </w:p>
    <w:p w14:paraId="3FE82AAD" w14:textId="77777777" w:rsidR="003643B5" w:rsidRDefault="004B2261">
      <w:pPr>
        <w:keepNext/>
        <w:spacing w:after="80"/>
        <w:ind w:right="510" w:hanging="510"/>
      </w:pPr>
      <w:r>
        <w:rPr>
          <w:rFonts w:eastAsia="Segoe UI"/>
          <w:color w:val="15202C"/>
          <w:sz w:val="26"/>
          <w:szCs w:val="26"/>
          <w:rtl/>
        </w:rPr>
        <w:t xml:space="preserve">[2] اسم الباحث، «عنوان المقالة»، </w:t>
      </w:r>
      <w:r>
        <w:rPr>
          <w:rFonts w:eastAsia="Segoe UI"/>
          <w:i/>
          <w:color w:val="15202C"/>
          <w:sz w:val="26"/>
          <w:szCs w:val="26"/>
          <w:rtl/>
        </w:rPr>
        <w:t>اسم المجلة</w:t>
      </w:r>
      <w:r>
        <w:rPr>
          <w:rFonts w:eastAsia="Segoe UI"/>
          <w:color w:val="15202C"/>
          <w:sz w:val="26"/>
          <w:szCs w:val="26"/>
          <w:rtl/>
        </w:rPr>
        <w:t>، مج 12، ع 3، ص. 10–18، السنة.</w:t>
      </w:r>
    </w:p>
    <w:p w14:paraId="48BA0457" w14:textId="77777777" w:rsidR="003643B5" w:rsidRDefault="004B2261">
      <w:pPr>
        <w:spacing w:after="80"/>
        <w:ind w:left="510" w:hanging="510"/>
      </w:pPr>
      <w:r>
        <w:rPr>
          <w:rFonts w:eastAsia="Segoe UI"/>
          <w:color w:val="15202C"/>
          <w:sz w:val="26"/>
          <w:szCs w:val="26"/>
        </w:rPr>
        <w:t xml:space="preserve">[3] A. Author and B. Author, </w:t>
      </w:r>
      <w:r>
        <w:rPr>
          <w:rFonts w:eastAsia="Segoe UI"/>
          <w:i/>
          <w:color w:val="15202C"/>
          <w:sz w:val="26"/>
          <w:szCs w:val="26"/>
        </w:rPr>
        <w:t>Title of the Book</w:t>
      </w:r>
      <w:r>
        <w:rPr>
          <w:rFonts w:eastAsia="Segoe UI"/>
          <w:color w:val="15202C"/>
          <w:sz w:val="26"/>
          <w:szCs w:val="26"/>
        </w:rPr>
        <w:t>, 3rd ed. City, Country: Publisher, 2020.</w:t>
      </w:r>
    </w:p>
    <w:sectPr w:rsidR="003643B5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36" w:space="24" w:color="0F3D6E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8281A" w14:textId="77777777" w:rsidR="004B2261" w:rsidRDefault="004B2261">
      <w:pPr>
        <w:spacing w:after="0" w:line="240" w:lineRule="auto"/>
      </w:pPr>
      <w:r>
        <w:separator/>
      </w:r>
    </w:p>
  </w:endnote>
  <w:endnote w:type="continuationSeparator" w:id="0">
    <w:p w14:paraId="1D36A826" w14:textId="77777777" w:rsidR="004B2261" w:rsidRDefault="004B2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11124" w14:textId="77777777" w:rsidR="003643B5" w:rsidRDefault="004B2261">
    <w:pPr>
      <w:pStyle w:val="Footer"/>
      <w:jc w:val="center"/>
    </w:pPr>
    <w:r>
      <w:rPr>
        <w:rFonts w:eastAsia="Segoe UI"/>
        <w:sz w:val="20"/>
        <w:szCs w:val="20"/>
      </w:rPr>
      <w:fldChar w:fldCharType="begin"/>
    </w:r>
    <w:r>
      <w:rPr>
        <w:rFonts w:eastAsia="Segoe UI"/>
        <w:sz w:val="20"/>
        <w:szCs w:val="20"/>
      </w:rPr>
      <w:instrText xml:space="preserve"> PAGE </w:instrText>
    </w:r>
    <w:r>
      <w:rPr>
        <w:rFonts w:eastAsia="Segoe UI"/>
        <w:sz w:val="20"/>
        <w:szCs w:val="20"/>
      </w:rPr>
      <w:fldChar w:fldCharType="separate"/>
    </w:r>
    <w:r>
      <w:rPr>
        <w:rFonts w:eastAsia="Segoe UI"/>
        <w:sz w:val="20"/>
        <w:szCs w:val="20"/>
      </w:rPr>
      <w:t>1</w:t>
    </w:r>
    <w:r>
      <w:rPr>
        <w:rFonts w:eastAsia="Segoe UI"/>
        <w:sz w:val="20"/>
        <w:szCs w:val="20"/>
      </w:rPr>
      <w:fldChar w:fldCharType="end"/>
    </w:r>
  </w:p>
  <w:p w14:paraId="2AAB6BEB" w14:textId="77777777" w:rsidR="003643B5" w:rsidRDefault="004B2261">
    <w:pPr>
      <w:spacing w:before="40" w:after="0"/>
      <w:jc w:val="center"/>
    </w:pPr>
    <w:r>
      <w:rPr>
        <w:rFonts w:eastAsia="Segoe UI"/>
        <w:color w:val="4D5A69"/>
        <w:sz w:val="16"/>
        <w:szCs w:val="16"/>
        <w:rtl/>
      </w:rPr>
      <w:t xml:space="preserve">قالب مجاني من «تم» — </w:t>
    </w:r>
    <w:hyperlink r:id="rId1">
      <w:r>
        <w:rPr>
          <w:rFonts w:eastAsia="Segoe UI"/>
          <w:color w:val="4D5A69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2B64D" w14:textId="77777777" w:rsidR="004B2261" w:rsidRDefault="004B2261">
      <w:pPr>
        <w:spacing w:after="0" w:line="240" w:lineRule="auto"/>
      </w:pPr>
      <w:r>
        <w:separator/>
      </w:r>
    </w:p>
  </w:footnote>
  <w:footnote w:type="continuationSeparator" w:id="0">
    <w:p w14:paraId="46230A04" w14:textId="77777777" w:rsidR="004B2261" w:rsidRDefault="004B2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0BFCE" w14:textId="77777777" w:rsidR="003643B5" w:rsidRDefault="003643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5114365">
    <w:abstractNumId w:val="8"/>
  </w:num>
  <w:num w:numId="2" w16cid:durableId="118652370">
    <w:abstractNumId w:val="6"/>
  </w:num>
  <w:num w:numId="3" w16cid:durableId="124471961">
    <w:abstractNumId w:val="5"/>
  </w:num>
  <w:num w:numId="4" w16cid:durableId="2027173707">
    <w:abstractNumId w:val="4"/>
  </w:num>
  <w:num w:numId="5" w16cid:durableId="1666665828">
    <w:abstractNumId w:val="7"/>
  </w:num>
  <w:num w:numId="6" w16cid:durableId="848568882">
    <w:abstractNumId w:val="3"/>
  </w:num>
  <w:num w:numId="7" w16cid:durableId="571543172">
    <w:abstractNumId w:val="2"/>
  </w:num>
  <w:num w:numId="8" w16cid:durableId="926886766">
    <w:abstractNumId w:val="1"/>
  </w:num>
  <w:num w:numId="9" w16cid:durableId="193928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43B5"/>
    <w:rsid w:val="004B2261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92F68D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Segoe UI" w:hAnsi="Segoe UI" w:cs="Segoe UI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3D6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5A9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5A9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4B2261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B22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546</Words>
  <Characters>2780</Characters>
  <Application>Microsoft Office Word</Application>
  <DocSecurity>0</DocSecurity>
  <Lines>139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التجربة يُكتب هنا كما ورد في دليل المختبر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