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8F556F" w14:paraId="41F1AE08" w14:textId="77777777">
        <w:trPr>
          <w:jc w:val="center"/>
        </w:trPr>
        <w:tc>
          <w:tcPr>
            <w:tcW w:w="2282" w:type="dxa"/>
          </w:tcPr>
          <w:p w14:paraId="2FD66D63" w14:textId="77777777" w:rsidR="008F556F" w:rsidRDefault="00EF147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881AF8E" wp14:editId="0238C5D0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502F4EDF" w14:textId="77777777" w:rsidR="008F556F" w:rsidRDefault="00EF147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7096D44" wp14:editId="1FB1A618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E4DC2" w14:textId="77777777" w:rsidR="008F556F" w:rsidRDefault="008F556F">
      <w:pPr>
        <w:spacing w:line="380" w:lineRule="exact"/>
        <w:jc w:val="both"/>
        <w:rPr>
          <w:rFonts w:hint="eastAsia"/>
        </w:rPr>
      </w:pPr>
    </w:p>
    <w:p w14:paraId="0CE9F80D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b/>
          <w:bCs/>
          <w:color w:val="7A2036"/>
          <w:rtl/>
        </w:rPr>
        <w:t>وزارة التعليم العالي والبحث العلمي</w:t>
      </w:r>
    </w:p>
    <w:p w14:paraId="06DDC5D8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b/>
          <w:bCs/>
          <w:color w:val="7A2036"/>
          <w:rtl/>
        </w:rPr>
        <w:t>اسم الجامعة</w:t>
      </w:r>
    </w:p>
    <w:p w14:paraId="04FBAF03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b/>
          <w:bCs/>
          <w:color w:val="7A2036"/>
          <w:rtl/>
        </w:rPr>
        <w:t>اسم الكلية</w:t>
      </w:r>
    </w:p>
    <w:p w14:paraId="4675BAC4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b/>
          <w:bCs/>
          <w:color w:val="7A2036"/>
          <w:rtl/>
        </w:rPr>
        <w:t>اسم القسم العلمي</w:t>
      </w:r>
    </w:p>
    <w:p w14:paraId="2D8ABF48" w14:textId="77777777" w:rsidR="008F556F" w:rsidRDefault="008F556F">
      <w:pPr>
        <w:spacing w:after="0" w:line="800" w:lineRule="exact"/>
        <w:jc w:val="both"/>
        <w:rPr>
          <w:rFonts w:hint="eastAsia"/>
        </w:rPr>
      </w:pPr>
    </w:p>
    <w:p w14:paraId="3ED8EAF9" w14:textId="77777777" w:rsidR="008F556F" w:rsidRDefault="008F556F">
      <w:pPr>
        <w:pBdr>
          <w:bottom w:val="single" w:sz="8" w:space="4" w:color="7A2036"/>
        </w:pBdr>
        <w:spacing w:after="160" w:line="380" w:lineRule="exact"/>
        <w:jc w:val="center"/>
        <w:rPr>
          <w:rFonts w:hint="eastAsia"/>
        </w:rPr>
      </w:pPr>
    </w:p>
    <w:p w14:paraId="22BB26AE" w14:textId="77777777" w:rsidR="008F556F" w:rsidRDefault="00EF1476">
      <w:pPr>
        <w:spacing w:after="80" w:line="440" w:lineRule="exact"/>
        <w:jc w:val="center"/>
        <w:rPr>
          <w:rFonts w:hint="eastAsia"/>
        </w:rPr>
      </w:pPr>
      <w:r>
        <w:rPr>
          <w:rFonts w:eastAsia="Garamond"/>
          <w:color w:val="9B3450"/>
          <w:sz w:val="32"/>
          <w:szCs w:val="32"/>
          <w:rtl/>
        </w:rPr>
        <w:t>تقرير مختبر — التجربة رقم (  )</w:t>
      </w:r>
    </w:p>
    <w:p w14:paraId="00C79AFC" w14:textId="77777777" w:rsidR="008F556F" w:rsidRDefault="00EF1476">
      <w:pPr>
        <w:spacing w:line="700" w:lineRule="exact"/>
        <w:jc w:val="center"/>
        <w:rPr>
          <w:rFonts w:hint="eastAsia"/>
        </w:rPr>
      </w:pPr>
      <w:r>
        <w:rPr>
          <w:rFonts w:eastAsia="Garamond"/>
          <w:b/>
          <w:bCs/>
          <w:color w:val="7A2036"/>
          <w:sz w:val="52"/>
          <w:szCs w:val="52"/>
          <w:rtl/>
        </w:rPr>
        <w:t>عنوان التجربة يُكتب هنا كما ورد في دليل المختبر</w:t>
      </w:r>
    </w:p>
    <w:p w14:paraId="04916AC0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color w:val="5E5054"/>
          <w:rtl/>
        </w:rPr>
        <w:t>اسم المختبر</w:t>
      </w:r>
    </w:p>
    <w:p w14:paraId="59B8F9E1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color w:val="5E5054"/>
          <w:rtl/>
        </w:rPr>
        <w:t>المادة: اسم المادة</w:t>
      </w:r>
    </w:p>
    <w:p w14:paraId="2856FF92" w14:textId="77777777" w:rsidR="008F556F" w:rsidRDefault="008F556F">
      <w:pPr>
        <w:pBdr>
          <w:top w:val="single" w:sz="8" w:space="4" w:color="7A2036"/>
        </w:pBdr>
        <w:spacing w:after="0" w:line="380" w:lineRule="exact"/>
        <w:jc w:val="center"/>
        <w:rPr>
          <w:rFonts w:hint="eastAsia"/>
        </w:rPr>
      </w:pPr>
    </w:p>
    <w:p w14:paraId="2C973B90" w14:textId="77777777" w:rsidR="008F556F" w:rsidRDefault="008F556F">
      <w:pPr>
        <w:spacing w:after="0" w:line="720" w:lineRule="exact"/>
        <w:jc w:val="both"/>
        <w:rPr>
          <w:rFonts w:hint="eastAsia"/>
        </w:rPr>
      </w:pPr>
    </w:p>
    <w:p w14:paraId="40D4CDA4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color w:val="5E5054"/>
          <w:rtl/>
        </w:rPr>
        <w:t xml:space="preserve">إعداد الطالب: </w:t>
      </w:r>
      <w:r>
        <w:rPr>
          <w:rFonts w:eastAsia="Garamond"/>
          <w:b/>
          <w:bCs/>
          <w:color w:val="231A1C"/>
          <w:rtl/>
        </w:rPr>
        <w:t>اسم الطالب الثلاثي</w:t>
      </w:r>
    </w:p>
    <w:p w14:paraId="3EE1ED9C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color w:val="5E5054"/>
          <w:rtl/>
        </w:rPr>
        <w:t xml:space="preserve">المرحلة: </w:t>
      </w:r>
      <w:r>
        <w:rPr>
          <w:rFonts w:eastAsia="Garamond"/>
          <w:b/>
          <w:bCs/>
          <w:color w:val="231A1C"/>
          <w:rtl/>
        </w:rPr>
        <w:t xml:space="preserve">……   </w:t>
      </w:r>
      <w:r>
        <w:rPr>
          <w:rFonts w:eastAsia="Garamond"/>
          <w:b/>
          <w:bCs/>
          <w:color w:val="231A1C"/>
          <w:rtl/>
        </w:rPr>
        <w:t>الشعبة: ……</w:t>
      </w:r>
    </w:p>
    <w:p w14:paraId="7C655C20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color w:val="5E5054"/>
          <w:rtl/>
        </w:rPr>
        <w:t xml:space="preserve">إشراف: </w:t>
      </w:r>
      <w:r>
        <w:rPr>
          <w:rFonts w:eastAsia="Garamond"/>
          <w:b/>
          <w:bCs/>
          <w:color w:val="231A1C"/>
          <w:rtl/>
        </w:rPr>
        <w:t>اسم المشرف مع اللقب العلمي</w:t>
      </w:r>
    </w:p>
    <w:p w14:paraId="578C2B63" w14:textId="77777777" w:rsidR="008F556F" w:rsidRDefault="00EF1476">
      <w:pPr>
        <w:spacing w:after="40" w:line="380" w:lineRule="exact"/>
        <w:jc w:val="center"/>
        <w:rPr>
          <w:rFonts w:hint="eastAsia"/>
        </w:rPr>
      </w:pPr>
      <w:r>
        <w:rPr>
          <w:rFonts w:eastAsia="Garamond"/>
          <w:color w:val="5E5054"/>
          <w:rtl/>
        </w:rPr>
        <w:t xml:space="preserve">التاريخ: </w:t>
      </w:r>
      <w:r>
        <w:rPr>
          <w:rFonts w:eastAsia="Garamond"/>
          <w:b/>
          <w:bCs/>
          <w:color w:val="231A1C"/>
        </w:rPr>
        <w:t>……/……/……</w:t>
      </w:r>
    </w:p>
    <w:p w14:paraId="3769673B" w14:textId="77777777" w:rsidR="008F556F" w:rsidRDefault="00EF1476">
      <w:pPr>
        <w:spacing w:before="360" w:line="320" w:lineRule="exact"/>
        <w:jc w:val="center"/>
        <w:rPr>
          <w:rFonts w:hint="eastAsia"/>
        </w:rPr>
      </w:pPr>
      <w:r>
        <w:rPr>
          <w:rFonts w:eastAsia="Garamond"/>
          <w:color w:val="5E5054"/>
          <w:sz w:val="24"/>
          <w:szCs w:val="24"/>
          <w:rtl/>
        </w:rPr>
        <w:t>العام الدراسي 2026 – 2027</w:t>
      </w:r>
    </w:p>
    <w:p w14:paraId="61AA1C59" w14:textId="77777777" w:rsidR="008F556F" w:rsidRDefault="00EF1476">
      <w:pPr>
        <w:keepNext/>
        <w:pageBreakBefore/>
        <w:spacing w:before="320"/>
        <w:jc w:val="center"/>
        <w:rPr>
          <w:rFonts w:hint="eastAsia"/>
        </w:rPr>
      </w:pPr>
      <w:r>
        <w:rPr>
          <w:rFonts w:eastAsia="Garamond"/>
          <w:b/>
          <w:bCs/>
          <w:color w:val="7A2036"/>
          <w:sz w:val="36"/>
          <w:szCs w:val="36"/>
          <w:rtl/>
        </w:rPr>
        <w:lastRenderedPageBreak/>
        <w:t>المحتويات</w:t>
      </w:r>
    </w:p>
    <w:p w14:paraId="560E5AF9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36AF1FFD" w14:textId="3A5E5326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Garamond"/>
        </w:rPr>
        <w:fldChar w:fldCharType="begin"/>
      </w:r>
      <w:r>
        <w:rPr>
          <w:rFonts w:eastAsia="Garamond"/>
        </w:rPr>
        <w:instrText xml:space="preserve"> TOC \o "1-2" \h \z \u </w:instrText>
      </w:r>
      <w:r>
        <w:rPr>
          <w:rFonts w:eastAsia="Garamond"/>
        </w:rPr>
        <w:fldChar w:fldCharType="separate"/>
      </w:r>
      <w:hyperlink w:anchor="_Toc241685414" w:history="1">
        <w:r w:rsidRPr="00F81134">
          <w:rPr>
            <w:rStyle w:val="Hyperlink"/>
            <w:rFonts w:eastAsia="Garamond"/>
            <w:noProof/>
            <w:rtl/>
          </w:rPr>
          <w:t xml:space="preserve">1   </w:t>
        </w:r>
        <w:r w:rsidRPr="00F81134">
          <w:rPr>
            <w:rStyle w:val="Hyperlink"/>
            <w:rFonts w:eastAsia="Garamond" w:hint="eastAsia"/>
            <w:noProof/>
            <w:rtl/>
          </w:rPr>
          <w:t>الهدف</w:t>
        </w:r>
        <w:r w:rsidRPr="00F81134">
          <w:rPr>
            <w:rStyle w:val="Hyperlink"/>
            <w:rFonts w:eastAsia="Garamond"/>
            <w:noProof/>
            <w:rtl/>
          </w:rPr>
          <w:t xml:space="preserve"> </w:t>
        </w:r>
        <w:r w:rsidRPr="00F81134">
          <w:rPr>
            <w:rStyle w:val="Hyperlink"/>
            <w:rFonts w:eastAsia="Garamond" w:hint="eastAsia"/>
            <w:noProof/>
            <w:rtl/>
          </w:rPr>
          <w:t>من</w:t>
        </w:r>
        <w:r w:rsidRPr="00F81134">
          <w:rPr>
            <w:rStyle w:val="Hyperlink"/>
            <w:rFonts w:eastAsia="Garamond"/>
            <w:noProof/>
            <w:rtl/>
          </w:rPr>
          <w:t xml:space="preserve"> </w:t>
        </w:r>
        <w:r w:rsidRPr="00F81134">
          <w:rPr>
            <w:rStyle w:val="Hyperlink"/>
            <w:rFonts w:eastAsia="Garamond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Toc241685414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776B0240" w14:textId="4DDA7660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15" w:history="1">
        <w:r w:rsidRPr="00F81134">
          <w:rPr>
            <w:rStyle w:val="Hyperlink"/>
            <w:rFonts w:eastAsia="Garamond"/>
            <w:noProof/>
            <w:rtl/>
          </w:rPr>
          <w:t xml:space="preserve">2   </w:t>
        </w:r>
        <w:r w:rsidRPr="00F81134">
          <w:rPr>
            <w:rStyle w:val="Hyperlink"/>
            <w:rFonts w:eastAsia="Garamond" w:hint="eastAsia"/>
            <w:noProof/>
            <w:rtl/>
          </w:rPr>
          <w:t>الأجهزة</w:t>
        </w:r>
        <w:r w:rsidRPr="00F81134">
          <w:rPr>
            <w:rStyle w:val="Hyperlink"/>
            <w:rFonts w:eastAsia="Garamond"/>
            <w:noProof/>
            <w:rtl/>
          </w:rPr>
          <w:t xml:space="preserve"> </w:t>
        </w:r>
        <w:r w:rsidRPr="00F81134">
          <w:rPr>
            <w:rStyle w:val="Hyperlink"/>
            <w:rFonts w:eastAsia="Garamond" w:hint="eastAsia"/>
            <w:noProof/>
            <w:rtl/>
          </w:rPr>
          <w:t>والمواد</w:t>
        </w:r>
        <w:r w:rsidRPr="00F81134">
          <w:rPr>
            <w:rStyle w:val="Hyperlink"/>
            <w:rFonts w:eastAsia="Garamond"/>
            <w:noProof/>
            <w:rtl/>
          </w:rPr>
          <w:t xml:space="preserve"> </w:t>
        </w:r>
        <w:r w:rsidRPr="00F81134">
          <w:rPr>
            <w:rStyle w:val="Hyperlink"/>
            <w:rFonts w:eastAsia="Garamond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Toc241685415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F424D2E" w14:textId="2E177549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16" w:history="1">
        <w:r w:rsidRPr="00F81134">
          <w:rPr>
            <w:rStyle w:val="Hyperlink"/>
            <w:rFonts w:eastAsia="Garamond"/>
            <w:noProof/>
            <w:rtl/>
          </w:rPr>
          <w:t xml:space="preserve">3   </w:t>
        </w:r>
        <w:r w:rsidRPr="00F81134">
          <w:rPr>
            <w:rStyle w:val="Hyperlink"/>
            <w:rFonts w:eastAsia="Garamond" w:hint="eastAsia"/>
            <w:noProof/>
            <w:rtl/>
          </w:rPr>
          <w:t>الأساس</w:t>
        </w:r>
        <w:r w:rsidRPr="00F81134">
          <w:rPr>
            <w:rStyle w:val="Hyperlink"/>
            <w:rFonts w:eastAsia="Garamond"/>
            <w:noProof/>
            <w:rtl/>
          </w:rPr>
          <w:t xml:space="preserve"> </w:t>
        </w:r>
        <w:r w:rsidRPr="00F81134">
          <w:rPr>
            <w:rStyle w:val="Hyperlink"/>
            <w:rFonts w:eastAsia="Garamond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Toc241685416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0D97C856" w14:textId="50B5838B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17" w:history="1">
        <w:r w:rsidRPr="00F81134">
          <w:rPr>
            <w:rStyle w:val="Hyperlink"/>
            <w:rFonts w:eastAsia="Garamond"/>
            <w:noProof/>
            <w:rtl/>
          </w:rPr>
          <w:t xml:space="preserve">4   </w:t>
        </w:r>
        <w:r w:rsidRPr="00F81134">
          <w:rPr>
            <w:rStyle w:val="Hyperlink"/>
            <w:rFonts w:eastAsia="Garamond" w:hint="eastAsia"/>
            <w:noProof/>
            <w:rtl/>
          </w:rPr>
          <w:t>خطوات</w:t>
        </w:r>
        <w:r w:rsidRPr="00F81134">
          <w:rPr>
            <w:rStyle w:val="Hyperlink"/>
            <w:rFonts w:eastAsia="Garamond"/>
            <w:noProof/>
            <w:rtl/>
          </w:rPr>
          <w:t xml:space="preserve"> </w:t>
        </w:r>
        <w:r w:rsidRPr="00F81134">
          <w:rPr>
            <w:rStyle w:val="Hyperlink"/>
            <w:rFonts w:eastAsia="Garamond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Toc241685417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12ED50EE" w14:textId="6EB68389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18" w:history="1">
        <w:r w:rsidRPr="00F81134">
          <w:rPr>
            <w:rStyle w:val="Hyperlink"/>
            <w:rFonts w:eastAsia="Garamond"/>
            <w:noProof/>
            <w:rtl/>
          </w:rPr>
          <w:t xml:space="preserve">5   </w:t>
        </w:r>
        <w:r w:rsidRPr="00F81134">
          <w:rPr>
            <w:rStyle w:val="Hyperlink"/>
            <w:rFonts w:eastAsia="Garamond" w:hint="eastAsia"/>
            <w:noProof/>
            <w:rtl/>
          </w:rPr>
          <w:t>المخطط</w:t>
        </w:r>
        <w:r w:rsidRPr="00F81134">
          <w:rPr>
            <w:rStyle w:val="Hyperlink"/>
            <w:rFonts w:eastAsia="Garamond"/>
            <w:noProof/>
            <w:rtl/>
          </w:rPr>
          <w:t xml:space="preserve"> </w:t>
        </w:r>
        <w:r w:rsidRPr="00F81134">
          <w:rPr>
            <w:rStyle w:val="Hyperlink"/>
            <w:rFonts w:eastAsia="Garamond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Toc241685418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5466B17" w14:textId="45FC9EFA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19" w:history="1">
        <w:r w:rsidRPr="00F81134">
          <w:rPr>
            <w:rStyle w:val="Hyperlink"/>
            <w:rFonts w:eastAsia="Garamond"/>
            <w:noProof/>
            <w:rtl/>
          </w:rPr>
          <w:t xml:space="preserve">6   </w:t>
        </w:r>
        <w:r w:rsidRPr="00F81134">
          <w:rPr>
            <w:rStyle w:val="Hyperlink"/>
            <w:rFonts w:eastAsia="Garamond" w:hint="eastAsia"/>
            <w:noProof/>
            <w:rtl/>
          </w:rPr>
          <w:t>النتائج</w:t>
        </w:r>
        <w:r w:rsidRPr="00F81134">
          <w:rPr>
            <w:rStyle w:val="Hyperlink"/>
            <w:rFonts w:eastAsia="Garamond"/>
            <w:noProof/>
            <w:rtl/>
          </w:rPr>
          <w:t xml:space="preserve"> </w:t>
        </w:r>
        <w:r w:rsidRPr="00F81134">
          <w:rPr>
            <w:rStyle w:val="Hyperlink"/>
            <w:rFonts w:eastAsia="Garamond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Toc241685419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698726C6" w14:textId="26B959A6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20" w:history="1">
        <w:r w:rsidRPr="00F81134">
          <w:rPr>
            <w:rStyle w:val="Hyperlink"/>
            <w:rFonts w:eastAsia="Garamond"/>
            <w:noProof/>
            <w:rtl/>
          </w:rPr>
          <w:t xml:space="preserve">7   </w:t>
        </w:r>
        <w:r w:rsidRPr="00F81134">
          <w:rPr>
            <w:rStyle w:val="Hyperlink"/>
            <w:rFonts w:eastAsia="Garamond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Toc241685420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0E75678" w14:textId="200FEE41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21" w:history="1">
        <w:r w:rsidRPr="00F81134">
          <w:rPr>
            <w:rStyle w:val="Hyperlink"/>
            <w:rFonts w:eastAsia="Garamond"/>
            <w:noProof/>
            <w:rtl/>
          </w:rPr>
          <w:t xml:space="preserve">8   </w:t>
        </w:r>
        <w:r w:rsidRPr="00F81134">
          <w:rPr>
            <w:rStyle w:val="Hyperlink"/>
            <w:rFonts w:eastAsia="Garamond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Toc241685421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45ECF995" w14:textId="3AFCA19D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22" w:history="1">
        <w:r w:rsidRPr="00F81134">
          <w:rPr>
            <w:rStyle w:val="Hyperlink"/>
            <w:rFonts w:eastAsia="Garamond"/>
            <w:noProof/>
            <w:rtl/>
          </w:rPr>
          <w:t xml:space="preserve">9   </w:t>
        </w:r>
        <w:r w:rsidRPr="00F81134">
          <w:rPr>
            <w:rStyle w:val="Hyperlink"/>
            <w:rFonts w:eastAsia="Garamond" w:hint="eastAsia"/>
            <w:noProof/>
            <w:rtl/>
          </w:rPr>
          <w:t>مصادر</w:t>
        </w:r>
        <w:r w:rsidRPr="00F81134">
          <w:rPr>
            <w:rStyle w:val="Hyperlink"/>
            <w:rFonts w:eastAsia="Garamond"/>
            <w:noProof/>
            <w:rtl/>
          </w:rPr>
          <w:t xml:space="preserve"> </w:t>
        </w:r>
        <w:r w:rsidRPr="00F81134">
          <w:rPr>
            <w:rStyle w:val="Hyperlink"/>
            <w:rFonts w:eastAsia="Garamond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Toc241685422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2F2FA79E" w14:textId="7FA4C00D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23" w:history="1">
        <w:r w:rsidRPr="00F81134">
          <w:rPr>
            <w:rStyle w:val="Hyperlink"/>
            <w:rFonts w:eastAsia="Garamond"/>
            <w:noProof/>
            <w:rtl/>
          </w:rPr>
          <w:t xml:space="preserve">10   </w:t>
        </w:r>
        <w:r w:rsidRPr="00F81134">
          <w:rPr>
            <w:rStyle w:val="Hyperlink"/>
            <w:rFonts w:eastAsia="Garamond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Toc241685423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523E1936" w14:textId="666C8C8A" w:rsidR="00EF1476" w:rsidRDefault="00EF147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24" w:history="1">
        <w:r w:rsidRPr="00F81134">
          <w:rPr>
            <w:rStyle w:val="Hyperlink"/>
            <w:rFonts w:eastAsia="Garamond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Toc241685424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7FC4D7B9" w14:textId="335A0B07" w:rsidR="008F556F" w:rsidRDefault="00EF1476">
      <w:pPr>
        <w:rPr>
          <w:rFonts w:hint="eastAsia"/>
        </w:rPr>
      </w:pPr>
      <w:r>
        <w:rPr>
          <w:rFonts w:eastAsia="Garamond"/>
        </w:rPr>
        <w:fldChar w:fldCharType="end"/>
      </w:r>
    </w:p>
    <w:p w14:paraId="3D94C92C" w14:textId="77777777" w:rsidR="008F556F" w:rsidRDefault="008F556F">
      <w:pPr>
        <w:rPr>
          <w:rFonts w:hint="eastAsia"/>
        </w:rPr>
        <w:sectPr w:rsidR="008F556F">
          <w:pgSz w:w="11906" w:h="16838"/>
          <w:pgMar w:top="1020" w:right="1020" w:bottom="1020" w:left="1020" w:header="624" w:footer="567" w:gutter="0"/>
          <w:pgBorders w:offsetFrom="page">
            <w:top w:val="dotted" w:sz="8" w:space="24" w:color="9B3450"/>
            <w:left w:val="dotted" w:sz="8" w:space="24" w:color="9B3450"/>
            <w:bottom w:val="dotted" w:sz="8" w:space="24" w:color="9B3450"/>
            <w:right w:val="dotted" w:sz="8" w:space="24" w:color="9B3450"/>
          </w:pgBorders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8" w:space="0" w:color="7A2036"/>
          <w:left w:val="single" w:sz="8" w:space="0" w:color="7A2036"/>
          <w:bottom w:val="single" w:sz="8" w:space="0" w:color="7A2036"/>
          <w:right w:val="single" w:sz="8" w:space="0" w:color="7A2036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8F556F" w14:paraId="7A98AC95" w14:textId="77777777">
        <w:trPr>
          <w:jc w:val="center"/>
        </w:trPr>
        <w:tc>
          <w:tcPr>
            <w:tcW w:w="9071" w:type="dxa"/>
            <w:shd w:val="clear" w:color="auto" w:fill="7A2036"/>
          </w:tcPr>
          <w:p w14:paraId="0FF6654B" w14:textId="77777777" w:rsidR="008F556F" w:rsidRDefault="00EF1476">
            <w:pPr>
              <w:rPr>
                <w:rFonts w:hint="eastAsia"/>
              </w:rPr>
            </w:pPr>
            <w:r>
              <w:rPr>
                <w:rFonts w:eastAsia="Garamond"/>
                <w:b/>
                <w:bCs/>
                <w:color w:val="FFFFFF"/>
                <w:rtl/>
              </w:rPr>
              <w:lastRenderedPageBreak/>
              <w:t>طريقة استخدام القالب — احذف هذا المربع قبل الطباعة</w:t>
            </w:r>
          </w:p>
        </w:tc>
      </w:tr>
      <w:tr w:rsidR="008F556F" w14:paraId="02FA165A" w14:textId="77777777">
        <w:trPr>
          <w:jc w:val="center"/>
        </w:trPr>
        <w:tc>
          <w:tcPr>
            <w:tcW w:w="9071" w:type="dxa"/>
          </w:tcPr>
          <w:p w14:paraId="4E21D520" w14:textId="77777777" w:rsidR="008F556F" w:rsidRDefault="00EF1476">
            <w:pPr>
              <w:jc w:val="both"/>
              <w:rPr>
                <w:rFonts w:hint="eastAsia"/>
              </w:rPr>
            </w:pPr>
            <w:r>
              <w:rPr>
                <w:rFonts w:eastAsia="Garamond"/>
                <w:color w:val="231A1C"/>
                <w:rtl/>
              </w:rPr>
              <w:t>النصوص الرمادية إرشادات: اقرأها ثم احذفها واكتب 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4F38397C" w14:textId="77777777" w:rsidR="008F556F" w:rsidRDefault="008F556F">
      <w:pPr>
        <w:spacing w:after="40"/>
        <w:jc w:val="both"/>
        <w:rPr>
          <w:rFonts w:hint="eastAsia"/>
        </w:rPr>
      </w:pPr>
    </w:p>
    <w:p w14:paraId="3B022C22" w14:textId="77777777" w:rsidR="008F556F" w:rsidRDefault="00EF1476">
      <w:pPr>
        <w:pStyle w:val="Heading1"/>
        <w:spacing w:before="320" w:after="120"/>
        <w:jc w:val="center"/>
      </w:pPr>
      <w:bookmarkStart w:id="0" w:name="_Toc241685414"/>
      <w:r>
        <w:rPr>
          <w:rFonts w:ascii="Garamond" w:eastAsia="Garamond" w:hAnsi="Garamond" w:cs="Times New Roman"/>
          <w:sz w:val="36"/>
          <w:szCs w:val="36"/>
          <w:rtl/>
        </w:rPr>
        <w:t>1   الهدف من التجربة</w:t>
      </w:r>
      <w:bookmarkEnd w:id="0"/>
    </w:p>
    <w:p w14:paraId="5D63D5EA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5A12495F" w14:textId="77777777" w:rsidR="008F556F" w:rsidRDefault="00EF1476">
      <w:pPr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اكتب في سطرين أو ثلاثة الغرض من إجراء التجربة والكمية أو الظاهرة المطلوب التحقق منها.</w:t>
      </w:r>
    </w:p>
    <w:p w14:paraId="0A95B9C6" w14:textId="77777777" w:rsidR="008F556F" w:rsidRDefault="00EF1476">
      <w:pPr>
        <w:pStyle w:val="Heading1"/>
        <w:spacing w:before="320" w:after="120"/>
        <w:jc w:val="center"/>
      </w:pPr>
      <w:bookmarkStart w:id="1" w:name="_Toc241685415"/>
      <w:r>
        <w:rPr>
          <w:rFonts w:ascii="Garamond" w:eastAsia="Garamond" w:hAnsi="Garamond" w:cs="Times New Roman"/>
          <w:sz w:val="36"/>
          <w:szCs w:val="36"/>
          <w:rtl/>
        </w:rPr>
        <w:t>2   الأجهزة والمواد المستخدمة</w:t>
      </w:r>
      <w:bookmarkEnd w:id="1"/>
    </w:p>
    <w:p w14:paraId="2D04A8DD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26CEE826" w14:textId="77777777" w:rsidR="008F556F" w:rsidRDefault="00EF1476">
      <w:pPr>
        <w:keepNext/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اذكر كل جهاز باسمه ومداه ودقّته إن وُجدت — فالمشرف يحسب لك هذا.</w:t>
      </w:r>
    </w:p>
    <w:p w14:paraId="6AACC6AE" w14:textId="77777777" w:rsidR="008F556F" w:rsidRDefault="00EF1476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ab/>
      </w:r>
      <w:r>
        <w:rPr>
          <w:rFonts w:eastAsia="Garamond"/>
          <w:color w:val="231A1C"/>
          <w:rtl/>
        </w:rPr>
        <w:t>الجهاز الأول (المدى والدقة)</w:t>
      </w:r>
    </w:p>
    <w:p w14:paraId="014EE8FE" w14:textId="77777777" w:rsidR="008F556F" w:rsidRDefault="00EF1476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ab/>
      </w:r>
      <w:r>
        <w:rPr>
          <w:rFonts w:eastAsia="Garamond"/>
          <w:color w:val="231A1C"/>
          <w:rtl/>
        </w:rPr>
        <w:t>الجهاز الثاني (المدى والدقة)</w:t>
      </w:r>
    </w:p>
    <w:p w14:paraId="4B4CFB57" w14:textId="77777777" w:rsidR="008F556F" w:rsidRDefault="00EF1476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ab/>
      </w:r>
      <w:r>
        <w:rPr>
          <w:rFonts w:eastAsia="Garamond"/>
          <w:color w:val="231A1C"/>
          <w:rtl/>
        </w:rPr>
        <w:t>أسلاك التوصيل والمواد الأخرى</w:t>
      </w:r>
    </w:p>
    <w:p w14:paraId="635312BE" w14:textId="77777777" w:rsidR="008F556F" w:rsidRDefault="00EF1476">
      <w:pPr>
        <w:pStyle w:val="Heading1"/>
        <w:spacing w:before="320" w:after="120"/>
        <w:jc w:val="center"/>
      </w:pPr>
      <w:bookmarkStart w:id="2" w:name="_Toc241685416"/>
      <w:r>
        <w:rPr>
          <w:rFonts w:ascii="Garamond" w:eastAsia="Garamond" w:hAnsi="Garamond" w:cs="Times New Roman"/>
          <w:sz w:val="36"/>
          <w:szCs w:val="36"/>
          <w:rtl/>
        </w:rPr>
        <w:t>3   الأساس النظري</w:t>
      </w:r>
      <w:bookmarkEnd w:id="2"/>
    </w:p>
    <w:p w14:paraId="0502FC09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5E8BA628" w14:textId="77777777" w:rsidR="008F556F" w:rsidRDefault="00EF1476">
      <w:pPr>
        <w:keepNext/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اشرح القانون أو النظرية التي تقوم عليها التجربة، واكتب المعادلات مع تعريف كل رمز ووحدته. مثال لمعادلة قابلة للتعديل:</w:t>
      </w:r>
    </w:p>
    <w:p w14:paraId="2E7231E9" w14:textId="77777777" w:rsidR="008F556F" w:rsidRDefault="00EF1476">
      <w:pPr>
        <w:tabs>
          <w:tab w:val="right" w:pos="9072"/>
        </w:tabs>
        <w:ind w:left="1701"/>
        <w:rPr>
          <w:rFonts w:hint="eastAsia"/>
        </w:rPr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Garamond"/>
          <w:color w:val="231A1C"/>
        </w:rPr>
        <w:tab/>
        <w:t>(1)</w:t>
      </w:r>
    </w:p>
    <w:p w14:paraId="6DF18844" w14:textId="77777777" w:rsidR="008F556F" w:rsidRDefault="00EF1476">
      <w:pPr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660583A0" w14:textId="77777777" w:rsidR="008F556F" w:rsidRDefault="00EF1476">
      <w:pPr>
        <w:pStyle w:val="Heading1"/>
        <w:spacing w:before="320" w:after="120"/>
        <w:jc w:val="center"/>
      </w:pPr>
      <w:bookmarkStart w:id="3" w:name="_Toc241685417"/>
      <w:r>
        <w:rPr>
          <w:rFonts w:ascii="Garamond" w:eastAsia="Garamond" w:hAnsi="Garamond" w:cs="Times New Roman"/>
          <w:sz w:val="36"/>
          <w:szCs w:val="36"/>
          <w:rtl/>
        </w:rPr>
        <w:lastRenderedPageBreak/>
        <w:t>4   خطوات العمل</w:t>
      </w:r>
      <w:bookmarkEnd w:id="3"/>
    </w:p>
    <w:p w14:paraId="7C9772C1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591A49F4" w14:textId="77777777" w:rsidR="008F556F" w:rsidRDefault="00EF1476">
      <w:pPr>
        <w:keepNext/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اكتب الخطوات بصيغة الماضي المبني للمجهول (رُبطت الدائرة، سُجّلت القراءة) لا بصيغة الأمر.</w:t>
      </w:r>
    </w:p>
    <w:p w14:paraId="6093E896" w14:textId="77777777" w:rsidR="008F556F" w:rsidRDefault="00EF1476">
      <w:pPr>
        <w:spacing w:after="40"/>
        <w:ind w:right="510" w:hanging="340"/>
        <w:rPr>
          <w:rFonts w:hint="eastAsia"/>
        </w:rPr>
      </w:pPr>
      <w:r>
        <w:rPr>
          <w:rFonts w:eastAsia="Garamond"/>
          <w:b/>
          <w:bCs/>
          <w:color w:val="7A2036"/>
          <w:rtl/>
        </w:rPr>
        <w:t>1.</w:t>
      </w:r>
      <w:r>
        <w:rPr>
          <w:rFonts w:eastAsia="Garamond"/>
          <w:b/>
          <w:bCs/>
          <w:color w:val="7A2036"/>
          <w:rtl/>
        </w:rPr>
        <w:tab/>
      </w:r>
      <w:r>
        <w:rPr>
          <w:rFonts w:eastAsia="Garamond"/>
          <w:color w:val="231A1C"/>
          <w:rtl/>
        </w:rPr>
        <w:t>الخطوة الأولى.</w:t>
      </w:r>
    </w:p>
    <w:p w14:paraId="254E9F41" w14:textId="77777777" w:rsidR="008F556F" w:rsidRDefault="00EF1476">
      <w:pPr>
        <w:spacing w:after="40"/>
        <w:ind w:right="510" w:hanging="340"/>
        <w:rPr>
          <w:rFonts w:hint="eastAsia"/>
        </w:rPr>
      </w:pPr>
      <w:r>
        <w:rPr>
          <w:rFonts w:eastAsia="Garamond"/>
          <w:b/>
          <w:bCs/>
          <w:color w:val="7A2036"/>
          <w:rtl/>
        </w:rPr>
        <w:t>2.</w:t>
      </w:r>
      <w:r>
        <w:rPr>
          <w:rFonts w:eastAsia="Garamond"/>
          <w:b/>
          <w:bCs/>
          <w:color w:val="7A2036"/>
          <w:rtl/>
        </w:rPr>
        <w:tab/>
      </w:r>
      <w:r>
        <w:rPr>
          <w:rFonts w:eastAsia="Garamond"/>
          <w:color w:val="231A1C"/>
          <w:rtl/>
        </w:rPr>
        <w:t>الخطوة الثانية.</w:t>
      </w:r>
    </w:p>
    <w:p w14:paraId="54405582" w14:textId="77777777" w:rsidR="008F556F" w:rsidRDefault="00EF1476">
      <w:pPr>
        <w:spacing w:after="40"/>
        <w:ind w:right="510" w:hanging="340"/>
        <w:rPr>
          <w:rFonts w:hint="eastAsia"/>
        </w:rPr>
      </w:pPr>
      <w:r>
        <w:rPr>
          <w:rFonts w:eastAsia="Garamond"/>
          <w:b/>
          <w:bCs/>
          <w:color w:val="7A2036"/>
          <w:rtl/>
        </w:rPr>
        <w:t>3.</w:t>
      </w:r>
      <w:r>
        <w:rPr>
          <w:rFonts w:eastAsia="Garamond"/>
          <w:b/>
          <w:bCs/>
          <w:color w:val="7A2036"/>
          <w:rtl/>
        </w:rPr>
        <w:tab/>
      </w:r>
      <w:r>
        <w:rPr>
          <w:rFonts w:eastAsia="Garamond"/>
          <w:color w:val="231A1C"/>
          <w:rtl/>
        </w:rPr>
        <w:t>الخطوة الثالثة.</w:t>
      </w:r>
    </w:p>
    <w:p w14:paraId="431D2E59" w14:textId="77777777" w:rsidR="008F556F" w:rsidRDefault="00EF1476">
      <w:pPr>
        <w:spacing w:after="40"/>
        <w:ind w:right="510" w:hanging="340"/>
        <w:rPr>
          <w:rFonts w:hint="eastAsia"/>
        </w:rPr>
      </w:pPr>
      <w:r>
        <w:rPr>
          <w:rFonts w:eastAsia="Garamond"/>
          <w:b/>
          <w:bCs/>
          <w:color w:val="7A2036"/>
          <w:rtl/>
        </w:rPr>
        <w:t>4.</w:t>
      </w:r>
      <w:r>
        <w:rPr>
          <w:rFonts w:eastAsia="Garamond"/>
          <w:b/>
          <w:bCs/>
          <w:color w:val="7A2036"/>
          <w:rtl/>
        </w:rPr>
        <w:tab/>
      </w:r>
      <w:r>
        <w:rPr>
          <w:rFonts w:eastAsia="Garamond"/>
          <w:color w:val="231A1C"/>
          <w:rtl/>
        </w:rPr>
        <w:t>الخطوة الرابعة.</w:t>
      </w:r>
    </w:p>
    <w:p w14:paraId="5187E92B" w14:textId="77777777" w:rsidR="008F556F" w:rsidRDefault="00EF1476">
      <w:pPr>
        <w:pStyle w:val="Heading1"/>
        <w:spacing w:before="320" w:after="120"/>
        <w:jc w:val="center"/>
      </w:pPr>
      <w:bookmarkStart w:id="4" w:name="_Toc241685418"/>
      <w:r>
        <w:rPr>
          <w:rFonts w:ascii="Garamond" w:eastAsia="Garamond" w:hAnsi="Garamond" w:cs="Times New Roman"/>
          <w:sz w:val="36"/>
          <w:szCs w:val="36"/>
          <w:rtl/>
        </w:rPr>
        <w:t>5   المخطط العملي</w:t>
      </w:r>
      <w:bookmarkEnd w:id="4"/>
    </w:p>
    <w:p w14:paraId="6608F27B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004B4D0D" w14:textId="77777777" w:rsidR="008F556F" w:rsidRDefault="00EF1476">
      <w:pPr>
        <w:keepNext/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أدرج مخطط الدائرة أو رسم الجهاز مكان الصورة أدناه (زر الفأرة الأيمن ← «تغيير الصورة»).</w:t>
      </w:r>
    </w:p>
    <w:p w14:paraId="63D7A291" w14:textId="77777777" w:rsidR="008F556F" w:rsidRDefault="00EF1476">
      <w:pPr>
        <w:keepNext/>
        <w:spacing w:after="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D3DAFC5" wp14:editId="428D1C97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49361" w14:textId="77777777" w:rsidR="008F556F" w:rsidRDefault="00EF1476">
      <w:pPr>
        <w:spacing w:before="40" w:after="160"/>
        <w:jc w:val="center"/>
        <w:rPr>
          <w:rFonts w:hint="eastAsia"/>
        </w:rPr>
      </w:pPr>
      <w:r>
        <w:rPr>
          <w:rFonts w:eastAsia="Garamond"/>
          <w:b/>
          <w:bCs/>
          <w:color w:val="231A1C"/>
          <w:sz w:val="24"/>
          <w:szCs w:val="24"/>
          <w:rtl/>
        </w:rPr>
        <w:t xml:space="preserve">الشكل (1): </w:t>
      </w:r>
      <w:r>
        <w:rPr>
          <w:rFonts w:eastAsia="Garamond"/>
          <w:color w:val="5E5054"/>
          <w:sz w:val="24"/>
          <w:szCs w:val="24"/>
          <w:rtl/>
        </w:rPr>
        <w:t>مخطط الدائرة أو الجهاز المستخدم في التجربة</w:t>
      </w:r>
    </w:p>
    <w:p w14:paraId="1316DE63" w14:textId="77777777" w:rsidR="008F556F" w:rsidRDefault="00EF1476">
      <w:pPr>
        <w:pStyle w:val="Heading1"/>
        <w:spacing w:before="320" w:after="120"/>
        <w:jc w:val="center"/>
      </w:pPr>
      <w:bookmarkStart w:id="5" w:name="_Toc241685419"/>
      <w:r>
        <w:rPr>
          <w:rFonts w:ascii="Garamond" w:eastAsia="Garamond" w:hAnsi="Garamond" w:cs="Times New Roman"/>
          <w:sz w:val="36"/>
          <w:szCs w:val="36"/>
          <w:rtl/>
        </w:rPr>
        <w:lastRenderedPageBreak/>
        <w:t>6   النتائج والقراءات</w:t>
      </w:r>
      <w:bookmarkEnd w:id="5"/>
    </w:p>
    <w:p w14:paraId="6F5E2FE3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0B6012F3" w14:textId="77777777" w:rsidR="008F556F" w:rsidRDefault="00EF1476">
      <w:pPr>
        <w:keepNext/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ضع القراءات في جدول مع الوحدات في رأس العمود لا داخل الخلايا.</w:t>
      </w:r>
    </w:p>
    <w:p w14:paraId="7FC3B4F0" w14:textId="77777777" w:rsidR="008F556F" w:rsidRDefault="00EF1476">
      <w:pPr>
        <w:keepNext/>
        <w:spacing w:before="40" w:after="80"/>
        <w:jc w:val="center"/>
        <w:rPr>
          <w:rFonts w:hint="eastAsia"/>
        </w:rPr>
      </w:pPr>
      <w:r>
        <w:rPr>
          <w:rFonts w:eastAsia="Garamond"/>
          <w:b/>
          <w:bCs/>
          <w:color w:val="231A1C"/>
          <w:sz w:val="24"/>
          <w:szCs w:val="24"/>
          <w:rtl/>
        </w:rPr>
        <w:t xml:space="preserve">الجدول (1): </w:t>
      </w:r>
      <w:r>
        <w:rPr>
          <w:rFonts w:eastAsia="Garamond"/>
          <w:color w:val="5E5054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4" w:space="0" w:color="EACFD6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8F556F" w14:paraId="3D060405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8" w:space="0" w:color="D9A441"/>
            </w:tcBorders>
          </w:tcPr>
          <w:p w14:paraId="12015207" w14:textId="77777777" w:rsidR="008F556F" w:rsidRDefault="00EF1476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Garamond"/>
                <w:b/>
                <w:bCs/>
                <w:color w:val="9B3450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tcBorders>
              <w:bottom w:val="single" w:sz="8" w:space="0" w:color="D9A441"/>
            </w:tcBorders>
          </w:tcPr>
          <w:p w14:paraId="57B48D50" w14:textId="77777777" w:rsidR="008F556F" w:rsidRDefault="00EF1476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Garamond"/>
                <w:b/>
                <w:bCs/>
                <w:color w:val="9B3450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tcBorders>
              <w:bottom w:val="single" w:sz="8" w:space="0" w:color="D9A441"/>
            </w:tcBorders>
          </w:tcPr>
          <w:p w14:paraId="449E2DCC" w14:textId="77777777" w:rsidR="008F556F" w:rsidRDefault="00EF1476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Garamond"/>
                <w:b/>
                <w:bCs/>
                <w:color w:val="9B3450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tcBorders>
              <w:bottom w:val="single" w:sz="8" w:space="0" w:color="D9A441"/>
            </w:tcBorders>
          </w:tcPr>
          <w:p w14:paraId="034FCEFE" w14:textId="77777777" w:rsidR="008F556F" w:rsidRDefault="00EF1476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Garamond"/>
                <w:b/>
                <w:bCs/>
                <w:color w:val="9B3450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tcBorders>
              <w:bottom w:val="single" w:sz="8" w:space="0" w:color="D9A441"/>
            </w:tcBorders>
          </w:tcPr>
          <w:p w14:paraId="27C49E9F" w14:textId="77777777" w:rsidR="008F556F" w:rsidRDefault="00EF1476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Garamond"/>
                <w:b/>
                <w:bCs/>
                <w:color w:val="9B3450"/>
                <w:sz w:val="24"/>
                <w:szCs w:val="24"/>
                <w:rtl/>
              </w:rPr>
              <w:t>المعدل</w:t>
            </w:r>
          </w:p>
        </w:tc>
      </w:tr>
      <w:tr w:rsidR="008F556F" w14:paraId="4A202E6F" w14:textId="77777777">
        <w:trPr>
          <w:cantSplit/>
          <w:jc w:val="center"/>
        </w:trPr>
        <w:tc>
          <w:tcPr>
            <w:tcW w:w="737" w:type="dxa"/>
          </w:tcPr>
          <w:p w14:paraId="2AD4FE86" w14:textId="77777777" w:rsidR="008F556F" w:rsidRDefault="00EF1476">
            <w:pPr>
              <w:keepNext/>
              <w:spacing w:before="20" w:after="20"/>
              <w:jc w:val="center"/>
              <w:rPr>
                <w:rFonts w:hint="eastAsia"/>
              </w:rPr>
            </w:pPr>
            <w:r>
              <w:rPr>
                <w:rFonts w:eastAsia="Garamond"/>
                <w:color w:val="231A1C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483511D4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36F9BFDE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264276ED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5ED91C51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</w:tr>
      <w:tr w:rsidR="008F556F" w14:paraId="576A1A8B" w14:textId="77777777">
        <w:trPr>
          <w:cantSplit/>
          <w:jc w:val="center"/>
        </w:trPr>
        <w:tc>
          <w:tcPr>
            <w:tcW w:w="737" w:type="dxa"/>
          </w:tcPr>
          <w:p w14:paraId="4FA23E73" w14:textId="77777777" w:rsidR="008F556F" w:rsidRDefault="00EF1476">
            <w:pPr>
              <w:keepNext/>
              <w:spacing w:before="20" w:after="20"/>
              <w:jc w:val="center"/>
              <w:rPr>
                <w:rFonts w:hint="eastAsia"/>
              </w:rPr>
            </w:pPr>
            <w:r>
              <w:rPr>
                <w:rFonts w:eastAsia="Garamond"/>
                <w:color w:val="231A1C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1E42B1B9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7FA8C7EA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090A67AE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6F382180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</w:tr>
      <w:tr w:rsidR="008F556F" w14:paraId="14742F58" w14:textId="77777777">
        <w:trPr>
          <w:cantSplit/>
          <w:jc w:val="center"/>
        </w:trPr>
        <w:tc>
          <w:tcPr>
            <w:tcW w:w="737" w:type="dxa"/>
          </w:tcPr>
          <w:p w14:paraId="1C8927D5" w14:textId="77777777" w:rsidR="008F556F" w:rsidRDefault="00EF1476">
            <w:pPr>
              <w:keepNext/>
              <w:spacing w:before="20" w:after="20"/>
              <w:jc w:val="center"/>
              <w:rPr>
                <w:rFonts w:hint="eastAsia"/>
              </w:rPr>
            </w:pPr>
            <w:r>
              <w:rPr>
                <w:rFonts w:eastAsia="Garamond"/>
                <w:color w:val="231A1C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54C9C7FB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5C09CB76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7ECF618E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74DE6FCE" w14:textId="77777777" w:rsidR="008F556F" w:rsidRDefault="008F556F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</w:tr>
      <w:tr w:rsidR="008F556F" w14:paraId="04814892" w14:textId="77777777">
        <w:trPr>
          <w:cantSplit/>
          <w:jc w:val="center"/>
        </w:trPr>
        <w:tc>
          <w:tcPr>
            <w:tcW w:w="737" w:type="dxa"/>
          </w:tcPr>
          <w:p w14:paraId="48490009" w14:textId="77777777" w:rsidR="008F556F" w:rsidRDefault="00EF1476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rFonts w:eastAsia="Garamond"/>
                <w:color w:val="231A1C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33933489" w14:textId="77777777" w:rsidR="008F556F" w:rsidRDefault="008F556F">
            <w:pPr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31532863" w14:textId="77777777" w:rsidR="008F556F" w:rsidRDefault="008F556F">
            <w:pPr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5E4135C7" w14:textId="77777777" w:rsidR="008F556F" w:rsidRDefault="008F556F">
            <w:pPr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06B90F01" w14:textId="77777777" w:rsidR="008F556F" w:rsidRDefault="008F556F">
            <w:pPr>
              <w:spacing w:before="20" w:after="20"/>
              <w:jc w:val="center"/>
              <w:rPr>
                <w:rFonts w:hint="eastAsia"/>
              </w:rPr>
            </w:pPr>
          </w:p>
        </w:tc>
      </w:tr>
    </w:tbl>
    <w:p w14:paraId="6EC9CD25" w14:textId="77777777" w:rsidR="008F556F" w:rsidRDefault="008F556F">
      <w:pPr>
        <w:spacing w:after="40"/>
        <w:jc w:val="both"/>
        <w:rPr>
          <w:rFonts w:hint="eastAsia"/>
        </w:rPr>
      </w:pPr>
    </w:p>
    <w:p w14:paraId="4ED008EA" w14:textId="77777777" w:rsidR="008F556F" w:rsidRDefault="00EF1476">
      <w:pPr>
        <w:pStyle w:val="Heading1"/>
        <w:spacing w:before="320" w:after="120"/>
        <w:jc w:val="center"/>
      </w:pPr>
      <w:bookmarkStart w:id="6" w:name="_Toc241685420"/>
      <w:r>
        <w:rPr>
          <w:rFonts w:ascii="Garamond" w:eastAsia="Garamond" w:hAnsi="Garamond" w:cs="Times New Roman"/>
          <w:sz w:val="36"/>
          <w:szCs w:val="36"/>
          <w:rtl/>
        </w:rPr>
        <w:t>7   الحسابات</w:t>
      </w:r>
      <w:bookmarkEnd w:id="6"/>
    </w:p>
    <w:p w14:paraId="1DF2D83E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085E9732" w14:textId="77777777" w:rsidR="008F556F" w:rsidRDefault="00EF1476">
      <w:pPr>
        <w:keepNext/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2FDB1662" w14:textId="77777777" w:rsidR="008F556F" w:rsidRDefault="00EF1476">
      <w:pPr>
        <w:tabs>
          <w:tab w:val="right" w:pos="9072"/>
        </w:tabs>
        <w:ind w:left="1701"/>
        <w:rPr>
          <w:rFonts w:hint="eastAsia"/>
        </w:rPr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Garamond"/>
          <w:color w:val="231A1C"/>
        </w:rPr>
        <w:tab/>
        <w:t>(2)</w:t>
      </w:r>
    </w:p>
    <w:p w14:paraId="02F67071" w14:textId="77777777" w:rsidR="008F556F" w:rsidRDefault="00EF1476">
      <w:pPr>
        <w:pStyle w:val="Heading1"/>
        <w:spacing w:before="320" w:after="120"/>
        <w:jc w:val="center"/>
      </w:pPr>
      <w:bookmarkStart w:id="7" w:name="_Toc241685421"/>
      <w:r>
        <w:rPr>
          <w:rFonts w:ascii="Garamond" w:eastAsia="Garamond" w:hAnsi="Garamond" w:cs="Times New Roman"/>
          <w:sz w:val="36"/>
          <w:szCs w:val="36"/>
          <w:rtl/>
        </w:rPr>
        <w:t>8   المناقشة</w:t>
      </w:r>
      <w:bookmarkEnd w:id="7"/>
    </w:p>
    <w:p w14:paraId="4344536D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2F41552B" w14:textId="77777777" w:rsidR="008F556F" w:rsidRDefault="00EF1476">
      <w:pPr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قارن نتيجتك بالقيمة النظرية وفسّر الفرق. هذا القسم هو الذي يميّز التقرير الجيّد من الضعيف.</w:t>
      </w:r>
    </w:p>
    <w:p w14:paraId="786D118F" w14:textId="77777777" w:rsidR="008F556F" w:rsidRDefault="00EF1476">
      <w:pPr>
        <w:pStyle w:val="Heading1"/>
        <w:spacing w:before="320" w:after="120"/>
        <w:jc w:val="center"/>
      </w:pPr>
      <w:bookmarkStart w:id="8" w:name="_Toc241685422"/>
      <w:r>
        <w:rPr>
          <w:rFonts w:ascii="Garamond" w:eastAsia="Garamond" w:hAnsi="Garamond" w:cs="Times New Roman"/>
          <w:sz w:val="36"/>
          <w:szCs w:val="36"/>
          <w:rtl/>
        </w:rPr>
        <w:t>9   مصادر الخطأ</w:t>
      </w:r>
      <w:bookmarkEnd w:id="8"/>
    </w:p>
    <w:p w14:paraId="0B478AF8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52AB14D9" w14:textId="77777777" w:rsidR="008F556F" w:rsidRDefault="00EF1476">
      <w:pPr>
        <w:keepNext/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084BB0FC" w14:textId="77777777" w:rsidR="008F556F" w:rsidRDefault="00EF1476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ab/>
      </w:r>
      <w:r>
        <w:rPr>
          <w:rFonts w:eastAsia="Garamond"/>
          <w:color w:val="231A1C"/>
          <w:rtl/>
        </w:rPr>
        <w:t xml:space="preserve">خطأ في </w:t>
      </w:r>
      <w:r>
        <w:rPr>
          <w:rFonts w:eastAsia="Garamond"/>
          <w:color w:val="231A1C"/>
          <w:rtl/>
        </w:rPr>
        <w:t>قراءة الأجهزة.</w:t>
      </w:r>
    </w:p>
    <w:p w14:paraId="5AD17974" w14:textId="77777777" w:rsidR="008F556F" w:rsidRDefault="00EF1476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ab/>
      </w:r>
      <w:r>
        <w:rPr>
          <w:rFonts w:eastAsia="Garamond"/>
          <w:color w:val="231A1C"/>
          <w:rtl/>
        </w:rPr>
        <w:t>مقاومة أسلاك التوصيل أو تغيّر الظروف المحيطة.</w:t>
      </w:r>
    </w:p>
    <w:p w14:paraId="312D430A" w14:textId="77777777" w:rsidR="008F556F" w:rsidRDefault="00EF1476">
      <w:pPr>
        <w:pStyle w:val="Heading1"/>
        <w:spacing w:before="320" w:after="120"/>
        <w:jc w:val="center"/>
      </w:pPr>
      <w:bookmarkStart w:id="9" w:name="_Toc241685423"/>
      <w:r>
        <w:rPr>
          <w:rFonts w:ascii="Garamond" w:eastAsia="Garamond" w:hAnsi="Garamond" w:cs="Times New Roman"/>
          <w:sz w:val="36"/>
          <w:szCs w:val="36"/>
          <w:rtl/>
        </w:rPr>
        <w:lastRenderedPageBreak/>
        <w:t>10   الاستنتاج</w:t>
      </w:r>
      <w:bookmarkEnd w:id="9"/>
    </w:p>
    <w:p w14:paraId="30719FB0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1208009A" w14:textId="77777777" w:rsidR="008F556F" w:rsidRDefault="00EF1476">
      <w:pPr>
        <w:jc w:val="both"/>
        <w:rPr>
          <w:rFonts w:hint="eastAsia"/>
        </w:rPr>
      </w:pPr>
      <w:r>
        <w:rPr>
          <w:rFonts w:eastAsia="Garamond"/>
          <w:color w:val="5E5054"/>
          <w:sz w:val="26"/>
          <w:szCs w:val="26"/>
          <w:rtl/>
        </w:rPr>
        <w:t>فقرة واحدة تجيب صراحةً عن الهدف المذكور في البداية: هل تحقّق أم لا ولماذا.</w:t>
      </w:r>
    </w:p>
    <w:p w14:paraId="580BC95E" w14:textId="77777777" w:rsidR="008F556F" w:rsidRDefault="00EF1476">
      <w:pPr>
        <w:pStyle w:val="Heading1"/>
        <w:spacing w:before="320" w:after="120"/>
        <w:jc w:val="center"/>
      </w:pPr>
      <w:bookmarkStart w:id="10" w:name="_Toc241685424"/>
      <w:r>
        <w:rPr>
          <w:rFonts w:ascii="Garamond" w:eastAsia="Garamond" w:hAnsi="Garamond" w:cs="Times New Roman"/>
          <w:sz w:val="36"/>
          <w:szCs w:val="36"/>
          <w:rtl/>
        </w:rPr>
        <w:t>المصادر</w:t>
      </w:r>
      <w:bookmarkEnd w:id="10"/>
    </w:p>
    <w:p w14:paraId="5739088B" w14:textId="77777777" w:rsidR="008F556F" w:rsidRDefault="00EF1476">
      <w:pPr>
        <w:keepNext/>
        <w:jc w:val="center"/>
        <w:rPr>
          <w:rFonts w:hint="eastAsia"/>
        </w:rPr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42099DD4" w14:textId="77777777" w:rsidR="008F556F" w:rsidRDefault="00EF1476">
      <w:pPr>
        <w:keepNext/>
        <w:spacing w:after="80"/>
        <w:ind w:right="510" w:hanging="510"/>
        <w:rPr>
          <w:rFonts w:hint="eastAsia"/>
        </w:rPr>
      </w:pPr>
      <w:r>
        <w:rPr>
          <w:rFonts w:eastAsia="Garamond"/>
          <w:color w:val="231A1C"/>
          <w:sz w:val="26"/>
          <w:szCs w:val="26"/>
          <w:rtl/>
        </w:rPr>
        <w:t xml:space="preserve">[1] اسم المؤلف، </w:t>
      </w:r>
      <w:r>
        <w:rPr>
          <w:rFonts w:eastAsia="Garamond"/>
          <w:i/>
          <w:color w:val="231A1C"/>
          <w:sz w:val="26"/>
          <w:szCs w:val="26"/>
          <w:rtl/>
        </w:rPr>
        <w:t>عنوان الكتاب</w:t>
      </w:r>
      <w:r>
        <w:rPr>
          <w:rFonts w:eastAsia="Garamond"/>
          <w:color w:val="231A1C"/>
          <w:sz w:val="26"/>
          <w:szCs w:val="26"/>
          <w:rtl/>
        </w:rPr>
        <w:t>، ط2. المدينة: دار النشر، السنة، ص. 45.</w:t>
      </w:r>
    </w:p>
    <w:p w14:paraId="05F8A5FC" w14:textId="77777777" w:rsidR="008F556F" w:rsidRDefault="00EF1476">
      <w:pPr>
        <w:keepNext/>
        <w:spacing w:after="80"/>
        <w:ind w:right="510" w:hanging="510"/>
        <w:rPr>
          <w:rFonts w:hint="eastAsia"/>
        </w:rPr>
      </w:pPr>
      <w:r>
        <w:rPr>
          <w:rFonts w:eastAsia="Garamond"/>
          <w:color w:val="231A1C"/>
          <w:sz w:val="26"/>
          <w:szCs w:val="26"/>
          <w:rtl/>
        </w:rPr>
        <w:t xml:space="preserve">[2] اسم الباحث، «عنوان المقالة»، </w:t>
      </w:r>
      <w:r>
        <w:rPr>
          <w:rFonts w:eastAsia="Garamond"/>
          <w:i/>
          <w:color w:val="231A1C"/>
          <w:sz w:val="26"/>
          <w:szCs w:val="26"/>
          <w:rtl/>
        </w:rPr>
        <w:t>اسم المجلة</w:t>
      </w:r>
      <w:r>
        <w:rPr>
          <w:rFonts w:eastAsia="Garamond"/>
          <w:color w:val="231A1C"/>
          <w:sz w:val="26"/>
          <w:szCs w:val="26"/>
          <w:rtl/>
        </w:rPr>
        <w:t>، مج 12، ع 3، ص. 10–18، السنة.</w:t>
      </w:r>
    </w:p>
    <w:p w14:paraId="2F047177" w14:textId="77777777" w:rsidR="008F556F" w:rsidRDefault="00EF1476">
      <w:pPr>
        <w:spacing w:after="80"/>
        <w:ind w:left="510" w:hanging="510"/>
        <w:rPr>
          <w:rFonts w:hint="eastAsia"/>
        </w:rPr>
      </w:pPr>
      <w:r>
        <w:rPr>
          <w:rFonts w:eastAsia="Garamond"/>
          <w:color w:val="231A1C"/>
          <w:sz w:val="26"/>
          <w:szCs w:val="26"/>
        </w:rPr>
        <w:t xml:space="preserve">[3] A. Author and B. Author, </w:t>
      </w:r>
      <w:r>
        <w:rPr>
          <w:rFonts w:eastAsia="Garamond"/>
          <w:i/>
          <w:color w:val="231A1C"/>
          <w:sz w:val="26"/>
          <w:szCs w:val="26"/>
        </w:rPr>
        <w:t>Title of the Book</w:t>
      </w:r>
      <w:r>
        <w:rPr>
          <w:rFonts w:eastAsia="Garamond"/>
          <w:color w:val="231A1C"/>
          <w:sz w:val="26"/>
          <w:szCs w:val="26"/>
        </w:rPr>
        <w:t>, 3rd ed. City, Country: Publisher, 2020.</w:t>
      </w:r>
    </w:p>
    <w:sectPr w:rsidR="008F556F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uble" w:sz="6" w:space="24" w:color="7A2036"/>
        <w:left w:val="double" w:sz="6" w:space="24" w:color="7A2036"/>
        <w:bottom w:val="double" w:sz="6" w:space="24" w:color="7A2036"/>
        <w:right w:val="double" w:sz="6" w:space="24" w:color="7A2036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2512D" w14:textId="77777777" w:rsidR="00EF1476" w:rsidRDefault="00EF147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D17199" w14:textId="77777777" w:rsidR="00EF1476" w:rsidRDefault="00EF147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96BC6" w14:textId="77777777" w:rsidR="008F556F" w:rsidRDefault="00EF1476">
    <w:pPr>
      <w:pStyle w:val="Footer"/>
      <w:pBdr>
        <w:top w:val="single" w:sz="4" w:space="4" w:color="EACFD6"/>
      </w:pBdr>
      <w:jc w:val="center"/>
      <w:rPr>
        <w:rFonts w:hint="eastAsia"/>
      </w:rPr>
    </w:pPr>
    <w:r>
      <w:rPr>
        <w:rFonts w:eastAsia="Garamond"/>
        <w:color w:val="5E5054"/>
        <w:sz w:val="20"/>
        <w:szCs w:val="20"/>
      </w:rPr>
      <w:t xml:space="preserve">— </w:t>
    </w:r>
    <w:r>
      <w:rPr>
        <w:rFonts w:eastAsia="Garamond"/>
        <w:color w:val="5E5054"/>
        <w:sz w:val="20"/>
        <w:szCs w:val="20"/>
      </w:rPr>
      <w:fldChar w:fldCharType="begin"/>
    </w:r>
    <w:r>
      <w:rPr>
        <w:rFonts w:eastAsia="Garamond"/>
        <w:color w:val="5E5054"/>
        <w:sz w:val="20"/>
        <w:szCs w:val="20"/>
      </w:rPr>
      <w:instrText xml:space="preserve"> PAGE </w:instrText>
    </w:r>
    <w:r>
      <w:rPr>
        <w:rFonts w:eastAsia="Garamond"/>
        <w:color w:val="5E5054"/>
        <w:sz w:val="20"/>
        <w:szCs w:val="20"/>
      </w:rPr>
      <w:fldChar w:fldCharType="separate"/>
    </w:r>
    <w:r>
      <w:rPr>
        <w:rFonts w:eastAsia="Garamond"/>
        <w:color w:val="5E5054"/>
        <w:sz w:val="20"/>
        <w:szCs w:val="20"/>
      </w:rPr>
      <w:t>1</w:t>
    </w:r>
    <w:r>
      <w:rPr>
        <w:rFonts w:eastAsia="Garamond"/>
        <w:color w:val="5E5054"/>
        <w:sz w:val="20"/>
        <w:szCs w:val="20"/>
      </w:rPr>
      <w:fldChar w:fldCharType="end"/>
    </w:r>
    <w:r>
      <w:rPr>
        <w:rFonts w:eastAsia="Garamond"/>
        <w:color w:val="5E5054"/>
        <w:sz w:val="20"/>
        <w:szCs w:val="20"/>
      </w:rPr>
      <w:t xml:space="preserve"> —</w:t>
    </w:r>
  </w:p>
  <w:p w14:paraId="660866B7" w14:textId="77777777" w:rsidR="008F556F" w:rsidRDefault="00EF1476">
    <w:pPr>
      <w:spacing w:before="40" w:after="0"/>
      <w:jc w:val="center"/>
      <w:rPr>
        <w:rFonts w:hint="eastAsia"/>
      </w:rPr>
    </w:pPr>
    <w:r>
      <w:rPr>
        <w:rFonts w:eastAsia="Garamond"/>
        <w:color w:val="5E5054"/>
        <w:sz w:val="16"/>
        <w:szCs w:val="16"/>
        <w:rtl/>
      </w:rPr>
      <w:t xml:space="preserve">قالب مجاني من «تم» — </w:t>
    </w:r>
    <w:hyperlink r:id="rId1">
      <w:r>
        <w:rPr>
          <w:rFonts w:eastAsia="Garamond"/>
          <w:color w:val="5E5054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E48B8" w14:textId="77777777" w:rsidR="00EF1476" w:rsidRDefault="00EF147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64052C2" w14:textId="77777777" w:rsidR="00EF1476" w:rsidRDefault="00EF147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674F" w14:textId="77777777" w:rsidR="008F556F" w:rsidRDefault="008F556F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305663">
    <w:abstractNumId w:val="8"/>
  </w:num>
  <w:num w:numId="2" w16cid:durableId="897398399">
    <w:abstractNumId w:val="6"/>
  </w:num>
  <w:num w:numId="3" w16cid:durableId="743995135">
    <w:abstractNumId w:val="5"/>
  </w:num>
  <w:num w:numId="4" w16cid:durableId="1592812157">
    <w:abstractNumId w:val="4"/>
  </w:num>
  <w:num w:numId="5" w16cid:durableId="365183554">
    <w:abstractNumId w:val="7"/>
  </w:num>
  <w:num w:numId="6" w16cid:durableId="1219897364">
    <w:abstractNumId w:val="3"/>
  </w:num>
  <w:num w:numId="7" w16cid:durableId="52968823">
    <w:abstractNumId w:val="2"/>
  </w:num>
  <w:num w:numId="8" w16cid:durableId="1738627490">
    <w:abstractNumId w:val="1"/>
  </w:num>
  <w:num w:numId="9" w16cid:durableId="1074399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F556F"/>
    <w:rsid w:val="00AA1D8D"/>
    <w:rsid w:val="00B47730"/>
    <w:rsid w:val="00CB0664"/>
    <w:rsid w:val="00E046C3"/>
    <w:rsid w:val="00EF14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3295FE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Garamond" w:hAnsi="Garamond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A20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B34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B345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EF147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F14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589</Words>
  <Characters>2941</Characters>
  <Application>Microsoft Office Word</Application>
  <DocSecurity>0</DocSecurity>
  <Lines>140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