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536F32" w14:paraId="522F6BD3" w14:textId="77777777">
        <w:trPr>
          <w:trHeight w:val="5953"/>
          <w:jc w:val="center"/>
        </w:trPr>
        <w:tc>
          <w:tcPr>
            <w:tcW w:w="9865" w:type="dxa"/>
            <w:shd w:val="clear" w:color="auto" w:fill="0B4F8A"/>
          </w:tcPr>
          <w:p w14:paraId="007BA197" w14:textId="77777777" w:rsidR="00536F32" w:rsidRDefault="00536F32"/>
          <w:p w14:paraId="21F2DB26" w14:textId="77777777" w:rsidR="00536F32" w:rsidRDefault="00536F32">
            <w:pPr>
              <w:spacing w:after="0" w:line="200" w:lineRule="exact"/>
              <w:jc w:val="both"/>
            </w:pPr>
          </w:p>
          <w:p w14:paraId="7CCE0A9B" w14:textId="77777777" w:rsidR="00536F32" w:rsidRDefault="00C428A5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14:paraId="0779E4CB" w14:textId="77777777" w:rsidR="00536F32" w:rsidRDefault="00C428A5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اسم الجامعة</w:t>
            </w:r>
          </w:p>
          <w:p w14:paraId="6A4B0102" w14:textId="77777777" w:rsidR="00536F32" w:rsidRDefault="00C428A5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اسم الكلية</w:t>
            </w:r>
          </w:p>
          <w:p w14:paraId="5A728B95" w14:textId="77777777" w:rsidR="00536F32" w:rsidRDefault="00C428A5">
            <w:pPr>
              <w:spacing w:after="40" w:line="380" w:lineRule="exact"/>
              <w:jc w:val="center"/>
            </w:pPr>
            <w:r>
              <w:rPr>
                <w:rFonts w:eastAsia="Arial"/>
                <w:b/>
                <w:bCs/>
                <w:color w:val="FFFFFF"/>
                <w:rtl/>
              </w:rPr>
              <w:t>اسم القسم العلمي</w:t>
            </w:r>
          </w:p>
          <w:p w14:paraId="7761B582" w14:textId="77777777" w:rsidR="00536F32" w:rsidRDefault="00536F32">
            <w:pPr>
              <w:spacing w:after="0" w:line="720" w:lineRule="exact"/>
              <w:jc w:val="both"/>
            </w:pPr>
          </w:p>
          <w:p w14:paraId="7A7D2905" w14:textId="77777777" w:rsidR="00536F32" w:rsidRDefault="00C428A5">
            <w:pPr>
              <w:spacing w:after="80" w:line="440" w:lineRule="exact"/>
              <w:jc w:val="center"/>
            </w:pPr>
            <w:r>
              <w:rPr>
                <w:rFonts w:eastAsia="Arial"/>
                <w:color w:val="FFFFFF"/>
                <w:sz w:val="32"/>
                <w:szCs w:val="32"/>
                <w:rtl/>
              </w:rPr>
              <w:t>تقرير مختبر — التجربة رقم (  )</w:t>
            </w:r>
          </w:p>
          <w:p w14:paraId="2E9B9B21" w14:textId="77777777" w:rsidR="00536F32" w:rsidRDefault="00C428A5">
            <w:pPr>
              <w:spacing w:line="700" w:lineRule="exact"/>
              <w:jc w:val="center"/>
            </w:pPr>
            <w:r>
              <w:rPr>
                <w:rFonts w:eastAsia="Arial"/>
                <w:b/>
                <w:bCs/>
                <w:color w:val="FFFFFF"/>
                <w:sz w:val="52"/>
                <w:szCs w:val="52"/>
                <w:rtl/>
              </w:rPr>
              <w:t>عنوان التجربة يُكتب هنا كما ورد في دليل المختبر</w:t>
            </w:r>
          </w:p>
          <w:p w14:paraId="229B13A3" w14:textId="77777777" w:rsidR="00536F32" w:rsidRDefault="00C428A5">
            <w:pPr>
              <w:spacing w:after="40" w:line="380" w:lineRule="exact"/>
              <w:jc w:val="center"/>
            </w:pPr>
            <w:r>
              <w:rPr>
                <w:rFonts w:eastAsia="Arial"/>
                <w:color w:val="FFFFFF"/>
                <w:rtl/>
              </w:rPr>
              <w:t>اسم المختبر</w:t>
            </w:r>
          </w:p>
          <w:p w14:paraId="324D151B" w14:textId="77777777" w:rsidR="00536F32" w:rsidRDefault="00C428A5">
            <w:pPr>
              <w:spacing w:after="40" w:line="380" w:lineRule="exact"/>
              <w:jc w:val="center"/>
            </w:pPr>
            <w:r>
              <w:rPr>
                <w:rFonts w:eastAsia="Arial"/>
                <w:color w:val="FFFFFF"/>
                <w:rtl/>
              </w:rPr>
              <w:t>المادة: اسم المادة</w:t>
            </w:r>
          </w:p>
        </w:tc>
      </w:tr>
    </w:tbl>
    <w:p w14:paraId="00484E48" w14:textId="77777777" w:rsidR="00536F32" w:rsidRDefault="00536F32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536F32" w14:paraId="4B20E682" w14:textId="77777777">
        <w:trPr>
          <w:jc w:val="center"/>
        </w:trPr>
        <w:tc>
          <w:tcPr>
            <w:tcW w:w="1984" w:type="dxa"/>
          </w:tcPr>
          <w:p w14:paraId="70EFBE5A" w14:textId="77777777" w:rsidR="00536F32" w:rsidRDefault="00C428A5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E24D758" wp14:editId="766637D6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8666441" w14:textId="77777777" w:rsidR="00536F32" w:rsidRDefault="00C428A5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A790A06" wp14:editId="208256A2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7DB59" w14:textId="77777777" w:rsidR="00536F32" w:rsidRDefault="00536F32">
      <w:pPr>
        <w:spacing w:line="380" w:lineRule="exact"/>
        <w:jc w:val="both"/>
      </w:pPr>
    </w:p>
    <w:p w14:paraId="21E6C22C" w14:textId="77777777" w:rsidR="00536F32" w:rsidRDefault="00536F32">
      <w:pPr>
        <w:spacing w:after="0" w:line="800" w:lineRule="exact"/>
        <w:jc w:val="both"/>
      </w:pPr>
    </w:p>
    <w:p w14:paraId="2CB3C77C" w14:textId="77777777" w:rsidR="00536F32" w:rsidRDefault="00C428A5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إعداد الطالب: </w:t>
      </w:r>
      <w:r>
        <w:rPr>
          <w:rFonts w:eastAsia="Arial"/>
          <w:b/>
          <w:bCs/>
          <w:color w:val="14202B"/>
          <w:rtl/>
        </w:rPr>
        <w:t>اسم الطالب الثلاثي</w:t>
      </w:r>
    </w:p>
    <w:p w14:paraId="07F8AE0D" w14:textId="77777777" w:rsidR="00536F32" w:rsidRDefault="00C428A5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المرحلة: </w:t>
      </w:r>
      <w:r>
        <w:rPr>
          <w:rFonts w:eastAsia="Arial"/>
          <w:b/>
          <w:bCs/>
          <w:color w:val="14202B"/>
          <w:rtl/>
        </w:rPr>
        <w:t xml:space="preserve">……   </w:t>
      </w:r>
      <w:r>
        <w:rPr>
          <w:rFonts w:eastAsia="Arial"/>
          <w:b/>
          <w:bCs/>
          <w:color w:val="14202B"/>
          <w:rtl/>
        </w:rPr>
        <w:t>الشعبة: ……</w:t>
      </w:r>
    </w:p>
    <w:p w14:paraId="6A39DF91" w14:textId="77777777" w:rsidR="00536F32" w:rsidRDefault="00C428A5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إشراف: </w:t>
      </w:r>
      <w:r>
        <w:rPr>
          <w:rFonts w:eastAsia="Arial"/>
          <w:b/>
          <w:bCs/>
          <w:color w:val="14202B"/>
          <w:rtl/>
        </w:rPr>
        <w:t>اسم المشرف مع اللقب العلمي</w:t>
      </w:r>
    </w:p>
    <w:p w14:paraId="4942BC61" w14:textId="77777777" w:rsidR="00536F32" w:rsidRDefault="00C428A5">
      <w:pPr>
        <w:spacing w:after="40" w:line="380" w:lineRule="exact"/>
        <w:jc w:val="center"/>
      </w:pPr>
      <w:r>
        <w:rPr>
          <w:rFonts w:eastAsia="Arial"/>
          <w:color w:val="4D5D6C"/>
          <w:rtl/>
        </w:rPr>
        <w:t xml:space="preserve">التاريخ: </w:t>
      </w:r>
      <w:r>
        <w:rPr>
          <w:rFonts w:eastAsia="Arial"/>
          <w:b/>
          <w:bCs/>
          <w:color w:val="14202B"/>
        </w:rPr>
        <w:t>……/……/……</w:t>
      </w:r>
    </w:p>
    <w:p w14:paraId="2041B500" w14:textId="77777777" w:rsidR="00536F32" w:rsidRDefault="00C428A5">
      <w:pPr>
        <w:spacing w:before="360" w:line="320" w:lineRule="exact"/>
        <w:jc w:val="center"/>
      </w:pPr>
      <w:r>
        <w:rPr>
          <w:rFonts w:eastAsia="Arial"/>
          <w:color w:val="4D5D6C"/>
          <w:sz w:val="24"/>
          <w:szCs w:val="24"/>
          <w:rtl/>
        </w:rPr>
        <w:t>العام الدراسي 2026 – 2027</w:t>
      </w:r>
    </w:p>
    <w:p w14:paraId="13C979B9" w14:textId="77777777" w:rsidR="00536F32" w:rsidRDefault="00C428A5">
      <w:pPr>
        <w:keepNext/>
        <w:pageBreakBefore/>
        <w:pBdr>
          <w:bottom w:val="single" w:sz="8" w:space="4" w:color="0B4F8A"/>
        </w:pBdr>
        <w:spacing w:before="320"/>
      </w:pPr>
      <w:r>
        <w:rPr>
          <w:rFonts w:eastAsia="Arial"/>
          <w:b/>
          <w:bCs/>
          <w:color w:val="0B4F8A"/>
          <w:sz w:val="36"/>
          <w:szCs w:val="36"/>
          <w:rtl/>
        </w:rPr>
        <w:lastRenderedPageBreak/>
        <w:t>المحتويات</w:t>
      </w:r>
    </w:p>
    <w:p w14:paraId="13BD812F" w14:textId="70A67C05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Arial"/>
        </w:rPr>
        <w:fldChar w:fldCharType="begin"/>
      </w:r>
      <w:r>
        <w:rPr>
          <w:rFonts w:eastAsia="Arial"/>
        </w:rPr>
        <w:instrText xml:space="preserve"> TOC \o "1-2" \h \z \u </w:instrText>
      </w:r>
      <w:r>
        <w:rPr>
          <w:rFonts w:eastAsia="Arial"/>
        </w:rPr>
        <w:fldChar w:fldCharType="separate"/>
      </w:r>
      <w:hyperlink w:anchor="_Toc241685162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1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الهدف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من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8119687" w14:textId="29713FC9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3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2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الأجهزة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والمواد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5C8AA90" w14:textId="4581CE31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4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3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الأساس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E4410E7" w14:textId="1F7A5176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5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4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خطوات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14496FC6" w14:textId="60B6DFFF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6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5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المخطط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051AA29" w14:textId="03D1137D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7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6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النتائج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37F9DFAE" w14:textId="28F3B721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8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7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806E890" w14:textId="0653B45B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69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8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Toc241685169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C148155" w14:textId="3E98BD8D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70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9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مصادر</w:t>
        </w:r>
        <w:r w:rsidRPr="004A0B7E">
          <w:rPr>
            <w:rStyle w:val="Hyperlink"/>
            <w:rFonts w:eastAsia="Arial"/>
            <w:noProof/>
            <w:rtl/>
          </w:rPr>
          <w:t xml:space="preserve"> </w:t>
        </w:r>
        <w:r w:rsidRPr="004A0B7E">
          <w:rPr>
            <w:rStyle w:val="Hyperlink"/>
            <w:rFonts w:eastAsia="Arial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Toc241685170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9B24305" w14:textId="426EFEEE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71" w:history="1">
        <w:r w:rsidRPr="004A0B7E">
          <w:rPr>
            <w:rStyle w:val="Hyperlink"/>
            <w:rFonts w:eastAsia="Arial"/>
            <w:noProof/>
            <w:shd w:val="clear" w:color="auto" w:fill="0B4F8A"/>
            <w:rtl/>
          </w:rPr>
          <w:t xml:space="preserve">10 </w:t>
        </w:r>
        <w:r w:rsidRPr="004A0B7E">
          <w:rPr>
            <w:rStyle w:val="Hyperlink"/>
            <w:rFonts w:eastAsia="Arial"/>
            <w:noProof/>
            <w:rtl/>
          </w:rPr>
          <w:t xml:space="preserve">  </w:t>
        </w:r>
        <w:r w:rsidRPr="004A0B7E">
          <w:rPr>
            <w:rStyle w:val="Hyperlink"/>
            <w:rFonts w:eastAsia="Arial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Toc241685171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16C1BF95" w14:textId="3AE830AE" w:rsidR="00C428A5" w:rsidRDefault="00C428A5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172" w:history="1">
        <w:r w:rsidRPr="004A0B7E">
          <w:rPr>
            <w:rStyle w:val="Hyperlink"/>
            <w:rFonts w:eastAsia="Arial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Toc241685172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334F74F1" w14:textId="21DF636A" w:rsidR="00536F32" w:rsidRDefault="00C428A5">
      <w:r>
        <w:rPr>
          <w:rFonts w:eastAsia="Arial"/>
        </w:rPr>
        <w:fldChar w:fldCharType="end"/>
      </w:r>
    </w:p>
    <w:p w14:paraId="0A460703" w14:textId="77777777" w:rsidR="00536F32" w:rsidRDefault="00536F32">
      <w:pPr>
        <w:sectPr w:rsidR="00536F32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536F32" w14:paraId="61E46021" w14:textId="77777777">
        <w:trPr>
          <w:jc w:val="center"/>
        </w:trPr>
        <w:tc>
          <w:tcPr>
            <w:tcW w:w="9071" w:type="dxa"/>
          </w:tcPr>
          <w:p w14:paraId="3B87C02D" w14:textId="77777777" w:rsidR="00536F32" w:rsidRDefault="00C428A5">
            <w:r>
              <w:rPr>
                <w:rFonts w:eastAsia="Arial"/>
                <w:b/>
                <w:bCs/>
                <w:color w:val="FFFFFF"/>
                <w:sz w:val="24"/>
                <w:szCs w:val="24"/>
                <w:shd w:val="clear" w:color="auto" w:fill="3495CB"/>
                <w:rtl/>
              </w:rPr>
              <w:lastRenderedPageBreak/>
              <w:t xml:space="preserve"> طريقة استخدام القالب — احذف هذا المربع قبل الطباعة </w:t>
            </w:r>
          </w:p>
        </w:tc>
      </w:tr>
      <w:tr w:rsidR="00536F32" w14:paraId="2C3112F9" w14:textId="77777777">
        <w:trPr>
          <w:jc w:val="center"/>
        </w:trPr>
        <w:tc>
          <w:tcPr>
            <w:tcW w:w="9071" w:type="dxa"/>
            <w:shd w:val="clear" w:color="auto" w:fill="EDF5FC"/>
          </w:tcPr>
          <w:p w14:paraId="1148AD67" w14:textId="77777777" w:rsidR="00536F32" w:rsidRDefault="00C428A5">
            <w:pPr>
              <w:jc w:val="both"/>
            </w:pPr>
            <w:r>
              <w:rPr>
                <w:rFonts w:eastAsia="Arial"/>
                <w:color w:val="14202B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Arial"/>
                <w:color w:val="14202B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71B1AA07" w14:textId="77777777" w:rsidR="00536F32" w:rsidRDefault="00536F32">
      <w:pPr>
        <w:spacing w:after="40"/>
        <w:jc w:val="both"/>
      </w:pPr>
    </w:p>
    <w:p w14:paraId="47D4CB00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0" w:name="_Toc241685162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1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الهدف من التجربة</w:t>
      </w:r>
      <w:bookmarkEnd w:id="0"/>
    </w:p>
    <w:p w14:paraId="497C8D99" w14:textId="77777777" w:rsidR="00536F32" w:rsidRDefault="00C428A5">
      <w:pPr>
        <w:jc w:val="both"/>
      </w:pPr>
      <w:r>
        <w:rPr>
          <w:rFonts w:eastAsia="Arial"/>
          <w:color w:val="4D5D6C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Arial"/>
          <w:color w:val="4D5D6C"/>
          <w:sz w:val="26"/>
          <w:szCs w:val="26"/>
          <w:rtl/>
        </w:rPr>
        <w:t>الظاهرة المطلوب التحقق منها.</w:t>
      </w:r>
    </w:p>
    <w:p w14:paraId="4A51152D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1" w:name="_Toc241685163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2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الأجهزة والمواد المستخدمة</w:t>
      </w:r>
      <w:bookmarkEnd w:id="1"/>
    </w:p>
    <w:p w14:paraId="23A63D16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اذكر كل جهاز باسمه ومداه ودقّته إن وُجدت — فالمشرف يحسب لك هذا.</w:t>
      </w:r>
    </w:p>
    <w:p w14:paraId="3B823163" w14:textId="77777777" w:rsidR="00536F32" w:rsidRDefault="00C428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الجهاز الأول (المدى والدقة)</w:t>
      </w:r>
    </w:p>
    <w:p w14:paraId="0CAD65E1" w14:textId="77777777" w:rsidR="00536F32" w:rsidRDefault="00C428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الجهاز الثاني (المدى والدقة)</w:t>
      </w:r>
    </w:p>
    <w:p w14:paraId="732A2414" w14:textId="77777777" w:rsidR="00536F32" w:rsidRDefault="00C428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أسلاك التوصيل والمواد الأخرى</w:t>
      </w:r>
    </w:p>
    <w:p w14:paraId="32B70E13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2" w:name="_Toc241685164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3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الأساس النظري</w:t>
      </w:r>
      <w:bookmarkEnd w:id="2"/>
    </w:p>
    <w:p w14:paraId="33A3BDA7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 xml:space="preserve">اشرح القانون أو </w:t>
      </w:r>
      <w:r>
        <w:rPr>
          <w:rFonts w:eastAsia="Arial"/>
          <w:color w:val="4D5D6C"/>
          <w:sz w:val="26"/>
          <w:szCs w:val="26"/>
          <w:rtl/>
        </w:rPr>
        <w:t>النظرية التي تقوم عليها التجربة، واكتب المعادلات مع تعريف كل رمز ووحدته. مثال لمعادلة قابلة للتعديل:</w:t>
      </w:r>
    </w:p>
    <w:p w14:paraId="2BAF85D6" w14:textId="77777777" w:rsidR="00536F32" w:rsidRDefault="00C428A5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Arial"/>
          <w:color w:val="14202B"/>
        </w:rPr>
        <w:tab/>
        <w:t>(1)</w:t>
      </w:r>
    </w:p>
    <w:p w14:paraId="07AE383D" w14:textId="77777777" w:rsidR="00536F32" w:rsidRDefault="00C428A5">
      <w:pPr>
        <w:jc w:val="both"/>
      </w:pPr>
      <w:r>
        <w:rPr>
          <w:rFonts w:eastAsia="Arial"/>
          <w:color w:val="4D5D6C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41B0394D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lastRenderedPageBreak/>
        <w:t xml:space="preserve"> </w:t>
      </w:r>
      <w:bookmarkStart w:id="3" w:name="_Toc241685165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4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خطوات العمل</w:t>
      </w:r>
      <w:bookmarkEnd w:id="3"/>
    </w:p>
    <w:p w14:paraId="20932135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 xml:space="preserve">اكتب الخطوات بصيغة </w:t>
      </w:r>
      <w:r>
        <w:rPr>
          <w:rFonts w:eastAsia="Arial"/>
          <w:color w:val="4D5D6C"/>
          <w:sz w:val="26"/>
          <w:szCs w:val="26"/>
          <w:rtl/>
        </w:rPr>
        <w:t>الماضي المبني للمجهول (رُبطت الدائرة، سُجّلت القراءة) لا بصيغة الأمر.</w:t>
      </w:r>
    </w:p>
    <w:p w14:paraId="476DA6C0" w14:textId="77777777" w:rsidR="00536F32" w:rsidRDefault="00C428A5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1.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الخطوة الأولى.</w:t>
      </w:r>
    </w:p>
    <w:p w14:paraId="54A2EBF1" w14:textId="77777777" w:rsidR="00536F32" w:rsidRDefault="00C428A5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2.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الخطوة الثانية.</w:t>
      </w:r>
    </w:p>
    <w:p w14:paraId="09424E60" w14:textId="77777777" w:rsidR="00536F32" w:rsidRDefault="00C428A5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3.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الخطوة الثالثة.</w:t>
      </w:r>
    </w:p>
    <w:p w14:paraId="4FC579D6" w14:textId="77777777" w:rsidR="00536F32" w:rsidRDefault="00C428A5">
      <w:pPr>
        <w:spacing w:after="40"/>
        <w:ind w:right="510" w:hanging="340"/>
      </w:pPr>
      <w:r>
        <w:rPr>
          <w:rFonts w:eastAsia="Arial"/>
          <w:b/>
          <w:bCs/>
          <w:color w:val="0B4F8A"/>
          <w:rtl/>
        </w:rPr>
        <w:t>4.</w:t>
      </w:r>
      <w:r>
        <w:rPr>
          <w:rFonts w:eastAsia="Arial"/>
          <w:b/>
          <w:bCs/>
          <w:color w:val="0B4F8A"/>
          <w:rtl/>
        </w:rPr>
        <w:tab/>
      </w:r>
      <w:r>
        <w:rPr>
          <w:rFonts w:eastAsia="Arial"/>
          <w:color w:val="14202B"/>
          <w:rtl/>
        </w:rPr>
        <w:t>الخطوة الرابعة.</w:t>
      </w:r>
    </w:p>
    <w:p w14:paraId="65DFF316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4" w:name="_Toc241685166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5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المخطط العملي</w:t>
      </w:r>
      <w:bookmarkEnd w:id="4"/>
    </w:p>
    <w:p w14:paraId="5B7D85DB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14:paraId="79850DDA" w14:textId="77777777" w:rsidR="00536F32" w:rsidRDefault="00C428A5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3423F25" wp14:editId="5F7D546B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16899" w14:textId="77777777" w:rsidR="00536F32" w:rsidRDefault="00C428A5">
      <w:pPr>
        <w:spacing w:before="40" w:after="160"/>
        <w:jc w:val="center"/>
      </w:pPr>
      <w:r>
        <w:rPr>
          <w:rFonts w:eastAsia="Arial"/>
          <w:b/>
          <w:bCs/>
          <w:color w:val="FFFFFF"/>
          <w:sz w:val="24"/>
          <w:szCs w:val="24"/>
          <w:shd w:val="clear" w:color="auto" w:fill="0B4F8A"/>
          <w:rtl/>
        </w:rPr>
        <w:t xml:space="preserve"> الشكل (1) </w:t>
      </w:r>
      <w:r>
        <w:rPr>
          <w:rFonts w:eastAsia="Arial"/>
          <w:color w:val="14202B"/>
          <w:sz w:val="24"/>
          <w:szCs w:val="24"/>
          <w:rtl/>
        </w:rPr>
        <w:t xml:space="preserve">  مخطط الدائرة أو الجهاز المستخدم في التجربة</w:t>
      </w:r>
    </w:p>
    <w:p w14:paraId="19C66790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lastRenderedPageBreak/>
        <w:t xml:space="preserve"> </w:t>
      </w:r>
      <w:bookmarkStart w:id="5" w:name="_Toc241685167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6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النتائج والقراءات</w:t>
      </w:r>
      <w:bookmarkEnd w:id="5"/>
    </w:p>
    <w:p w14:paraId="6B7FB8B5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ضع القراءات في جدول مع الوحدات في رأس العمود لا داخل الخلايا.</w:t>
      </w:r>
    </w:p>
    <w:p w14:paraId="1DDDE258" w14:textId="77777777" w:rsidR="00536F32" w:rsidRDefault="00C428A5">
      <w:pPr>
        <w:keepNext/>
        <w:spacing w:before="40" w:after="80"/>
        <w:jc w:val="center"/>
      </w:pPr>
      <w:r>
        <w:rPr>
          <w:rFonts w:eastAsia="Arial"/>
          <w:b/>
          <w:bCs/>
          <w:color w:val="FFFFFF"/>
          <w:sz w:val="24"/>
          <w:szCs w:val="24"/>
          <w:shd w:val="clear" w:color="auto" w:fill="0B4F8A"/>
          <w:rtl/>
        </w:rPr>
        <w:t xml:space="preserve"> الجدول (1) </w:t>
      </w:r>
      <w:r>
        <w:rPr>
          <w:rFonts w:eastAsia="Arial"/>
          <w:color w:val="14202B"/>
          <w:sz w:val="24"/>
          <w:szCs w:val="24"/>
          <w:rtl/>
        </w:rPr>
        <w:t xml:space="preserve">  القراءات المسجّلة أثناء التجربة</w:t>
      </w:r>
    </w:p>
    <w:tbl>
      <w:tblPr>
        <w:bidiVisual/>
        <w:tblW w:w="0" w:type="auto"/>
        <w:jc w:val="center"/>
        <w:tblBorders>
          <w:top w:val="single" w:sz="8" w:space="0" w:color="0B4F8A"/>
          <w:left w:val="nil"/>
          <w:bottom w:val="single" w:sz="8" w:space="0" w:color="0B4F8A"/>
          <w:right w:val="nil"/>
          <w:insideH w:val="dashed" w:sz="4" w:space="0" w:color="C9DDF0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536F32" w14:paraId="35F726F9" w14:textId="77777777">
        <w:trPr>
          <w:cantSplit/>
          <w:tblHeader/>
          <w:jc w:val="center"/>
        </w:trPr>
        <w:tc>
          <w:tcPr>
            <w:tcW w:w="737" w:type="dxa"/>
            <w:shd w:val="clear" w:color="auto" w:fill="EDF5FC"/>
          </w:tcPr>
          <w:p w14:paraId="6440F919" w14:textId="77777777" w:rsidR="00536F32" w:rsidRDefault="00C428A5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EDF5FC"/>
          </w:tcPr>
          <w:p w14:paraId="2BA11797" w14:textId="77777777" w:rsidR="00536F32" w:rsidRDefault="00C428A5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EDF5FC"/>
          </w:tcPr>
          <w:p w14:paraId="5E12B7B9" w14:textId="77777777" w:rsidR="00536F32" w:rsidRDefault="00C428A5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EDF5FC"/>
          </w:tcPr>
          <w:p w14:paraId="0F1F1312" w14:textId="77777777" w:rsidR="00536F32" w:rsidRDefault="00C428A5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EDF5FC"/>
          </w:tcPr>
          <w:p w14:paraId="362B4B5E" w14:textId="77777777" w:rsidR="00536F32" w:rsidRDefault="00C428A5">
            <w:pPr>
              <w:keepNext/>
              <w:spacing w:before="40" w:after="40"/>
              <w:jc w:val="center"/>
            </w:pPr>
            <w:r>
              <w:rPr>
                <w:rFonts w:eastAsia="Arial"/>
                <w:b/>
                <w:bCs/>
                <w:color w:val="0B4F8A"/>
                <w:sz w:val="24"/>
                <w:szCs w:val="24"/>
                <w:rtl/>
              </w:rPr>
              <w:t>المعدل</w:t>
            </w:r>
          </w:p>
        </w:tc>
      </w:tr>
      <w:tr w:rsidR="00536F32" w14:paraId="5AE8DE80" w14:textId="77777777">
        <w:trPr>
          <w:cantSplit/>
          <w:jc w:val="center"/>
        </w:trPr>
        <w:tc>
          <w:tcPr>
            <w:tcW w:w="737" w:type="dxa"/>
          </w:tcPr>
          <w:p w14:paraId="659EDF6B" w14:textId="77777777" w:rsidR="00536F32" w:rsidRDefault="00C428A5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1AEDF838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65848D9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3EF71C3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3EC4A3D" w14:textId="77777777" w:rsidR="00536F32" w:rsidRDefault="00536F32">
            <w:pPr>
              <w:keepNext/>
              <w:spacing w:before="20" w:after="20"/>
              <w:jc w:val="center"/>
            </w:pPr>
          </w:p>
        </w:tc>
      </w:tr>
      <w:tr w:rsidR="00536F32" w14:paraId="04F1E529" w14:textId="77777777">
        <w:trPr>
          <w:cantSplit/>
          <w:jc w:val="center"/>
        </w:trPr>
        <w:tc>
          <w:tcPr>
            <w:tcW w:w="737" w:type="dxa"/>
          </w:tcPr>
          <w:p w14:paraId="32ACB442" w14:textId="77777777" w:rsidR="00536F32" w:rsidRDefault="00C428A5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268C2710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9C3578B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6025B52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3761AE1" w14:textId="77777777" w:rsidR="00536F32" w:rsidRDefault="00536F32">
            <w:pPr>
              <w:keepNext/>
              <w:spacing w:before="20" w:after="20"/>
              <w:jc w:val="center"/>
            </w:pPr>
          </w:p>
        </w:tc>
      </w:tr>
      <w:tr w:rsidR="00536F32" w14:paraId="6358E2FD" w14:textId="77777777">
        <w:trPr>
          <w:cantSplit/>
          <w:jc w:val="center"/>
        </w:trPr>
        <w:tc>
          <w:tcPr>
            <w:tcW w:w="737" w:type="dxa"/>
          </w:tcPr>
          <w:p w14:paraId="4EF10AF1" w14:textId="77777777" w:rsidR="00536F32" w:rsidRDefault="00C428A5">
            <w:pPr>
              <w:keepNext/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103DB079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9A7BB2B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2C436B7" w14:textId="77777777" w:rsidR="00536F32" w:rsidRDefault="00536F3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C73D901" w14:textId="77777777" w:rsidR="00536F32" w:rsidRDefault="00536F32">
            <w:pPr>
              <w:keepNext/>
              <w:spacing w:before="20" w:after="20"/>
              <w:jc w:val="center"/>
            </w:pPr>
          </w:p>
        </w:tc>
      </w:tr>
      <w:tr w:rsidR="00536F32" w14:paraId="37A836BF" w14:textId="77777777">
        <w:trPr>
          <w:cantSplit/>
          <w:jc w:val="center"/>
        </w:trPr>
        <w:tc>
          <w:tcPr>
            <w:tcW w:w="737" w:type="dxa"/>
          </w:tcPr>
          <w:p w14:paraId="6408E5C4" w14:textId="77777777" w:rsidR="00536F32" w:rsidRDefault="00C428A5">
            <w:pPr>
              <w:spacing w:before="20" w:after="20"/>
              <w:jc w:val="center"/>
            </w:pPr>
            <w:r>
              <w:rPr>
                <w:rFonts w:eastAsia="Arial"/>
                <w:color w:val="14202B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44637296" w14:textId="77777777" w:rsidR="00536F32" w:rsidRDefault="00536F32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362FAAED" w14:textId="77777777" w:rsidR="00536F32" w:rsidRDefault="00536F32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5DBD160B" w14:textId="77777777" w:rsidR="00536F32" w:rsidRDefault="00536F32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3A039CEE" w14:textId="77777777" w:rsidR="00536F32" w:rsidRDefault="00536F32">
            <w:pPr>
              <w:spacing w:before="20" w:after="20"/>
              <w:jc w:val="center"/>
            </w:pPr>
          </w:p>
        </w:tc>
      </w:tr>
    </w:tbl>
    <w:p w14:paraId="4B490086" w14:textId="77777777" w:rsidR="00536F32" w:rsidRDefault="00536F32">
      <w:pPr>
        <w:spacing w:after="40"/>
        <w:jc w:val="both"/>
      </w:pPr>
    </w:p>
    <w:p w14:paraId="4AA5E4ED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6" w:name="_Toc241685168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7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الحسابات</w:t>
      </w:r>
      <w:bookmarkEnd w:id="6"/>
    </w:p>
    <w:p w14:paraId="594C468A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5E3B124B" w14:textId="77777777" w:rsidR="00536F32" w:rsidRDefault="00C428A5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Arial"/>
          <w:color w:val="14202B"/>
        </w:rPr>
        <w:tab/>
        <w:t>(2)</w:t>
      </w:r>
    </w:p>
    <w:p w14:paraId="1B39B23F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7" w:name="_Toc241685169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8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المناقشة</w:t>
      </w:r>
      <w:bookmarkEnd w:id="7"/>
    </w:p>
    <w:p w14:paraId="0F77DD0D" w14:textId="77777777" w:rsidR="00536F32" w:rsidRDefault="00C428A5">
      <w:pPr>
        <w:jc w:val="both"/>
      </w:pPr>
      <w:r>
        <w:rPr>
          <w:rFonts w:eastAsia="Arial"/>
          <w:color w:val="4D5D6C"/>
          <w:sz w:val="26"/>
          <w:szCs w:val="26"/>
          <w:rtl/>
        </w:rPr>
        <w:t xml:space="preserve">قارن نتيجتك بالقيمة النظرية وفسّر الفرق. هذا القسم هو الذي يميّز التقرير </w:t>
      </w:r>
      <w:r>
        <w:rPr>
          <w:rFonts w:eastAsia="Arial"/>
          <w:color w:val="4D5D6C"/>
          <w:sz w:val="26"/>
          <w:szCs w:val="26"/>
          <w:rtl/>
        </w:rPr>
        <w:t>الجيّد من الضعيف.</w:t>
      </w:r>
    </w:p>
    <w:p w14:paraId="0467FE1D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 </w:t>
      </w:r>
      <w:bookmarkStart w:id="8" w:name="_Toc241685170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9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مصادر الخطأ</w:t>
      </w:r>
      <w:bookmarkEnd w:id="8"/>
    </w:p>
    <w:p w14:paraId="248C4F77" w14:textId="77777777" w:rsidR="00536F32" w:rsidRDefault="00C428A5">
      <w:pPr>
        <w:keepNext/>
        <w:jc w:val="both"/>
      </w:pPr>
      <w:r>
        <w:rPr>
          <w:rFonts w:eastAsia="Arial"/>
          <w:color w:val="4D5D6C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35D15329" w14:textId="77777777" w:rsidR="00536F32" w:rsidRDefault="00C428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خطأ في قراءة الأجهزة.</w:t>
      </w:r>
    </w:p>
    <w:p w14:paraId="3A7017F3" w14:textId="77777777" w:rsidR="00536F32" w:rsidRDefault="00C428A5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>✓</w:t>
      </w:r>
      <w:r>
        <w:rPr>
          <w:rFonts w:ascii="Segoe UI Symbol" w:eastAsia="Segoe UI Symbol" w:hAnsi="Segoe UI Symbol" w:cs="Segoe UI Symbol"/>
          <w:color w:val="3495CB"/>
          <w:sz w:val="22"/>
          <w:szCs w:val="22"/>
        </w:rPr>
        <w:tab/>
      </w:r>
      <w:r>
        <w:rPr>
          <w:rFonts w:eastAsia="Arial"/>
          <w:color w:val="14202B"/>
          <w:rtl/>
        </w:rPr>
        <w:t>مقاومة أسلاك التوصيل أو تغيّر الظروف المحيطة.</w:t>
      </w:r>
    </w:p>
    <w:p w14:paraId="795386C3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lastRenderedPageBreak/>
        <w:t xml:space="preserve"> </w:t>
      </w:r>
      <w:bookmarkStart w:id="9" w:name="_Toc241685171"/>
      <w:r>
        <w:rPr>
          <w:rFonts w:ascii="Arial" w:eastAsia="Arial" w:hAnsi="Arial" w:cs="Segoe UI"/>
          <w:color w:val="FFFFFF"/>
          <w:sz w:val="32"/>
          <w:szCs w:val="32"/>
          <w:shd w:val="clear" w:color="auto" w:fill="0B4F8A"/>
          <w:rtl/>
        </w:rPr>
        <w:t xml:space="preserve">10 </w:t>
      </w:r>
      <w:r>
        <w:rPr>
          <w:rFonts w:ascii="Arial" w:eastAsia="Arial" w:hAnsi="Arial" w:cs="Segoe UI"/>
          <w:sz w:val="36"/>
          <w:szCs w:val="36"/>
          <w:rtl/>
        </w:rPr>
        <w:t xml:space="preserve">  </w:t>
      </w:r>
      <w:r>
        <w:rPr>
          <w:rFonts w:ascii="Arial" w:eastAsia="Arial" w:hAnsi="Arial" w:cs="Segoe UI"/>
          <w:sz w:val="36"/>
          <w:szCs w:val="36"/>
          <w:rtl/>
        </w:rPr>
        <w:t>الاستنتاج</w:t>
      </w:r>
      <w:bookmarkEnd w:id="9"/>
    </w:p>
    <w:p w14:paraId="1465DD9B" w14:textId="77777777" w:rsidR="00536F32" w:rsidRDefault="00C428A5">
      <w:pPr>
        <w:jc w:val="both"/>
      </w:pPr>
      <w:r>
        <w:rPr>
          <w:rFonts w:eastAsia="Arial"/>
          <w:color w:val="4D5D6C"/>
          <w:sz w:val="26"/>
          <w:szCs w:val="26"/>
          <w:rtl/>
        </w:rPr>
        <w:t xml:space="preserve">فقرة واحدة تجيب صراحةً عن الهدف المذكور في البداية: هل تحقّق أم لا </w:t>
      </w:r>
      <w:r>
        <w:rPr>
          <w:rFonts w:eastAsia="Arial"/>
          <w:color w:val="4D5D6C"/>
          <w:sz w:val="26"/>
          <w:szCs w:val="26"/>
          <w:rtl/>
        </w:rPr>
        <w:t>ولماذا.</w:t>
      </w:r>
    </w:p>
    <w:p w14:paraId="22F3330A" w14:textId="77777777" w:rsidR="00536F32" w:rsidRDefault="00C428A5">
      <w:pPr>
        <w:pStyle w:val="Heading1"/>
        <w:pBdr>
          <w:bottom w:val="single" w:sz="8" w:space="4" w:color="0B4F8A"/>
        </w:pBdr>
        <w:spacing w:before="320" w:after="120"/>
      </w:pPr>
      <w:bookmarkStart w:id="10" w:name="_Toc241685172"/>
      <w:r>
        <w:rPr>
          <w:rFonts w:ascii="Arial" w:eastAsia="Arial" w:hAnsi="Arial" w:cs="Segoe UI"/>
          <w:sz w:val="36"/>
          <w:szCs w:val="36"/>
          <w:rtl/>
        </w:rPr>
        <w:t>المصادر</w:t>
      </w:r>
      <w:bookmarkEnd w:id="10"/>
    </w:p>
    <w:p w14:paraId="66F9D528" w14:textId="77777777" w:rsidR="00536F32" w:rsidRDefault="00C428A5">
      <w:pPr>
        <w:keepNext/>
        <w:spacing w:after="80"/>
        <w:ind w:right="510" w:hanging="510"/>
      </w:pPr>
      <w:r>
        <w:rPr>
          <w:rFonts w:eastAsia="Arial"/>
          <w:color w:val="14202B"/>
          <w:sz w:val="26"/>
          <w:szCs w:val="26"/>
          <w:rtl/>
        </w:rPr>
        <w:t xml:space="preserve">[1] اسم المؤلف، </w:t>
      </w:r>
      <w:r>
        <w:rPr>
          <w:rFonts w:eastAsia="Arial"/>
          <w:i/>
          <w:color w:val="14202B"/>
          <w:sz w:val="26"/>
          <w:szCs w:val="26"/>
          <w:rtl/>
        </w:rPr>
        <w:t>عنوان الكتاب</w:t>
      </w:r>
      <w:r>
        <w:rPr>
          <w:rFonts w:eastAsia="Arial"/>
          <w:color w:val="14202B"/>
          <w:sz w:val="26"/>
          <w:szCs w:val="26"/>
          <w:rtl/>
        </w:rPr>
        <w:t>، ط2. المدينة: دار النشر، السنة، ص. 45.</w:t>
      </w:r>
    </w:p>
    <w:p w14:paraId="19734729" w14:textId="77777777" w:rsidR="00536F32" w:rsidRDefault="00C428A5">
      <w:pPr>
        <w:keepNext/>
        <w:spacing w:after="80"/>
        <w:ind w:right="510" w:hanging="510"/>
      </w:pPr>
      <w:r>
        <w:rPr>
          <w:rFonts w:eastAsia="Arial"/>
          <w:color w:val="14202B"/>
          <w:sz w:val="26"/>
          <w:szCs w:val="26"/>
          <w:rtl/>
        </w:rPr>
        <w:t xml:space="preserve">[2] اسم الباحث، «عنوان المقالة»، </w:t>
      </w:r>
      <w:r>
        <w:rPr>
          <w:rFonts w:eastAsia="Arial"/>
          <w:i/>
          <w:color w:val="14202B"/>
          <w:sz w:val="26"/>
          <w:szCs w:val="26"/>
          <w:rtl/>
        </w:rPr>
        <w:t>اسم المجلة</w:t>
      </w:r>
      <w:r>
        <w:rPr>
          <w:rFonts w:eastAsia="Arial"/>
          <w:color w:val="14202B"/>
          <w:sz w:val="26"/>
          <w:szCs w:val="26"/>
          <w:rtl/>
        </w:rPr>
        <w:t>، مج 12، ع 3، ص. 10–18، السنة.</w:t>
      </w:r>
    </w:p>
    <w:p w14:paraId="767DAB62" w14:textId="77777777" w:rsidR="00536F32" w:rsidRDefault="00C428A5">
      <w:pPr>
        <w:spacing w:after="80"/>
        <w:ind w:left="510" w:hanging="510"/>
      </w:pPr>
      <w:r>
        <w:rPr>
          <w:rFonts w:eastAsia="Arial"/>
          <w:color w:val="14202B"/>
          <w:sz w:val="26"/>
          <w:szCs w:val="26"/>
        </w:rPr>
        <w:t xml:space="preserve">[3] A. Author and B. Author, </w:t>
      </w:r>
      <w:r>
        <w:rPr>
          <w:rFonts w:eastAsia="Arial"/>
          <w:i/>
          <w:color w:val="14202B"/>
          <w:sz w:val="26"/>
          <w:szCs w:val="26"/>
        </w:rPr>
        <w:t>Title of the Book</w:t>
      </w:r>
      <w:r>
        <w:rPr>
          <w:rFonts w:eastAsia="Arial"/>
          <w:color w:val="14202B"/>
          <w:sz w:val="26"/>
          <w:szCs w:val="26"/>
        </w:rPr>
        <w:t>, 3rd ed. City, Country: Publisher, 2020.</w:t>
      </w:r>
    </w:p>
    <w:sectPr w:rsidR="00536F32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00414" w14:textId="77777777" w:rsidR="00C428A5" w:rsidRDefault="00C428A5">
      <w:pPr>
        <w:spacing w:after="0" w:line="240" w:lineRule="auto"/>
      </w:pPr>
      <w:r>
        <w:separator/>
      </w:r>
    </w:p>
  </w:endnote>
  <w:endnote w:type="continuationSeparator" w:id="0">
    <w:p w14:paraId="01E7F3A4" w14:textId="77777777" w:rsidR="00C428A5" w:rsidRDefault="00C42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0B69" w14:textId="77777777" w:rsidR="00536F32" w:rsidRDefault="00C428A5">
    <w:pPr>
      <w:pStyle w:val="Footer"/>
      <w:shd w:val="clear" w:color="auto" w:fill="EDF5FC"/>
      <w:tabs>
        <w:tab w:val="clear" w:pos="9360"/>
        <w:tab w:val="right" w:pos="9072"/>
      </w:tabs>
    </w:pPr>
    <w:r>
      <w:rPr>
        <w:rFonts w:eastAsia="Arial"/>
        <w:color w:val="14202B"/>
        <w:sz w:val="20"/>
        <w:szCs w:val="20"/>
        <w:rtl/>
      </w:rPr>
      <w:t>اسم الطالب الثلاثي</w:t>
    </w:r>
    <w:r>
      <w:tab/>
    </w:r>
    <w:r>
      <w:rPr>
        <w:rFonts w:eastAsia="Arial"/>
        <w:b/>
        <w:bCs/>
        <w:color w:val="0B4F8A"/>
        <w:sz w:val="20"/>
        <w:szCs w:val="20"/>
      </w:rPr>
      <w:fldChar w:fldCharType="begin"/>
    </w:r>
    <w:r>
      <w:rPr>
        <w:rFonts w:eastAsia="Arial"/>
        <w:b/>
        <w:bCs/>
        <w:color w:val="0B4F8A"/>
        <w:sz w:val="20"/>
        <w:szCs w:val="20"/>
      </w:rPr>
      <w:instrText xml:space="preserve"> PAGE </w:instrText>
    </w:r>
    <w:r>
      <w:rPr>
        <w:rFonts w:eastAsia="Arial"/>
        <w:b/>
        <w:bCs/>
        <w:color w:val="0B4F8A"/>
        <w:sz w:val="20"/>
        <w:szCs w:val="20"/>
      </w:rPr>
      <w:fldChar w:fldCharType="separate"/>
    </w:r>
    <w:r>
      <w:rPr>
        <w:rFonts w:eastAsia="Arial"/>
        <w:b/>
        <w:bCs/>
        <w:color w:val="0B4F8A"/>
        <w:sz w:val="20"/>
        <w:szCs w:val="20"/>
      </w:rPr>
      <w:t>1</w:t>
    </w:r>
    <w:r>
      <w:rPr>
        <w:rFonts w:eastAsia="Arial"/>
        <w:b/>
        <w:bCs/>
        <w:color w:val="0B4F8A"/>
        <w:sz w:val="20"/>
        <w:szCs w:val="20"/>
      </w:rPr>
      <w:fldChar w:fldCharType="end"/>
    </w:r>
  </w:p>
  <w:p w14:paraId="382268ED" w14:textId="77777777" w:rsidR="00536F32" w:rsidRDefault="00C428A5">
    <w:pPr>
      <w:spacing w:before="40" w:after="0"/>
      <w:jc w:val="center"/>
    </w:pPr>
    <w:r>
      <w:rPr>
        <w:rFonts w:eastAsia="Arial"/>
        <w:color w:val="4D5D6C"/>
        <w:sz w:val="16"/>
        <w:szCs w:val="16"/>
        <w:rtl/>
      </w:rPr>
      <w:t xml:space="preserve">قالب مجاني من «تم» — </w:t>
    </w:r>
    <w:hyperlink r:id="rId1">
      <w:r>
        <w:rPr>
          <w:rFonts w:eastAsia="Arial"/>
          <w:color w:val="4D5D6C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677B1" w14:textId="77777777" w:rsidR="00C428A5" w:rsidRDefault="00C428A5">
      <w:pPr>
        <w:spacing w:after="0" w:line="240" w:lineRule="auto"/>
      </w:pPr>
      <w:r>
        <w:separator/>
      </w:r>
    </w:p>
  </w:footnote>
  <w:footnote w:type="continuationSeparator" w:id="0">
    <w:p w14:paraId="1C799369" w14:textId="77777777" w:rsidR="00C428A5" w:rsidRDefault="00C42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CD5C5" w14:textId="77777777" w:rsidR="00536F32" w:rsidRDefault="00536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5243144">
    <w:abstractNumId w:val="8"/>
  </w:num>
  <w:num w:numId="2" w16cid:durableId="979194595">
    <w:abstractNumId w:val="6"/>
  </w:num>
  <w:num w:numId="3" w16cid:durableId="350883098">
    <w:abstractNumId w:val="5"/>
  </w:num>
  <w:num w:numId="4" w16cid:durableId="501776240">
    <w:abstractNumId w:val="4"/>
  </w:num>
  <w:num w:numId="5" w16cid:durableId="401024098">
    <w:abstractNumId w:val="7"/>
  </w:num>
  <w:num w:numId="6" w16cid:durableId="382994870">
    <w:abstractNumId w:val="3"/>
  </w:num>
  <w:num w:numId="7" w16cid:durableId="1694383633">
    <w:abstractNumId w:val="2"/>
  </w:num>
  <w:num w:numId="8" w16cid:durableId="1938513920">
    <w:abstractNumId w:val="1"/>
  </w:num>
  <w:num w:numId="9" w16cid:durableId="895702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6F32"/>
    <w:rsid w:val="00AA1D8D"/>
    <w:rsid w:val="00B47730"/>
    <w:rsid w:val="00C428A5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92A776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Arial" w:hAnsi="Arial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4F8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5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5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428A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428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565</Words>
  <Characters>2839</Characters>
  <Application>Microsoft Office Word</Application>
  <DocSecurity>0</DocSecurity>
  <Lines>129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